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404FAE" w14:paraId="6B0FA445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2297C9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BD9BC09" w14:textId="77777777" w:rsidR="00404FAE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t>DOMANDA DI ISCRIZIONE</w:t>
            </w:r>
          </w:p>
        </w:tc>
      </w:tr>
    </w:tbl>
    <w:p w14:paraId="521DE6C6" w14:textId="77777777" w:rsidR="00404FAE" w:rsidRDefault="00000000">
      <w:pPr>
        <w:jc w:val="center"/>
      </w:pPr>
      <w:proofErr w:type="spellStart"/>
      <w:r>
        <w:rPr>
          <w:i/>
          <w:color w:val="6B747A"/>
          <w:sz w:val="17"/>
        </w:rPr>
        <w:t>Compilare</w:t>
      </w:r>
      <w:proofErr w:type="spellEnd"/>
      <w:r>
        <w:rPr>
          <w:i/>
          <w:color w:val="6B747A"/>
          <w:sz w:val="17"/>
        </w:rPr>
        <w:t xml:space="preserve"> in </w:t>
      </w:r>
      <w:proofErr w:type="spellStart"/>
      <w:r>
        <w:rPr>
          <w:i/>
          <w:color w:val="6B747A"/>
          <w:sz w:val="17"/>
        </w:rPr>
        <w:t>stampatello</w:t>
      </w:r>
      <w:proofErr w:type="spellEnd"/>
      <w:r>
        <w:rPr>
          <w:i/>
          <w:color w:val="6B747A"/>
          <w:sz w:val="17"/>
        </w:rPr>
        <w:t xml:space="preserve"> e </w:t>
      </w:r>
      <w:proofErr w:type="spellStart"/>
      <w:r>
        <w:rPr>
          <w:i/>
          <w:color w:val="6B747A"/>
          <w:sz w:val="17"/>
        </w:rPr>
        <w:t>firmare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negli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spazi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indicati</w:t>
      </w:r>
      <w:proofErr w:type="spellEnd"/>
      <w:r>
        <w:rPr>
          <w:i/>
          <w:color w:val="6B747A"/>
          <w:sz w:val="17"/>
        </w:rPr>
        <w:t>.</w:t>
      </w:r>
    </w:p>
    <w:p w14:paraId="602B0F92" w14:textId="77777777" w:rsidR="00404FAE" w:rsidRDefault="00404FAE">
      <w:pPr>
        <w:spacing w:after="0"/>
      </w:pPr>
    </w:p>
    <w:p w14:paraId="6F01457A" w14:textId="77777777" w:rsidR="00404FAE" w:rsidRDefault="00000000">
      <w:r>
        <w:t xml:space="preserve">Il/La </w:t>
      </w:r>
      <w:proofErr w:type="spellStart"/>
      <w:r>
        <w:t>sottoscritto</w:t>
      </w:r>
      <w:proofErr w:type="spellEnd"/>
      <w:r>
        <w:t xml:space="preserve">/a </w:t>
      </w:r>
      <w:r>
        <w:rPr>
          <w:b/>
        </w:rPr>
        <w:t>__________________________________________________________________</w:t>
      </w:r>
      <w:r>
        <w:t xml:space="preserve">, in </w:t>
      </w:r>
      <w:proofErr w:type="spellStart"/>
      <w:r>
        <w:t>qualità</w:t>
      </w:r>
      <w:proofErr w:type="spellEnd"/>
      <w:r>
        <w:t xml:space="preserve"> di □ </w:t>
      </w:r>
      <w:proofErr w:type="gramStart"/>
      <w:r>
        <w:t>madre  □</w:t>
      </w:r>
      <w:proofErr w:type="gramEnd"/>
      <w:r>
        <w:t xml:space="preserve"> </w:t>
      </w:r>
      <w:proofErr w:type="gramStart"/>
      <w:r>
        <w:t>padre  □</w:t>
      </w:r>
      <w:proofErr w:type="gramEnd"/>
      <w:r>
        <w:t xml:space="preserve"> </w:t>
      </w:r>
      <w:proofErr w:type="spellStart"/>
      <w:proofErr w:type="gramStart"/>
      <w:r>
        <w:t>tutore</w:t>
      </w:r>
      <w:proofErr w:type="spellEnd"/>
      <w:r>
        <w:t xml:space="preserve">  □</w:t>
      </w:r>
      <w:proofErr w:type="gramEnd"/>
      <w:r>
        <w:t xml:space="preserve"> </w:t>
      </w:r>
      <w:proofErr w:type="spellStart"/>
      <w:r>
        <w:t>altro</w:t>
      </w:r>
      <w:proofErr w:type="spellEnd"/>
      <w:r>
        <w:t xml:space="preserve"> ____________________________</w:t>
      </w:r>
    </w:p>
    <w:p w14:paraId="1ED359AD" w14:textId="77777777" w:rsidR="00404FAE" w:rsidRDefault="00000000">
      <w:r>
        <w:t xml:space="preserve">del/la </w:t>
      </w:r>
      <w:proofErr w:type="spellStart"/>
      <w:r>
        <w:t>minore</w:t>
      </w:r>
      <w:proofErr w:type="spellEnd"/>
      <w:r>
        <w:t xml:space="preserve"> </w:t>
      </w:r>
      <w:r>
        <w:rPr>
          <w:b/>
        </w:rPr>
        <w:t>________________________________________________________________________</w:t>
      </w:r>
    </w:p>
    <w:p w14:paraId="2D23FB2B" w14:textId="77777777" w:rsidR="00404FAE" w:rsidRDefault="00000000">
      <w:pPr>
        <w:jc w:val="center"/>
      </w:pPr>
      <w:r>
        <w:rPr>
          <w:b/>
          <w:color w:val="D83B34"/>
          <w:sz w:val="22"/>
        </w:rPr>
        <w:t>CHIEDE L’ISCRIZIONE</w:t>
      </w:r>
    </w:p>
    <w:p w14:paraId="586778BC" w14:textId="77777777" w:rsidR="00404FAE" w:rsidRDefault="00000000">
      <w:pPr>
        <w:jc w:val="center"/>
      </w:pPr>
      <w:r>
        <w:rPr>
          <w:b/>
          <w:sz w:val="20"/>
        </w:rPr>
        <w:t xml:space="preserve">al </w:t>
      </w:r>
      <w:proofErr w:type="spellStart"/>
      <w:r>
        <w:rPr>
          <w:b/>
          <w:sz w:val="20"/>
        </w:rPr>
        <w:t>servizio</w:t>
      </w:r>
      <w:proofErr w:type="spellEnd"/>
      <w:r>
        <w:rPr>
          <w:b/>
          <w:sz w:val="20"/>
        </w:rPr>
        <w:t xml:space="preserve"> Scuola </w:t>
      </w:r>
      <w:proofErr w:type="spellStart"/>
      <w:r>
        <w:rPr>
          <w:b/>
          <w:sz w:val="20"/>
        </w:rPr>
        <w:t>dell’Infanzia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Paritaria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Bimboscuola</w:t>
      </w:r>
      <w:proofErr w:type="spellEnd"/>
      <w:r>
        <w:rPr>
          <w:b/>
          <w:sz w:val="20"/>
        </w:rPr>
        <w:t xml:space="preserve"> per </w:t>
      </w:r>
      <w:proofErr w:type="spellStart"/>
      <w:r>
        <w:rPr>
          <w:b/>
          <w:sz w:val="20"/>
        </w:rPr>
        <w:t>l’anno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scolastico</w:t>
      </w:r>
      <w:proofErr w:type="spellEnd"/>
      <w:r>
        <w:rPr>
          <w:b/>
          <w:sz w:val="20"/>
        </w:rPr>
        <w:t xml:space="preserve"> 2026/2027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  <w:gridCol w:w="80"/>
      </w:tblGrid>
      <w:tr w:rsidR="00404FAE" w14:paraId="68334E09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48FB584" w14:textId="77777777" w:rsidR="00404FAE" w:rsidRDefault="00000000">
            <w:r>
              <w:rPr>
                <w:b/>
                <w:color w:val="FFFFFF"/>
              </w:rPr>
              <w:t>SEZIONE E FASCIA DI FREQUENZA</w:t>
            </w:r>
          </w:p>
        </w:tc>
      </w:tr>
      <w:tr w:rsidR="00404FAE" w14:paraId="641AF966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459B3F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r>
              <w:rPr>
                <w:sz w:val="18"/>
              </w:rPr>
              <w:t>Sezione</w:t>
            </w:r>
            <w:proofErr w:type="spellEnd"/>
            <w:r>
              <w:rPr>
                <w:sz w:val="18"/>
              </w:rPr>
              <w:t xml:space="preserve"> 3 anni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61698B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r>
              <w:rPr>
                <w:sz w:val="18"/>
              </w:rPr>
              <w:t>Sezione</w:t>
            </w:r>
            <w:proofErr w:type="spellEnd"/>
            <w:r>
              <w:rPr>
                <w:sz w:val="18"/>
              </w:rPr>
              <w:t xml:space="preserve"> 4 anni</w:t>
            </w:r>
          </w:p>
        </w:tc>
      </w:tr>
      <w:tr w:rsidR="00404FAE" w14:paraId="71661D53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DE9A4A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r>
              <w:rPr>
                <w:sz w:val="18"/>
              </w:rPr>
              <w:t>Sezione</w:t>
            </w:r>
            <w:proofErr w:type="spellEnd"/>
            <w:r>
              <w:rPr>
                <w:sz w:val="18"/>
              </w:rPr>
              <w:t xml:space="preserve"> 5 anni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D1F9B9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r>
              <w:rPr>
                <w:sz w:val="18"/>
              </w:rPr>
              <w:t>Orario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ordinario</w:t>
            </w:r>
            <w:proofErr w:type="spellEnd"/>
            <w:r>
              <w:rPr>
                <w:sz w:val="18"/>
              </w:rPr>
              <w:t xml:space="preserve"> 08:00-16:00</w:t>
            </w:r>
          </w:p>
        </w:tc>
      </w:tr>
      <w:tr w:rsidR="00404FAE" w14:paraId="0C4B0743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7FE160" w14:textId="77777777" w:rsidR="00404FAE" w:rsidRDefault="00000000">
            <w:r>
              <w:rPr>
                <w:sz w:val="18"/>
              </w:rPr>
              <w:t xml:space="preserve">□ Tempo </w:t>
            </w:r>
            <w:proofErr w:type="spellStart"/>
            <w:r>
              <w:rPr>
                <w:sz w:val="18"/>
              </w:rPr>
              <w:t>prolungato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fino</w:t>
            </w:r>
            <w:proofErr w:type="spellEnd"/>
            <w:r>
              <w:rPr>
                <w:sz w:val="18"/>
              </w:rPr>
              <w:t xml:space="preserve"> alle 18:00</w:t>
            </w:r>
          </w:p>
        </w:tc>
        <w:tc>
          <w:tcPr>
            <w:tcW w:w="5131" w:type="dxa"/>
            <w:gridSpan w:val="2"/>
          </w:tcPr>
          <w:p w14:paraId="45F61331" w14:textId="77777777" w:rsidR="00404FAE" w:rsidRDefault="00404FAE"/>
        </w:tc>
      </w:tr>
      <w:tr w:rsidR="00404FAE" w14:paraId="14880302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5623B41" w14:textId="77777777" w:rsidR="00404FAE" w:rsidRDefault="00000000">
            <w:r>
              <w:rPr>
                <w:b/>
                <w:color w:val="FFFFFF"/>
              </w:rPr>
              <w:t>DATI DEL BAMBINO/A</w:t>
            </w:r>
          </w:p>
        </w:tc>
      </w:tr>
      <w:tr w:rsidR="00404FAE" w14:paraId="2BC5928A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827C3" w14:textId="77777777" w:rsidR="00404FAE" w:rsidRDefault="00000000">
            <w:proofErr w:type="spellStart"/>
            <w:r>
              <w:rPr>
                <w:b/>
                <w:sz w:val="18"/>
              </w:rPr>
              <w:t>Cognome</w:t>
            </w:r>
            <w:proofErr w:type="spellEnd"/>
            <w:r>
              <w:rPr>
                <w:b/>
                <w:sz w:val="18"/>
              </w:rPr>
              <w:t xml:space="preserve"> e </w:t>
            </w:r>
            <w:proofErr w:type="spellStart"/>
            <w:r>
              <w:rPr>
                <w:b/>
                <w:sz w:val="18"/>
              </w:rPr>
              <w:t>nome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4A3AFC" w14:textId="77777777" w:rsidR="00404FAE" w:rsidRDefault="00000000">
            <w:r>
              <w:rPr>
                <w:sz w:val="18"/>
              </w:rPr>
              <w:t>________________________________________________________________________</w:t>
            </w:r>
          </w:p>
        </w:tc>
      </w:tr>
      <w:tr w:rsidR="00404FAE" w14:paraId="5EE36278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38C6D" w14:textId="77777777" w:rsidR="00404FAE" w:rsidRDefault="00000000">
            <w:proofErr w:type="spellStart"/>
            <w:r>
              <w:rPr>
                <w:b/>
                <w:sz w:val="18"/>
              </w:rPr>
              <w:t>Codice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fiscale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7F18B4" w14:textId="77777777" w:rsidR="00404FAE" w:rsidRDefault="00000000">
            <w:r>
              <w:rPr>
                <w:sz w:val="18"/>
              </w:rPr>
              <w:t>________________________________________________________________________</w:t>
            </w:r>
          </w:p>
        </w:tc>
      </w:tr>
      <w:tr w:rsidR="00404FAE" w14:paraId="78DB9D72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456E75" w14:textId="77777777" w:rsidR="00404FAE" w:rsidRDefault="00000000">
            <w:r>
              <w:rPr>
                <w:b/>
                <w:sz w:val="18"/>
              </w:rPr>
              <w:t xml:space="preserve">Nato/a </w:t>
            </w:r>
            <w:proofErr w:type="spellStart"/>
            <w:r>
              <w:rPr>
                <w:b/>
                <w:sz w:val="18"/>
              </w:rPr>
              <w:t>a</w:t>
            </w:r>
            <w:proofErr w:type="spellEnd"/>
            <w:r>
              <w:rPr>
                <w:b/>
                <w:sz w:val="18"/>
              </w:rPr>
              <w:t xml:space="preserve"> - </w:t>
            </w:r>
            <w:proofErr w:type="spellStart"/>
            <w:r>
              <w:rPr>
                <w:b/>
                <w:sz w:val="18"/>
              </w:rPr>
              <w:t>provincia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AB68AE" w14:textId="77777777" w:rsidR="00404FAE" w:rsidRDefault="00000000">
            <w:r>
              <w:rPr>
                <w:sz w:val="18"/>
              </w:rPr>
              <w:t>_____________________________________________</w:t>
            </w:r>
            <w:proofErr w:type="gramStart"/>
            <w:r>
              <w:rPr>
                <w:sz w:val="18"/>
              </w:rPr>
              <w:t>_  il</w:t>
            </w:r>
            <w:proofErr w:type="gramEnd"/>
            <w:r>
              <w:rPr>
                <w:sz w:val="18"/>
              </w:rPr>
              <w:t xml:space="preserve"> ____ / ____ / ______</w:t>
            </w:r>
          </w:p>
        </w:tc>
      </w:tr>
      <w:tr w:rsidR="00404FAE" w14:paraId="1EBD1CDB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40E22" w14:textId="77777777" w:rsidR="00404FAE" w:rsidRDefault="00000000">
            <w:proofErr w:type="spellStart"/>
            <w:r>
              <w:rPr>
                <w:b/>
                <w:sz w:val="18"/>
              </w:rPr>
              <w:t>Cittadinanza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0F019A" w14:textId="77777777" w:rsidR="00404FAE" w:rsidRDefault="00000000">
            <w:r>
              <w:rPr>
                <w:sz w:val="18"/>
              </w:rPr>
              <w:t>________________________________________________________________________</w:t>
            </w:r>
          </w:p>
        </w:tc>
      </w:tr>
      <w:tr w:rsidR="00404FAE" w14:paraId="7C3BAD3A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08C1F8" w14:textId="77777777" w:rsidR="00404FAE" w:rsidRDefault="00000000">
            <w:proofErr w:type="spellStart"/>
            <w:r>
              <w:rPr>
                <w:b/>
                <w:sz w:val="18"/>
              </w:rPr>
              <w:t>Residenza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061AB6" w14:textId="77777777" w:rsidR="00404FAE" w:rsidRDefault="00000000">
            <w:proofErr w:type="spellStart"/>
            <w:r>
              <w:rPr>
                <w:sz w:val="18"/>
              </w:rPr>
              <w:t>Comune</w:t>
            </w:r>
            <w:proofErr w:type="spellEnd"/>
            <w:r>
              <w:rPr>
                <w:sz w:val="18"/>
              </w:rPr>
              <w:t xml:space="preserve"> ______________________________ CAP _______ Prov. ______</w:t>
            </w:r>
          </w:p>
        </w:tc>
      </w:tr>
      <w:tr w:rsidR="00404FAE" w14:paraId="46D546EF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71869B" w14:textId="77777777" w:rsidR="00404FAE" w:rsidRDefault="00000000">
            <w:proofErr w:type="spellStart"/>
            <w:r>
              <w:rPr>
                <w:b/>
                <w:sz w:val="18"/>
              </w:rPr>
              <w:t>Indirizzo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459796" w14:textId="77777777" w:rsidR="00404FAE" w:rsidRDefault="00000000">
            <w:r>
              <w:rPr>
                <w:sz w:val="18"/>
              </w:rPr>
              <w:t>Via/Piazza ______________________________________________ n. ______</w:t>
            </w:r>
          </w:p>
        </w:tc>
      </w:tr>
      <w:tr w:rsidR="00404FAE" w14:paraId="53474022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0F18CF" w14:textId="77777777" w:rsidR="00404FAE" w:rsidRDefault="00000000">
            <w:proofErr w:type="spellStart"/>
            <w:r>
              <w:rPr>
                <w:b/>
                <w:sz w:val="18"/>
              </w:rPr>
              <w:t>Domicilio</w:t>
            </w:r>
            <w:proofErr w:type="spellEnd"/>
            <w:r>
              <w:rPr>
                <w:b/>
                <w:sz w:val="18"/>
              </w:rPr>
              <w:t xml:space="preserve">, se </w:t>
            </w:r>
            <w:proofErr w:type="spellStart"/>
            <w:r>
              <w:rPr>
                <w:b/>
                <w:sz w:val="18"/>
              </w:rPr>
              <w:t>diverso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37C32D" w14:textId="77777777" w:rsidR="00404FAE" w:rsidRDefault="00000000">
            <w:r>
              <w:rPr>
                <w:sz w:val="18"/>
              </w:rPr>
              <w:t>________________________________________________________________________</w:t>
            </w:r>
          </w:p>
        </w:tc>
      </w:tr>
      <w:tr w:rsidR="00404FAE" w14:paraId="1482F491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742753" w14:textId="7A56BD8F" w:rsidR="00404FAE" w:rsidRDefault="00000000">
            <w:proofErr w:type="spellStart"/>
            <w:r>
              <w:rPr>
                <w:b/>
                <w:sz w:val="18"/>
              </w:rPr>
              <w:t>Contatto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abitazione</w:t>
            </w:r>
            <w:proofErr w:type="spellEnd"/>
            <w:r w:rsidR="001C6CB2">
              <w:rPr>
                <w:b/>
                <w:sz w:val="18"/>
              </w:rPr>
              <w:t xml:space="preserve"> + e-mail </w:t>
            </w:r>
            <w:proofErr w:type="spellStart"/>
            <w:r w:rsidR="001C6CB2">
              <w:rPr>
                <w:b/>
                <w:sz w:val="18"/>
              </w:rPr>
              <w:t>genitori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1591B0" w14:textId="5C6CC2D2" w:rsidR="00404FAE" w:rsidRDefault="00000000">
            <w:r>
              <w:rPr>
                <w:sz w:val="18"/>
              </w:rPr>
              <w:t>________________________________________________________________________</w:t>
            </w:r>
            <w:r w:rsidR="001C6CB2">
              <w:rPr>
                <w:sz w:val="18"/>
              </w:rPr>
              <w:t>________________________________________________________________________________________________________________________________</w:t>
            </w:r>
          </w:p>
        </w:tc>
      </w:tr>
      <w:tr w:rsidR="00404FAE" w14:paraId="6911C600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053A3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EED1A2A" w14:textId="77777777" w:rsidR="00404FAE" w:rsidRDefault="00000000">
            <w:r>
              <w:rPr>
                <w:b/>
                <w:color w:val="FFFFFF"/>
              </w:rPr>
              <w:t>DICHIARAZIONI</w:t>
            </w:r>
          </w:p>
        </w:tc>
      </w:tr>
    </w:tbl>
    <w:p w14:paraId="69E5DADE" w14:textId="77777777" w:rsidR="00404FAE" w:rsidRDefault="00000000">
      <w:pPr>
        <w:spacing w:after="30"/>
      </w:pPr>
      <w:r>
        <w:rPr>
          <w:sz w:val="17"/>
        </w:rPr>
        <w:t xml:space="preserve">□ Il/La </w:t>
      </w:r>
      <w:proofErr w:type="spellStart"/>
      <w:r>
        <w:rPr>
          <w:sz w:val="17"/>
        </w:rPr>
        <w:t>minore</w:t>
      </w:r>
      <w:proofErr w:type="spellEnd"/>
      <w:r>
        <w:rPr>
          <w:sz w:val="17"/>
        </w:rPr>
        <w:t xml:space="preserve"> è </w:t>
      </w:r>
      <w:proofErr w:type="spellStart"/>
      <w:r>
        <w:rPr>
          <w:sz w:val="17"/>
        </w:rPr>
        <w:t>cittadino</w:t>
      </w:r>
      <w:proofErr w:type="spellEnd"/>
      <w:r>
        <w:rPr>
          <w:sz w:val="17"/>
        </w:rPr>
        <w:t xml:space="preserve">/a </w:t>
      </w:r>
      <w:proofErr w:type="spellStart"/>
      <w:r>
        <w:rPr>
          <w:sz w:val="17"/>
        </w:rPr>
        <w:t>italiano</w:t>
      </w:r>
      <w:proofErr w:type="spellEnd"/>
      <w:r>
        <w:rPr>
          <w:sz w:val="17"/>
        </w:rPr>
        <w:t>/a.</w:t>
      </w:r>
    </w:p>
    <w:p w14:paraId="320A73EE" w14:textId="77777777" w:rsidR="00404FAE" w:rsidRDefault="00000000">
      <w:pPr>
        <w:spacing w:after="30"/>
      </w:pPr>
      <w:r>
        <w:rPr>
          <w:sz w:val="17"/>
        </w:rPr>
        <w:t xml:space="preserve">□ Il/La </w:t>
      </w:r>
      <w:proofErr w:type="spellStart"/>
      <w:r>
        <w:rPr>
          <w:sz w:val="17"/>
        </w:rPr>
        <w:t>minore</w:t>
      </w:r>
      <w:proofErr w:type="spellEnd"/>
      <w:r>
        <w:rPr>
          <w:sz w:val="17"/>
        </w:rPr>
        <w:t xml:space="preserve"> è </w:t>
      </w:r>
      <w:proofErr w:type="spellStart"/>
      <w:r>
        <w:rPr>
          <w:sz w:val="17"/>
        </w:rPr>
        <w:t>cittadino</w:t>
      </w:r>
      <w:proofErr w:type="spellEnd"/>
      <w:r>
        <w:rPr>
          <w:sz w:val="17"/>
        </w:rPr>
        <w:t xml:space="preserve">/a di </w:t>
      </w:r>
      <w:proofErr w:type="spellStart"/>
      <w:r>
        <w:rPr>
          <w:sz w:val="17"/>
        </w:rPr>
        <w:t>altro</w:t>
      </w:r>
      <w:proofErr w:type="spellEnd"/>
      <w:r>
        <w:rPr>
          <w:sz w:val="17"/>
        </w:rPr>
        <w:t xml:space="preserve"> Stato: ________________________________</w:t>
      </w:r>
    </w:p>
    <w:p w14:paraId="560E3FE9" w14:textId="77777777" w:rsidR="00404FAE" w:rsidRDefault="00000000">
      <w:pPr>
        <w:spacing w:after="30"/>
      </w:pPr>
      <w:r>
        <w:rPr>
          <w:sz w:val="17"/>
        </w:rPr>
        <w:t xml:space="preserve">□ La </w:t>
      </w:r>
      <w:proofErr w:type="spellStart"/>
      <w:r>
        <w:rPr>
          <w:sz w:val="17"/>
        </w:rPr>
        <w:t>famiglia</w:t>
      </w:r>
      <w:proofErr w:type="spellEnd"/>
      <w:r>
        <w:rPr>
          <w:sz w:val="17"/>
        </w:rPr>
        <w:t xml:space="preserve"> ha </w:t>
      </w:r>
      <w:proofErr w:type="spellStart"/>
      <w:r>
        <w:rPr>
          <w:sz w:val="17"/>
        </w:rPr>
        <w:t>consegnato</w:t>
      </w:r>
      <w:proofErr w:type="spellEnd"/>
      <w:r>
        <w:rPr>
          <w:sz w:val="17"/>
        </w:rPr>
        <w:t xml:space="preserve"> o </w:t>
      </w:r>
      <w:proofErr w:type="spellStart"/>
      <w:r>
        <w:rPr>
          <w:sz w:val="17"/>
        </w:rPr>
        <w:t>si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impegna</w:t>
      </w:r>
      <w:proofErr w:type="spellEnd"/>
      <w:r>
        <w:rPr>
          <w:sz w:val="17"/>
        </w:rPr>
        <w:t xml:space="preserve"> a </w:t>
      </w:r>
      <w:proofErr w:type="spellStart"/>
      <w:r>
        <w:rPr>
          <w:sz w:val="17"/>
        </w:rPr>
        <w:t>consegnare</w:t>
      </w:r>
      <w:proofErr w:type="spellEnd"/>
      <w:r>
        <w:rPr>
          <w:sz w:val="17"/>
        </w:rPr>
        <w:t xml:space="preserve"> la </w:t>
      </w:r>
      <w:proofErr w:type="spellStart"/>
      <w:r>
        <w:rPr>
          <w:sz w:val="17"/>
        </w:rPr>
        <w:t>documentazione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richiesta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dalla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scuola</w:t>
      </w:r>
      <w:proofErr w:type="spellEnd"/>
      <w:r>
        <w:rPr>
          <w:sz w:val="17"/>
        </w:rPr>
        <w:t>.</w:t>
      </w:r>
    </w:p>
    <w:p w14:paraId="7BB6AE4C" w14:textId="77777777" w:rsidR="00404FAE" w:rsidRDefault="00000000">
      <w:pPr>
        <w:spacing w:after="30"/>
      </w:pPr>
      <w:r>
        <w:rPr>
          <w:sz w:val="17"/>
        </w:rPr>
        <w:t xml:space="preserve">□ Sono </w:t>
      </w:r>
      <w:proofErr w:type="spellStart"/>
      <w:r>
        <w:rPr>
          <w:sz w:val="17"/>
        </w:rPr>
        <w:t>presenti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provvedimenti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dell’Autorità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giudiziaria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relativi</w:t>
      </w:r>
      <w:proofErr w:type="spellEnd"/>
      <w:r>
        <w:rPr>
          <w:sz w:val="17"/>
        </w:rPr>
        <w:t xml:space="preserve"> alla </w:t>
      </w:r>
      <w:proofErr w:type="spellStart"/>
      <w:r>
        <w:rPr>
          <w:sz w:val="17"/>
        </w:rPr>
        <w:t>responsabilità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genitoriale</w:t>
      </w:r>
      <w:proofErr w:type="spellEnd"/>
      <w:r>
        <w:rPr>
          <w:sz w:val="17"/>
        </w:rPr>
        <w:t xml:space="preserve">: SI </w:t>
      </w:r>
      <w:proofErr w:type="gramStart"/>
      <w:r>
        <w:rPr>
          <w:sz w:val="17"/>
        </w:rPr>
        <w:t>□  NO</w:t>
      </w:r>
      <w:proofErr w:type="gramEnd"/>
      <w:r>
        <w:rPr>
          <w:sz w:val="17"/>
        </w:rPr>
        <w:t xml:space="preserve"> □</w:t>
      </w:r>
    </w:p>
    <w:p w14:paraId="2A49A5F4" w14:textId="77777777" w:rsidR="00404FAE" w:rsidRDefault="00000000">
      <w:pPr>
        <w:pStyle w:val="SmallNote"/>
      </w:pPr>
      <w:r>
        <w:t xml:space="preserve">In </w:t>
      </w:r>
      <w:proofErr w:type="spellStart"/>
      <w:r>
        <w:t>presenza</w:t>
      </w:r>
      <w:proofErr w:type="spellEnd"/>
      <w:r>
        <w:t xml:space="preserve"> di </w:t>
      </w:r>
      <w:proofErr w:type="spellStart"/>
      <w:r>
        <w:t>provvedimenti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incidono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ritiro</w:t>
      </w:r>
      <w:proofErr w:type="spellEnd"/>
      <w:r>
        <w:t xml:space="preserve">, </w:t>
      </w:r>
      <w:proofErr w:type="spellStart"/>
      <w:r>
        <w:t>contatti</w:t>
      </w:r>
      <w:proofErr w:type="spellEnd"/>
      <w:r>
        <w:t xml:space="preserve"> o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genitoriale</w:t>
      </w:r>
      <w:proofErr w:type="spellEnd"/>
      <w:r>
        <w:t xml:space="preserve">, </w:t>
      </w:r>
      <w:proofErr w:type="spellStart"/>
      <w:r>
        <w:t>allegare</w:t>
      </w:r>
      <w:proofErr w:type="spellEnd"/>
      <w:r>
        <w:t xml:space="preserve"> </w:t>
      </w:r>
      <w:proofErr w:type="spellStart"/>
      <w:r>
        <w:t>copia</w:t>
      </w:r>
      <w:proofErr w:type="spellEnd"/>
      <w:r>
        <w:t xml:space="preserve"> della </w:t>
      </w:r>
      <w:proofErr w:type="spellStart"/>
      <w:r>
        <w:t>documentazione</w:t>
      </w:r>
      <w:proofErr w:type="spellEnd"/>
      <w:r>
        <w:t xml:space="preserve"> necessaria alla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gestione</w:t>
      </w:r>
      <w:proofErr w:type="spellEnd"/>
      <w:r>
        <w:t xml:space="preserve"> del </w:t>
      </w:r>
      <w:proofErr w:type="spellStart"/>
      <w:r>
        <w:t>minore</w:t>
      </w:r>
      <w:proofErr w:type="spellEnd"/>
      <w: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404FAE" w14:paraId="34C8E767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66703D5B" w14:textId="77777777" w:rsidR="00404FAE" w:rsidRDefault="00000000">
            <w:pPr>
              <w:jc w:val="center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7AEEC357" w14:textId="77777777" w:rsidR="00404FAE" w:rsidRDefault="00000000">
            <w:pPr>
              <w:jc w:val="center"/>
            </w:pPr>
            <w:proofErr w:type="spellStart"/>
            <w:r>
              <w:rPr>
                <w:b/>
                <w:sz w:val="17"/>
              </w:rPr>
              <w:t>Firma</w:t>
            </w:r>
            <w:proofErr w:type="spellEnd"/>
            <w:r>
              <w:rPr>
                <w:b/>
                <w:sz w:val="17"/>
              </w:rPr>
              <w:t xml:space="preserve"> del </w:t>
            </w:r>
            <w:proofErr w:type="spellStart"/>
            <w:r>
              <w:rPr>
                <w:b/>
                <w:sz w:val="17"/>
              </w:rPr>
              <w:t>genitore</w:t>
            </w:r>
            <w:proofErr w:type="spellEnd"/>
            <w:r>
              <w:rPr>
                <w:b/>
                <w:sz w:val="17"/>
              </w:rPr>
              <w:t>/</w:t>
            </w:r>
            <w:proofErr w:type="spellStart"/>
            <w:r>
              <w:rPr>
                <w:b/>
                <w:sz w:val="17"/>
              </w:rPr>
              <w:t>tutore</w:t>
            </w:r>
            <w:proofErr w:type="spellEnd"/>
          </w:p>
        </w:tc>
      </w:tr>
      <w:tr w:rsidR="00404FAE" w14:paraId="5CDA5360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1A622B91" w14:textId="77777777" w:rsidR="00404FAE" w:rsidRDefault="00000000">
            <w:r>
              <w:br/>
            </w:r>
          </w:p>
        </w:tc>
        <w:tc>
          <w:tcPr>
            <w:tcW w:w="5131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432E28A6" w14:textId="77777777" w:rsidR="00404FAE" w:rsidRDefault="00000000">
            <w:r>
              <w:br/>
            </w:r>
          </w:p>
        </w:tc>
      </w:tr>
    </w:tbl>
    <w:p w14:paraId="3EBD795E" w14:textId="77777777" w:rsidR="00404FAE" w:rsidRDefault="00404FAE">
      <w:pPr>
        <w:sectPr w:rsidR="00404FAE">
          <w:headerReference w:type="default" r:id="rId8"/>
          <w:footerReference w:type="default" r:id="rId9"/>
          <w:pgSz w:w="12240" w:h="15840"/>
          <w:pgMar w:top="1332" w:right="822" w:bottom="992" w:left="822" w:header="198" w:footer="198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404FAE" w14:paraId="612C7CF5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5E5EFC8" w14:textId="77777777" w:rsidR="00404FAE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DATI DELLA FAMIGLIA E CONTATTI</w:t>
            </w:r>
          </w:p>
        </w:tc>
      </w:tr>
    </w:tbl>
    <w:p w14:paraId="02C2B0C7" w14:textId="77777777" w:rsidR="00404FAE" w:rsidRDefault="00000000">
      <w:pPr>
        <w:jc w:val="center"/>
      </w:pPr>
      <w:proofErr w:type="spellStart"/>
      <w:r>
        <w:rPr>
          <w:i/>
          <w:color w:val="6B747A"/>
          <w:sz w:val="17"/>
        </w:rPr>
        <w:t>Indicare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recapiti</w:t>
      </w:r>
      <w:proofErr w:type="spellEnd"/>
      <w:r>
        <w:rPr>
          <w:i/>
          <w:color w:val="6B747A"/>
          <w:sz w:val="17"/>
        </w:rPr>
        <w:t xml:space="preserve"> sempre </w:t>
      </w:r>
      <w:proofErr w:type="spellStart"/>
      <w:r>
        <w:rPr>
          <w:i/>
          <w:color w:val="6B747A"/>
          <w:sz w:val="17"/>
        </w:rPr>
        <w:t>aggiornati</w:t>
      </w:r>
      <w:proofErr w:type="spellEnd"/>
      <w:r>
        <w:rPr>
          <w:i/>
          <w:color w:val="6B747A"/>
          <w:sz w:val="17"/>
        </w:rPr>
        <w:t xml:space="preserve"> e </w:t>
      </w:r>
      <w:proofErr w:type="spellStart"/>
      <w:r>
        <w:rPr>
          <w:i/>
          <w:color w:val="6B747A"/>
          <w:sz w:val="17"/>
        </w:rPr>
        <w:t>persone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effettivamente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reperibili</w:t>
      </w:r>
      <w:proofErr w:type="spellEnd"/>
      <w:r>
        <w:rPr>
          <w:i/>
          <w:color w:val="6B747A"/>
          <w:sz w:val="17"/>
        </w:rPr>
        <w:t>.</w:t>
      </w:r>
    </w:p>
    <w:p w14:paraId="020479BE" w14:textId="77777777" w:rsidR="00404FAE" w:rsidRDefault="00404FA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404FAE" w14:paraId="41D678C1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297C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0BF3164" w14:textId="77777777" w:rsidR="00404FAE" w:rsidRDefault="00000000">
            <w:r>
              <w:rPr>
                <w:b/>
                <w:color w:val="FFFFFF"/>
              </w:rPr>
              <w:t>GENITORE / ESERCENTE LA RESPONSABILITÀ GENITORIALE 1</w:t>
            </w:r>
          </w:p>
        </w:tc>
      </w:tr>
      <w:tr w:rsidR="00404FAE" w14:paraId="1E1455CE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E35580" w14:textId="77777777" w:rsidR="00404FAE" w:rsidRDefault="00000000">
            <w:proofErr w:type="spellStart"/>
            <w:r>
              <w:rPr>
                <w:b/>
                <w:sz w:val="17"/>
              </w:rPr>
              <w:t>Cognome</w:t>
            </w:r>
            <w:proofErr w:type="spellEnd"/>
            <w:r>
              <w:rPr>
                <w:b/>
                <w:sz w:val="17"/>
              </w:rPr>
              <w:t xml:space="preserve"> e </w:t>
            </w:r>
            <w:proofErr w:type="spellStart"/>
            <w:r>
              <w:rPr>
                <w:b/>
                <w:sz w:val="17"/>
              </w:rPr>
              <w:t>nome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53EF69" w14:textId="77777777" w:rsidR="00404FAE" w:rsidRDefault="00000000">
            <w:r>
              <w:rPr>
                <w:sz w:val="17"/>
              </w:rPr>
              <w:t>________________________________________________________________________</w:t>
            </w:r>
          </w:p>
        </w:tc>
      </w:tr>
      <w:tr w:rsidR="00404FAE" w14:paraId="69FBF49D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2C7E54" w14:textId="77777777" w:rsidR="00404FAE" w:rsidRDefault="00000000">
            <w:proofErr w:type="spellStart"/>
            <w:r>
              <w:rPr>
                <w:b/>
                <w:sz w:val="17"/>
              </w:rPr>
              <w:t>Nascita</w:t>
            </w:r>
            <w:proofErr w:type="spellEnd"/>
            <w:r>
              <w:rPr>
                <w:b/>
                <w:sz w:val="17"/>
              </w:rPr>
              <w:t xml:space="preserve"> e </w:t>
            </w:r>
            <w:proofErr w:type="spellStart"/>
            <w:r>
              <w:rPr>
                <w:b/>
                <w:sz w:val="17"/>
              </w:rPr>
              <w:t>codice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fiscale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F722B8" w14:textId="77777777" w:rsidR="00404FAE" w:rsidRDefault="00000000">
            <w:r>
              <w:rPr>
                <w:sz w:val="17"/>
              </w:rPr>
              <w:t xml:space="preserve">Nato/a </w:t>
            </w:r>
            <w:proofErr w:type="spellStart"/>
            <w:r>
              <w:rPr>
                <w:sz w:val="17"/>
              </w:rPr>
              <w:t>a</w:t>
            </w:r>
            <w:proofErr w:type="spellEnd"/>
            <w:r>
              <w:rPr>
                <w:sz w:val="17"/>
              </w:rPr>
              <w:t xml:space="preserve"> __________________ il _________</w:t>
            </w:r>
            <w:proofErr w:type="gramStart"/>
            <w:r>
              <w:rPr>
                <w:sz w:val="17"/>
              </w:rPr>
              <w:t>_  C.F.</w:t>
            </w:r>
            <w:proofErr w:type="gramEnd"/>
            <w:r>
              <w:rPr>
                <w:sz w:val="17"/>
              </w:rPr>
              <w:t xml:space="preserve"> __________________________</w:t>
            </w:r>
          </w:p>
        </w:tc>
      </w:tr>
      <w:tr w:rsidR="00404FAE" w14:paraId="7749E150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E409F9" w14:textId="77777777" w:rsidR="00404FAE" w:rsidRDefault="00000000">
            <w:proofErr w:type="spellStart"/>
            <w:r>
              <w:rPr>
                <w:b/>
                <w:sz w:val="17"/>
              </w:rPr>
              <w:t>Residenza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F4E41" w14:textId="77777777" w:rsidR="00404FAE" w:rsidRDefault="00000000">
            <w:r>
              <w:rPr>
                <w:sz w:val="17"/>
              </w:rPr>
              <w:t>________________________________________________________________________</w:t>
            </w:r>
          </w:p>
        </w:tc>
      </w:tr>
      <w:tr w:rsidR="00404FAE" w14:paraId="3AE69A53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55B8C4" w14:textId="77777777" w:rsidR="00404FAE" w:rsidRDefault="00000000">
            <w:proofErr w:type="spellStart"/>
            <w:r>
              <w:rPr>
                <w:b/>
                <w:sz w:val="17"/>
              </w:rPr>
              <w:t>Contatti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9E1709" w14:textId="77777777" w:rsidR="00404FAE" w:rsidRDefault="00000000">
            <w:r>
              <w:rPr>
                <w:sz w:val="17"/>
              </w:rPr>
              <w:t>Cell. _________________________</w:t>
            </w:r>
            <w:proofErr w:type="gramStart"/>
            <w:r>
              <w:rPr>
                <w:sz w:val="17"/>
              </w:rPr>
              <w:t>_  E-mail</w:t>
            </w:r>
            <w:proofErr w:type="gramEnd"/>
            <w:r>
              <w:rPr>
                <w:sz w:val="17"/>
              </w:rPr>
              <w:t xml:space="preserve"> _________________________________</w:t>
            </w:r>
          </w:p>
        </w:tc>
      </w:tr>
      <w:tr w:rsidR="00404FAE" w14:paraId="265EF333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BB24C4" w14:textId="77777777" w:rsidR="00404FAE" w:rsidRDefault="00000000">
            <w:r>
              <w:rPr>
                <w:b/>
                <w:sz w:val="17"/>
              </w:rPr>
              <w:t xml:space="preserve">Lavoro / </w:t>
            </w:r>
            <w:proofErr w:type="spellStart"/>
            <w:r>
              <w:rPr>
                <w:b/>
                <w:sz w:val="17"/>
              </w:rPr>
              <w:t>altro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recapito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7E390A" w14:textId="77777777" w:rsidR="00404FAE" w:rsidRDefault="00000000">
            <w:r>
              <w:rPr>
                <w:sz w:val="17"/>
              </w:rPr>
              <w:t>________________________________________________ tel. __________________</w:t>
            </w:r>
          </w:p>
        </w:tc>
      </w:tr>
      <w:tr w:rsidR="00404FAE" w14:paraId="014EAEAE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053A3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3A4B8B5" w14:textId="77777777" w:rsidR="00404FAE" w:rsidRDefault="00000000">
            <w:r>
              <w:rPr>
                <w:b/>
                <w:color w:val="FFFFFF"/>
              </w:rPr>
              <w:t>GENITORE / ESERCENTE LA RESPONSABILITÀ GENITORIALE 2</w:t>
            </w:r>
          </w:p>
        </w:tc>
      </w:tr>
      <w:tr w:rsidR="00404FAE" w14:paraId="4FD4208B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900228" w14:textId="77777777" w:rsidR="00404FAE" w:rsidRDefault="00000000">
            <w:proofErr w:type="spellStart"/>
            <w:r>
              <w:rPr>
                <w:b/>
                <w:sz w:val="17"/>
              </w:rPr>
              <w:t>Cognome</w:t>
            </w:r>
            <w:proofErr w:type="spellEnd"/>
            <w:r>
              <w:rPr>
                <w:b/>
                <w:sz w:val="17"/>
              </w:rPr>
              <w:t xml:space="preserve"> e </w:t>
            </w:r>
            <w:proofErr w:type="spellStart"/>
            <w:r>
              <w:rPr>
                <w:b/>
                <w:sz w:val="17"/>
              </w:rPr>
              <w:t>nome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AF942C" w14:textId="77777777" w:rsidR="00404FAE" w:rsidRDefault="00000000">
            <w:r>
              <w:rPr>
                <w:sz w:val="17"/>
              </w:rPr>
              <w:t>________________________________________________________________________</w:t>
            </w:r>
          </w:p>
        </w:tc>
      </w:tr>
      <w:tr w:rsidR="00404FAE" w14:paraId="479F2723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F1560E" w14:textId="77777777" w:rsidR="00404FAE" w:rsidRDefault="00000000">
            <w:proofErr w:type="spellStart"/>
            <w:r>
              <w:rPr>
                <w:b/>
                <w:sz w:val="17"/>
              </w:rPr>
              <w:t>Nascita</w:t>
            </w:r>
            <w:proofErr w:type="spellEnd"/>
            <w:r>
              <w:rPr>
                <w:b/>
                <w:sz w:val="17"/>
              </w:rPr>
              <w:t xml:space="preserve"> e </w:t>
            </w:r>
            <w:proofErr w:type="spellStart"/>
            <w:r>
              <w:rPr>
                <w:b/>
                <w:sz w:val="17"/>
              </w:rPr>
              <w:t>codice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fiscale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7F1D99" w14:textId="77777777" w:rsidR="00404FAE" w:rsidRDefault="00000000">
            <w:r>
              <w:rPr>
                <w:sz w:val="17"/>
              </w:rPr>
              <w:t xml:space="preserve">Nato/a </w:t>
            </w:r>
            <w:proofErr w:type="spellStart"/>
            <w:r>
              <w:rPr>
                <w:sz w:val="17"/>
              </w:rPr>
              <w:t>a</w:t>
            </w:r>
            <w:proofErr w:type="spellEnd"/>
            <w:r>
              <w:rPr>
                <w:sz w:val="17"/>
              </w:rPr>
              <w:t xml:space="preserve"> __________________ il _________</w:t>
            </w:r>
            <w:proofErr w:type="gramStart"/>
            <w:r>
              <w:rPr>
                <w:sz w:val="17"/>
              </w:rPr>
              <w:t>_  C.F.</w:t>
            </w:r>
            <w:proofErr w:type="gramEnd"/>
            <w:r>
              <w:rPr>
                <w:sz w:val="17"/>
              </w:rPr>
              <w:t xml:space="preserve"> __________________________</w:t>
            </w:r>
          </w:p>
        </w:tc>
      </w:tr>
      <w:tr w:rsidR="00404FAE" w14:paraId="72E18DFC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D382A" w14:textId="77777777" w:rsidR="00404FAE" w:rsidRDefault="00000000">
            <w:proofErr w:type="spellStart"/>
            <w:r>
              <w:rPr>
                <w:b/>
                <w:sz w:val="17"/>
              </w:rPr>
              <w:t>Residenza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5083EA" w14:textId="77777777" w:rsidR="00404FAE" w:rsidRDefault="00000000">
            <w:r>
              <w:rPr>
                <w:sz w:val="17"/>
              </w:rPr>
              <w:t>________________________________________________________________________</w:t>
            </w:r>
          </w:p>
        </w:tc>
      </w:tr>
      <w:tr w:rsidR="00404FAE" w14:paraId="78755772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10DEA1" w14:textId="77777777" w:rsidR="00404FAE" w:rsidRDefault="00000000">
            <w:proofErr w:type="spellStart"/>
            <w:r>
              <w:rPr>
                <w:b/>
                <w:sz w:val="17"/>
              </w:rPr>
              <w:t>Contatti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39977C" w14:textId="77777777" w:rsidR="00404FAE" w:rsidRDefault="00000000">
            <w:r>
              <w:rPr>
                <w:sz w:val="17"/>
              </w:rPr>
              <w:t>Cell. _________________________</w:t>
            </w:r>
            <w:proofErr w:type="gramStart"/>
            <w:r>
              <w:rPr>
                <w:sz w:val="17"/>
              </w:rPr>
              <w:t>_  E-mail</w:t>
            </w:r>
            <w:proofErr w:type="gramEnd"/>
            <w:r>
              <w:rPr>
                <w:sz w:val="17"/>
              </w:rPr>
              <w:t xml:space="preserve"> _________________________________</w:t>
            </w:r>
          </w:p>
        </w:tc>
      </w:tr>
      <w:tr w:rsidR="00404FAE" w14:paraId="3141999B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A8A3BA" w14:textId="77777777" w:rsidR="00404FAE" w:rsidRDefault="00000000">
            <w:r>
              <w:rPr>
                <w:b/>
                <w:sz w:val="17"/>
              </w:rPr>
              <w:t xml:space="preserve">Lavoro / </w:t>
            </w:r>
            <w:proofErr w:type="spellStart"/>
            <w:r>
              <w:rPr>
                <w:b/>
                <w:sz w:val="17"/>
              </w:rPr>
              <w:t>altro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recapito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9E0565" w14:textId="77777777" w:rsidR="00404FAE" w:rsidRDefault="00000000">
            <w:r>
              <w:rPr>
                <w:sz w:val="17"/>
              </w:rPr>
              <w:t>________________________________________________ tel. __________________</w:t>
            </w:r>
          </w:p>
        </w:tc>
      </w:tr>
      <w:tr w:rsidR="00404FAE" w14:paraId="1317AE6E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CAEA5B4" w14:textId="77777777" w:rsidR="00404FAE" w:rsidRDefault="00000000">
            <w:r>
              <w:rPr>
                <w:b/>
                <w:color w:val="FFFFFF"/>
              </w:rPr>
              <w:t>NUCLEO FAMILIARE E CONTATTI DI EMERGENZA</w:t>
            </w:r>
          </w:p>
        </w:tc>
      </w:tr>
      <w:tr w:rsidR="00404FAE" w14:paraId="07D3FDC0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8B62BE" w14:textId="77777777" w:rsidR="00404FAE" w:rsidRDefault="00000000">
            <w:r>
              <w:rPr>
                <w:b/>
                <w:sz w:val="17"/>
              </w:rPr>
              <w:t>Fratelli/</w:t>
            </w:r>
            <w:proofErr w:type="spellStart"/>
            <w:r>
              <w:rPr>
                <w:b/>
                <w:sz w:val="17"/>
              </w:rPr>
              <w:t>sorelle</w:t>
            </w:r>
            <w:proofErr w:type="spellEnd"/>
            <w:r>
              <w:rPr>
                <w:b/>
                <w:sz w:val="17"/>
              </w:rPr>
              <w:t xml:space="preserve"> o </w:t>
            </w:r>
            <w:proofErr w:type="spellStart"/>
            <w:r>
              <w:rPr>
                <w:b/>
                <w:sz w:val="17"/>
              </w:rPr>
              <w:t>conviventi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57D005" w14:textId="77777777" w:rsidR="00404FAE" w:rsidRDefault="00000000">
            <w:r>
              <w:rPr>
                <w:sz w:val="17"/>
              </w:rPr>
              <w:t xml:space="preserve">Nome __________________ </w:t>
            </w:r>
            <w:proofErr w:type="spellStart"/>
            <w:r>
              <w:rPr>
                <w:sz w:val="17"/>
              </w:rPr>
              <w:t>età</w:t>
            </w:r>
            <w:proofErr w:type="spellEnd"/>
            <w:r>
              <w:rPr>
                <w:sz w:val="17"/>
              </w:rPr>
              <w:t xml:space="preserve"> ____   Nome __________________ </w:t>
            </w:r>
            <w:proofErr w:type="spellStart"/>
            <w:r>
              <w:rPr>
                <w:sz w:val="17"/>
              </w:rPr>
              <w:t>età</w:t>
            </w:r>
            <w:proofErr w:type="spellEnd"/>
            <w:r>
              <w:rPr>
                <w:sz w:val="17"/>
              </w:rPr>
              <w:t xml:space="preserve"> ____</w:t>
            </w:r>
          </w:p>
        </w:tc>
      </w:tr>
      <w:tr w:rsidR="00404FAE" w14:paraId="66A5B50F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A6F7C" w14:textId="77777777" w:rsidR="00404FAE" w:rsidRDefault="00000000">
            <w:proofErr w:type="spellStart"/>
            <w:r>
              <w:rPr>
                <w:b/>
                <w:sz w:val="17"/>
              </w:rPr>
              <w:t>Contatto</w:t>
            </w:r>
            <w:proofErr w:type="spellEnd"/>
            <w:r>
              <w:rPr>
                <w:b/>
                <w:sz w:val="17"/>
              </w:rPr>
              <w:t xml:space="preserve"> di </w:t>
            </w:r>
            <w:proofErr w:type="spellStart"/>
            <w:r>
              <w:rPr>
                <w:b/>
                <w:sz w:val="17"/>
              </w:rPr>
              <w:t>emergenza</w:t>
            </w:r>
            <w:proofErr w:type="spellEnd"/>
            <w:r>
              <w:rPr>
                <w:b/>
                <w:sz w:val="17"/>
              </w:rPr>
              <w:t xml:space="preserve"> 1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53E5DB" w14:textId="77777777" w:rsidR="00404FAE" w:rsidRDefault="00000000">
            <w:r>
              <w:rPr>
                <w:sz w:val="17"/>
              </w:rPr>
              <w:t xml:space="preserve">Nome __________________ </w:t>
            </w:r>
            <w:proofErr w:type="spellStart"/>
            <w:r>
              <w:rPr>
                <w:sz w:val="17"/>
              </w:rPr>
              <w:t>relazione</w:t>
            </w:r>
            <w:proofErr w:type="spellEnd"/>
            <w:r>
              <w:rPr>
                <w:sz w:val="17"/>
              </w:rPr>
              <w:t xml:space="preserve"> __________ tel. __________________</w:t>
            </w:r>
          </w:p>
        </w:tc>
      </w:tr>
      <w:tr w:rsidR="00404FAE" w14:paraId="182BBF25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FEA9F" w14:textId="77777777" w:rsidR="00404FAE" w:rsidRDefault="00000000">
            <w:proofErr w:type="spellStart"/>
            <w:r>
              <w:rPr>
                <w:b/>
                <w:sz w:val="17"/>
              </w:rPr>
              <w:t>Contatto</w:t>
            </w:r>
            <w:proofErr w:type="spellEnd"/>
            <w:r>
              <w:rPr>
                <w:b/>
                <w:sz w:val="17"/>
              </w:rPr>
              <w:t xml:space="preserve"> di </w:t>
            </w:r>
            <w:proofErr w:type="spellStart"/>
            <w:r>
              <w:rPr>
                <w:b/>
                <w:sz w:val="17"/>
              </w:rPr>
              <w:t>emergenza</w:t>
            </w:r>
            <w:proofErr w:type="spellEnd"/>
            <w:r>
              <w:rPr>
                <w:b/>
                <w:sz w:val="17"/>
              </w:rPr>
              <w:t xml:space="preserve"> 2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78BE5D" w14:textId="77777777" w:rsidR="00404FAE" w:rsidRDefault="00000000">
            <w:r>
              <w:rPr>
                <w:sz w:val="17"/>
              </w:rPr>
              <w:t xml:space="preserve">Nome __________________ </w:t>
            </w:r>
            <w:proofErr w:type="spellStart"/>
            <w:r>
              <w:rPr>
                <w:sz w:val="17"/>
              </w:rPr>
              <w:t>relazione</w:t>
            </w:r>
            <w:proofErr w:type="spellEnd"/>
            <w:r>
              <w:rPr>
                <w:sz w:val="17"/>
              </w:rPr>
              <w:t xml:space="preserve"> __________ tel. __________________</w:t>
            </w:r>
          </w:p>
        </w:tc>
      </w:tr>
      <w:tr w:rsidR="00404FAE" w14:paraId="6C60B18D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83B34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1509B3F" w14:textId="77777777" w:rsidR="00404FAE" w:rsidRDefault="00000000">
            <w:r>
              <w:rPr>
                <w:b/>
                <w:color w:val="FFFFFF"/>
              </w:rPr>
              <w:t>RESPONSABILITÀ GENITORIALE</w:t>
            </w:r>
          </w:p>
        </w:tc>
      </w:tr>
    </w:tbl>
    <w:p w14:paraId="54885D1E" w14:textId="77777777" w:rsidR="00404FAE" w:rsidRDefault="00000000">
      <w:pPr>
        <w:spacing w:after="30"/>
      </w:pPr>
      <w:r>
        <w:rPr>
          <w:sz w:val="16"/>
        </w:rPr>
        <w:t xml:space="preserve">□ </w:t>
      </w:r>
      <w:proofErr w:type="spellStart"/>
      <w:r>
        <w:rPr>
          <w:sz w:val="16"/>
        </w:rPr>
        <w:t>Responsabilità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genitoriale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esercitata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congiuntamente</w:t>
      </w:r>
      <w:proofErr w:type="spellEnd"/>
      <w:r>
        <w:rPr>
          <w:sz w:val="16"/>
        </w:rPr>
        <w:t>.</w:t>
      </w:r>
    </w:p>
    <w:p w14:paraId="0E691B26" w14:textId="77777777" w:rsidR="00404FAE" w:rsidRDefault="00000000">
      <w:pPr>
        <w:spacing w:after="30"/>
      </w:pPr>
      <w:r>
        <w:rPr>
          <w:sz w:val="16"/>
        </w:rPr>
        <w:t xml:space="preserve">□ </w:t>
      </w:r>
      <w:proofErr w:type="spellStart"/>
      <w:r>
        <w:rPr>
          <w:sz w:val="16"/>
        </w:rPr>
        <w:t>Responsabilità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genitoriale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esercitata</w:t>
      </w:r>
      <w:proofErr w:type="spellEnd"/>
      <w:r>
        <w:rPr>
          <w:sz w:val="16"/>
        </w:rPr>
        <w:t xml:space="preserve"> da un solo </w:t>
      </w:r>
      <w:proofErr w:type="spellStart"/>
      <w:r>
        <w:rPr>
          <w:sz w:val="16"/>
        </w:rPr>
        <w:t>genitore</w:t>
      </w:r>
      <w:proofErr w:type="spellEnd"/>
      <w:r>
        <w:rPr>
          <w:sz w:val="16"/>
        </w:rPr>
        <w:t>/</w:t>
      </w:r>
      <w:proofErr w:type="spellStart"/>
      <w:r>
        <w:rPr>
          <w:sz w:val="16"/>
        </w:rPr>
        <w:t>tutore</w:t>
      </w:r>
      <w:proofErr w:type="spellEnd"/>
      <w:r>
        <w:rPr>
          <w:sz w:val="16"/>
        </w:rPr>
        <w:t>.</w:t>
      </w:r>
    </w:p>
    <w:p w14:paraId="71432CB6" w14:textId="77777777" w:rsidR="00404FAE" w:rsidRDefault="00000000">
      <w:pPr>
        <w:spacing w:after="30"/>
      </w:pPr>
      <w:r>
        <w:rPr>
          <w:sz w:val="16"/>
        </w:rPr>
        <w:t xml:space="preserve">□ Il/La </w:t>
      </w:r>
      <w:proofErr w:type="spellStart"/>
      <w:r>
        <w:rPr>
          <w:sz w:val="16"/>
        </w:rPr>
        <w:t>minore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vive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prevalentemente</w:t>
      </w:r>
      <w:proofErr w:type="spellEnd"/>
      <w:r>
        <w:rPr>
          <w:sz w:val="16"/>
        </w:rPr>
        <w:t xml:space="preserve"> con: ____________________________________________</w:t>
      </w:r>
    </w:p>
    <w:p w14:paraId="39172CE4" w14:textId="77777777" w:rsidR="00404FAE" w:rsidRDefault="00000000">
      <w:pPr>
        <w:spacing w:after="30"/>
      </w:pPr>
      <w:r>
        <w:rPr>
          <w:sz w:val="16"/>
        </w:rPr>
        <w:t xml:space="preserve">□ </w:t>
      </w:r>
      <w:proofErr w:type="spellStart"/>
      <w:r>
        <w:rPr>
          <w:sz w:val="16"/>
        </w:rPr>
        <w:t>Comunicazioni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amministrative</w:t>
      </w:r>
      <w:proofErr w:type="spellEnd"/>
      <w:r>
        <w:rPr>
          <w:sz w:val="16"/>
        </w:rPr>
        <w:t xml:space="preserve"> a: </w:t>
      </w:r>
      <w:proofErr w:type="spellStart"/>
      <w:r>
        <w:rPr>
          <w:sz w:val="16"/>
        </w:rPr>
        <w:t>genitore</w:t>
      </w:r>
      <w:proofErr w:type="spellEnd"/>
      <w:r>
        <w:rPr>
          <w:sz w:val="16"/>
        </w:rPr>
        <w:t xml:space="preserve"> 1 </w:t>
      </w:r>
      <w:proofErr w:type="gramStart"/>
      <w:r>
        <w:rPr>
          <w:sz w:val="16"/>
        </w:rPr>
        <w:t xml:space="preserve">□  </w:t>
      </w:r>
      <w:proofErr w:type="spellStart"/>
      <w:r>
        <w:rPr>
          <w:sz w:val="16"/>
        </w:rPr>
        <w:t>genitore</w:t>
      </w:r>
      <w:proofErr w:type="spellEnd"/>
      <w:proofErr w:type="gramEnd"/>
      <w:r>
        <w:rPr>
          <w:sz w:val="16"/>
        </w:rPr>
        <w:t xml:space="preserve"> 2 </w:t>
      </w:r>
      <w:proofErr w:type="gramStart"/>
      <w:r>
        <w:rPr>
          <w:sz w:val="16"/>
        </w:rPr>
        <w:t xml:space="preserve">□  </w:t>
      </w:r>
      <w:proofErr w:type="spellStart"/>
      <w:r>
        <w:rPr>
          <w:sz w:val="16"/>
        </w:rPr>
        <w:t>entrambi</w:t>
      </w:r>
      <w:proofErr w:type="spellEnd"/>
      <w:proofErr w:type="gramEnd"/>
      <w:r>
        <w:rPr>
          <w:sz w:val="16"/>
        </w:rPr>
        <w:t xml:space="preserve"> □</w:t>
      </w:r>
    </w:p>
    <w:p w14:paraId="4921FA86" w14:textId="77777777" w:rsidR="00404FAE" w:rsidRDefault="00000000">
      <w:pPr>
        <w:pStyle w:val="SmallNote"/>
      </w:pPr>
      <w:r>
        <w:t xml:space="preserve">Ogni </w:t>
      </w:r>
      <w:proofErr w:type="spellStart"/>
      <w:r>
        <w:t>variazione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recapiti</w:t>
      </w:r>
      <w:proofErr w:type="spellEnd"/>
      <w:r>
        <w:t xml:space="preserve">, della </w:t>
      </w:r>
      <w:proofErr w:type="spellStart"/>
      <w:r>
        <w:t>residenza</w:t>
      </w:r>
      <w:proofErr w:type="spellEnd"/>
      <w:r>
        <w:t xml:space="preserve"> o della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genitoriale</w:t>
      </w:r>
      <w:proofErr w:type="spellEnd"/>
      <w:r>
        <w:t xml:space="preserve"> </w:t>
      </w:r>
      <w:proofErr w:type="spellStart"/>
      <w:r>
        <w:t>deve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comunicata</w:t>
      </w:r>
      <w:proofErr w:type="spellEnd"/>
      <w:r>
        <w:t xml:space="preserve"> </w:t>
      </w:r>
      <w:proofErr w:type="spellStart"/>
      <w:r>
        <w:t>tempestivamente</w:t>
      </w:r>
      <w:proofErr w:type="spellEnd"/>
      <w:r>
        <w:t xml:space="preserve"> alla </w:t>
      </w:r>
      <w:proofErr w:type="spellStart"/>
      <w:r>
        <w:t>Direzione</w:t>
      </w:r>
      <w:proofErr w:type="spellEnd"/>
      <w:r>
        <w:t>.</w:t>
      </w:r>
    </w:p>
    <w:p w14:paraId="3794BC66" w14:textId="77777777" w:rsidR="00404FAE" w:rsidRDefault="00404FAE">
      <w:pPr>
        <w:sectPr w:rsidR="00404FAE">
          <w:pgSz w:w="12240" w:h="15840"/>
          <w:pgMar w:top="1332" w:right="822" w:bottom="992" w:left="822" w:header="198" w:footer="198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404FAE" w14:paraId="56DC2650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00C6719" w14:textId="77777777" w:rsidR="00404FAE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SCHEDA CONOSCITIVA DEL BAMBINO/A</w:t>
            </w:r>
          </w:p>
        </w:tc>
      </w:tr>
    </w:tbl>
    <w:p w14:paraId="56B6AB0B" w14:textId="77777777" w:rsidR="00404FAE" w:rsidRDefault="00000000">
      <w:pPr>
        <w:jc w:val="center"/>
      </w:pPr>
      <w:proofErr w:type="spellStart"/>
      <w:r>
        <w:rPr>
          <w:i/>
          <w:color w:val="6B747A"/>
          <w:sz w:val="17"/>
        </w:rPr>
        <w:t>Informazioni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utili</w:t>
      </w:r>
      <w:proofErr w:type="spellEnd"/>
      <w:r>
        <w:rPr>
          <w:i/>
          <w:color w:val="6B747A"/>
          <w:sz w:val="17"/>
        </w:rPr>
        <w:t xml:space="preserve"> per </w:t>
      </w:r>
      <w:proofErr w:type="spellStart"/>
      <w:r>
        <w:rPr>
          <w:i/>
          <w:color w:val="6B747A"/>
          <w:sz w:val="17"/>
        </w:rPr>
        <w:t>predisporre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un’accoglienza</w:t>
      </w:r>
      <w:proofErr w:type="spellEnd"/>
      <w:r>
        <w:rPr>
          <w:i/>
          <w:color w:val="6B747A"/>
          <w:sz w:val="17"/>
        </w:rPr>
        <w:t xml:space="preserve"> serena e </w:t>
      </w:r>
      <w:proofErr w:type="spellStart"/>
      <w:r>
        <w:rPr>
          <w:i/>
          <w:color w:val="6B747A"/>
          <w:sz w:val="17"/>
        </w:rPr>
        <w:t>personalizzata</w:t>
      </w:r>
      <w:proofErr w:type="spellEnd"/>
      <w:r>
        <w:rPr>
          <w:i/>
          <w:color w:val="6B747A"/>
          <w:sz w:val="17"/>
        </w:rPr>
        <w:t>.</w:t>
      </w:r>
    </w:p>
    <w:p w14:paraId="38CCB8FC" w14:textId="77777777" w:rsidR="00404FAE" w:rsidRDefault="00404FA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404FAE" w14:paraId="05699CBE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0E17C48" w14:textId="77777777" w:rsidR="00404FAE" w:rsidRDefault="00000000">
            <w:r>
              <w:rPr>
                <w:b/>
                <w:color w:val="FFFFFF"/>
              </w:rPr>
              <w:t>ESPERIENZE E RELAZIONI</w:t>
            </w:r>
          </w:p>
        </w:tc>
      </w:tr>
      <w:tr w:rsidR="00404FAE" w14:paraId="364D5F78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EDC8C" w14:textId="77777777" w:rsidR="00404FAE" w:rsidRDefault="00000000">
            <w:r>
              <w:rPr>
                <w:b/>
                <w:sz w:val="18"/>
              </w:rPr>
              <w:t xml:space="preserve">Ha </w:t>
            </w:r>
            <w:proofErr w:type="spellStart"/>
            <w:r>
              <w:rPr>
                <w:b/>
                <w:sz w:val="18"/>
              </w:rPr>
              <w:t>frequentato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altri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servizi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educativi</w:t>
            </w:r>
            <w:proofErr w:type="spellEnd"/>
            <w:r>
              <w:rPr>
                <w:b/>
                <w:sz w:val="18"/>
              </w:rPr>
              <w:t>?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4FB130" w14:textId="77777777" w:rsidR="00404FAE" w:rsidRDefault="00000000">
            <w:r>
              <w:rPr>
                <w:sz w:val="18"/>
              </w:rPr>
              <w:t xml:space="preserve">□ </w:t>
            </w:r>
            <w:proofErr w:type="gramStart"/>
            <w:r>
              <w:rPr>
                <w:sz w:val="18"/>
              </w:rPr>
              <w:t>No  □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Sì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presso</w:t>
            </w:r>
            <w:proofErr w:type="spellEnd"/>
            <w:r>
              <w:rPr>
                <w:sz w:val="18"/>
              </w:rPr>
              <w:t xml:space="preserve"> __________________________________________</w:t>
            </w:r>
          </w:p>
        </w:tc>
      </w:tr>
      <w:tr w:rsidR="00404FAE" w14:paraId="25CA8074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54610C" w14:textId="77777777" w:rsidR="00404FAE" w:rsidRDefault="00000000">
            <w:r>
              <w:rPr>
                <w:b/>
                <w:sz w:val="18"/>
              </w:rPr>
              <w:t xml:space="preserve">Come </w:t>
            </w:r>
            <w:proofErr w:type="spellStart"/>
            <w:r>
              <w:rPr>
                <w:b/>
                <w:sz w:val="18"/>
              </w:rPr>
              <w:t>vive</w:t>
            </w:r>
            <w:proofErr w:type="spellEnd"/>
            <w:r>
              <w:rPr>
                <w:b/>
                <w:sz w:val="18"/>
              </w:rPr>
              <w:t xml:space="preserve"> il </w:t>
            </w:r>
            <w:proofErr w:type="spellStart"/>
            <w:r>
              <w:rPr>
                <w:b/>
                <w:sz w:val="18"/>
              </w:rPr>
              <w:t>distacco</w:t>
            </w:r>
            <w:proofErr w:type="spellEnd"/>
            <w:r>
              <w:rPr>
                <w:b/>
                <w:sz w:val="18"/>
              </w:rPr>
              <w:t>?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1BFD20" w14:textId="77777777" w:rsidR="00404FAE" w:rsidRDefault="00000000">
            <w:r>
              <w:rPr>
                <w:sz w:val="18"/>
              </w:rPr>
              <w:t>_____________________________________________________________</w:t>
            </w:r>
          </w:p>
        </w:tc>
      </w:tr>
      <w:tr w:rsidR="00404FAE" w14:paraId="69C56601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AEB516" w14:textId="77777777" w:rsidR="00404FAE" w:rsidRDefault="00000000">
            <w:proofErr w:type="spellStart"/>
            <w:r>
              <w:rPr>
                <w:b/>
                <w:sz w:val="18"/>
              </w:rPr>
              <w:t>Rapporto</w:t>
            </w:r>
            <w:proofErr w:type="spellEnd"/>
            <w:r>
              <w:rPr>
                <w:b/>
                <w:sz w:val="18"/>
              </w:rPr>
              <w:t xml:space="preserve"> con </w:t>
            </w:r>
            <w:proofErr w:type="spellStart"/>
            <w:r>
              <w:rPr>
                <w:b/>
                <w:sz w:val="18"/>
              </w:rPr>
              <w:t>coetanei</w:t>
            </w:r>
            <w:proofErr w:type="spellEnd"/>
            <w:r>
              <w:rPr>
                <w:b/>
                <w:sz w:val="18"/>
              </w:rPr>
              <w:t xml:space="preserve"> e </w:t>
            </w:r>
            <w:proofErr w:type="spellStart"/>
            <w:r>
              <w:rPr>
                <w:b/>
                <w:sz w:val="18"/>
              </w:rPr>
              <w:t>adulti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65E9C1" w14:textId="77777777" w:rsidR="00404FAE" w:rsidRDefault="00000000">
            <w:r>
              <w:rPr>
                <w:sz w:val="18"/>
              </w:rPr>
              <w:t>_____________________________________________________________</w:t>
            </w:r>
          </w:p>
        </w:tc>
      </w:tr>
      <w:tr w:rsidR="00404FAE" w14:paraId="600644FB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72CD9" w14:textId="77777777" w:rsidR="00404FAE" w:rsidRDefault="00000000">
            <w:proofErr w:type="spellStart"/>
            <w:r>
              <w:rPr>
                <w:b/>
                <w:sz w:val="18"/>
              </w:rPr>
              <w:t>Interessi</w:t>
            </w:r>
            <w:proofErr w:type="spellEnd"/>
            <w:r>
              <w:rPr>
                <w:b/>
                <w:sz w:val="18"/>
              </w:rPr>
              <w:t xml:space="preserve"> e </w:t>
            </w:r>
            <w:proofErr w:type="spellStart"/>
            <w:r>
              <w:rPr>
                <w:b/>
                <w:sz w:val="18"/>
              </w:rPr>
              <w:t>giochi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preferiti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B05DAB" w14:textId="77777777" w:rsidR="00404FAE" w:rsidRDefault="00000000">
            <w:r>
              <w:rPr>
                <w:sz w:val="18"/>
              </w:rPr>
              <w:t>_____________________________________________________________</w:t>
            </w:r>
          </w:p>
        </w:tc>
      </w:tr>
      <w:tr w:rsidR="00404FAE" w14:paraId="3F25E912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297C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6B91458B" w14:textId="77777777" w:rsidR="00404FAE" w:rsidRDefault="00000000">
            <w:r>
              <w:rPr>
                <w:b/>
                <w:color w:val="FFFFFF"/>
              </w:rPr>
              <w:t>AUTONOMIE</w:t>
            </w:r>
          </w:p>
        </w:tc>
      </w:tr>
      <w:tr w:rsidR="00404FAE" w14:paraId="7851A938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6B2FE2" w14:textId="77777777" w:rsidR="00404FAE" w:rsidRDefault="00000000">
            <w:r>
              <w:rPr>
                <w:b/>
                <w:sz w:val="18"/>
              </w:rPr>
              <w:t xml:space="preserve">Uso del </w:t>
            </w:r>
            <w:proofErr w:type="spellStart"/>
            <w:r>
              <w:rPr>
                <w:b/>
                <w:sz w:val="18"/>
              </w:rPr>
              <w:t>bagno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18AA80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r>
              <w:rPr>
                <w:sz w:val="18"/>
              </w:rPr>
              <w:t>Autonomo</w:t>
            </w:r>
            <w:proofErr w:type="spellEnd"/>
            <w:r>
              <w:rPr>
                <w:sz w:val="18"/>
              </w:rPr>
              <w:t>/</w:t>
            </w:r>
            <w:proofErr w:type="gramStart"/>
            <w:r>
              <w:rPr>
                <w:sz w:val="18"/>
              </w:rPr>
              <w:t>a  □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Chiede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aiuto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In </w:t>
            </w:r>
            <w:proofErr w:type="spellStart"/>
            <w:r>
              <w:rPr>
                <w:sz w:val="18"/>
              </w:rPr>
              <w:t>fase</w:t>
            </w:r>
            <w:proofErr w:type="spellEnd"/>
            <w:r>
              <w:rPr>
                <w:sz w:val="18"/>
              </w:rPr>
              <w:t xml:space="preserve"> di </w:t>
            </w:r>
            <w:proofErr w:type="spellStart"/>
            <w:r>
              <w:rPr>
                <w:sz w:val="18"/>
              </w:rPr>
              <w:t>acquisizione</w:t>
            </w:r>
            <w:proofErr w:type="spellEnd"/>
          </w:p>
        </w:tc>
      </w:tr>
      <w:tr w:rsidR="00404FAE" w14:paraId="3DCCADC1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D5B670" w14:textId="77777777" w:rsidR="00404FAE" w:rsidRDefault="00000000">
            <w:proofErr w:type="spellStart"/>
            <w:r>
              <w:rPr>
                <w:b/>
                <w:sz w:val="18"/>
              </w:rPr>
              <w:t>Abbigliamento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C4D282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r>
              <w:rPr>
                <w:sz w:val="18"/>
              </w:rPr>
              <w:t>Autonomo</w:t>
            </w:r>
            <w:proofErr w:type="spellEnd"/>
            <w:r>
              <w:rPr>
                <w:sz w:val="18"/>
              </w:rPr>
              <w:t>/</w:t>
            </w:r>
            <w:proofErr w:type="gramStart"/>
            <w:r>
              <w:rPr>
                <w:sz w:val="18"/>
              </w:rPr>
              <w:t>a  □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Parzialmente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autonomo</w:t>
            </w:r>
            <w:proofErr w:type="spellEnd"/>
            <w:r>
              <w:rPr>
                <w:sz w:val="18"/>
              </w:rPr>
              <w:t>/</w:t>
            </w:r>
            <w:proofErr w:type="gramStart"/>
            <w:r>
              <w:rPr>
                <w:sz w:val="18"/>
              </w:rPr>
              <w:t>a  □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Necessita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aiuto</w:t>
            </w:r>
            <w:proofErr w:type="spellEnd"/>
          </w:p>
        </w:tc>
      </w:tr>
      <w:tr w:rsidR="00404FAE" w14:paraId="432870B7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328792" w14:textId="77777777" w:rsidR="00404FAE" w:rsidRDefault="00000000">
            <w:proofErr w:type="spellStart"/>
            <w:r>
              <w:rPr>
                <w:b/>
                <w:sz w:val="18"/>
              </w:rPr>
              <w:t>Alimentazione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87F0A9" w14:textId="77777777" w:rsidR="00404FAE" w:rsidRDefault="00000000">
            <w:r>
              <w:rPr>
                <w:sz w:val="18"/>
              </w:rPr>
              <w:t xml:space="preserve">□ Mangia </w:t>
            </w:r>
            <w:proofErr w:type="spellStart"/>
            <w:proofErr w:type="gramStart"/>
            <w:r>
              <w:rPr>
                <w:sz w:val="18"/>
              </w:rPr>
              <w:t>autonomamente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Necessita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aiuto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Selettività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alimentare</w:t>
            </w:r>
            <w:proofErr w:type="spellEnd"/>
          </w:p>
        </w:tc>
      </w:tr>
      <w:tr w:rsidR="00404FAE" w14:paraId="30C3627E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78F6D9" w14:textId="77777777" w:rsidR="00404FAE" w:rsidRDefault="00000000">
            <w:proofErr w:type="spellStart"/>
            <w:r>
              <w:rPr>
                <w:b/>
                <w:sz w:val="18"/>
              </w:rPr>
              <w:t>Riordino</w:t>
            </w:r>
            <w:proofErr w:type="spellEnd"/>
            <w:r>
              <w:rPr>
                <w:b/>
                <w:sz w:val="18"/>
              </w:rPr>
              <w:t xml:space="preserve"> e cura </w:t>
            </w:r>
            <w:proofErr w:type="spellStart"/>
            <w:r>
              <w:rPr>
                <w:b/>
                <w:sz w:val="18"/>
              </w:rPr>
              <w:t>personale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A2988F" w14:textId="77777777" w:rsidR="00404FAE" w:rsidRDefault="00000000">
            <w:r>
              <w:rPr>
                <w:sz w:val="18"/>
              </w:rPr>
              <w:t>_____________________________________________________________</w:t>
            </w:r>
          </w:p>
        </w:tc>
      </w:tr>
      <w:tr w:rsidR="00404FAE" w14:paraId="528F8560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053A3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2A6581F" w14:textId="77777777" w:rsidR="00404FAE" w:rsidRDefault="00000000">
            <w:r>
              <w:rPr>
                <w:b/>
                <w:color w:val="FFFFFF"/>
              </w:rPr>
              <w:t>COMUNICAZIONE E APPRENDIMENTO</w:t>
            </w:r>
          </w:p>
        </w:tc>
      </w:tr>
      <w:tr w:rsidR="00404FAE" w14:paraId="679B58CA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FC8971" w14:textId="77777777" w:rsidR="00404FAE" w:rsidRDefault="00000000">
            <w:proofErr w:type="spellStart"/>
            <w:r>
              <w:rPr>
                <w:b/>
                <w:sz w:val="18"/>
              </w:rPr>
              <w:t>Linguaggio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319E87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r>
              <w:rPr>
                <w:sz w:val="18"/>
              </w:rPr>
              <w:t>Frasi</w:t>
            </w:r>
            <w:proofErr w:type="spell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complete  □</w:t>
            </w:r>
            <w:proofErr w:type="gramEnd"/>
            <w:r>
              <w:rPr>
                <w:sz w:val="18"/>
              </w:rPr>
              <w:t xml:space="preserve"> Parole/</w:t>
            </w:r>
            <w:proofErr w:type="spellStart"/>
            <w:r>
              <w:rPr>
                <w:sz w:val="18"/>
              </w:rPr>
              <w:t>frasi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brevi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Comunicazione</w:t>
            </w:r>
            <w:proofErr w:type="spellEnd"/>
            <w:r>
              <w:rPr>
                <w:sz w:val="18"/>
              </w:rPr>
              <w:t xml:space="preserve"> non verbale</w:t>
            </w:r>
          </w:p>
        </w:tc>
      </w:tr>
      <w:tr w:rsidR="00404FAE" w14:paraId="599271F8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AA1C9E" w14:textId="77777777" w:rsidR="00404FAE" w:rsidRDefault="00000000">
            <w:r>
              <w:rPr>
                <w:b/>
                <w:sz w:val="18"/>
              </w:rPr>
              <w:t xml:space="preserve">Lingue </w:t>
            </w:r>
            <w:proofErr w:type="spellStart"/>
            <w:r>
              <w:rPr>
                <w:b/>
                <w:sz w:val="18"/>
              </w:rPr>
              <w:t>parlate</w:t>
            </w:r>
            <w:proofErr w:type="spellEnd"/>
            <w:r>
              <w:rPr>
                <w:b/>
                <w:sz w:val="18"/>
              </w:rPr>
              <w:t xml:space="preserve"> in </w:t>
            </w:r>
            <w:proofErr w:type="spellStart"/>
            <w:r>
              <w:rPr>
                <w:b/>
                <w:sz w:val="18"/>
              </w:rPr>
              <w:t>famiglia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18B989" w14:textId="77777777" w:rsidR="00404FAE" w:rsidRDefault="00000000">
            <w:r>
              <w:rPr>
                <w:sz w:val="18"/>
              </w:rPr>
              <w:t>_____________________________________________________________</w:t>
            </w:r>
          </w:p>
        </w:tc>
      </w:tr>
      <w:tr w:rsidR="00404FAE" w14:paraId="4182D97F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2B0F95" w14:textId="77777777" w:rsidR="00404FAE" w:rsidRDefault="00000000">
            <w:proofErr w:type="spellStart"/>
            <w:r>
              <w:rPr>
                <w:b/>
                <w:sz w:val="18"/>
              </w:rPr>
              <w:t>Attenzione</w:t>
            </w:r>
            <w:proofErr w:type="spellEnd"/>
            <w:r>
              <w:rPr>
                <w:b/>
                <w:sz w:val="18"/>
              </w:rPr>
              <w:t xml:space="preserve"> e </w:t>
            </w:r>
            <w:proofErr w:type="spellStart"/>
            <w:r>
              <w:rPr>
                <w:b/>
                <w:sz w:val="18"/>
              </w:rPr>
              <w:t>concentrazione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01B4D3" w14:textId="77777777" w:rsidR="00404FAE" w:rsidRDefault="00000000">
            <w:r>
              <w:rPr>
                <w:sz w:val="18"/>
              </w:rPr>
              <w:t>_____________________________________________________________</w:t>
            </w:r>
          </w:p>
        </w:tc>
      </w:tr>
      <w:tr w:rsidR="00404FAE" w14:paraId="79EB71F2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DEA49E" w14:textId="77777777" w:rsidR="00404FAE" w:rsidRDefault="00000000">
            <w:proofErr w:type="spellStart"/>
            <w:r>
              <w:rPr>
                <w:b/>
                <w:sz w:val="18"/>
              </w:rPr>
              <w:t>Eventuali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paure</w:t>
            </w:r>
            <w:proofErr w:type="spellEnd"/>
            <w:r>
              <w:rPr>
                <w:b/>
                <w:sz w:val="18"/>
              </w:rPr>
              <w:t xml:space="preserve"> o </w:t>
            </w:r>
            <w:proofErr w:type="spellStart"/>
            <w:r>
              <w:rPr>
                <w:b/>
                <w:sz w:val="18"/>
              </w:rPr>
              <w:t>sensibilità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5E262E" w14:textId="77777777" w:rsidR="00404FAE" w:rsidRDefault="00000000">
            <w:r>
              <w:rPr>
                <w:sz w:val="18"/>
              </w:rPr>
              <w:t>_____________________________________________________________</w:t>
            </w:r>
          </w:p>
        </w:tc>
      </w:tr>
      <w:tr w:rsidR="00404FAE" w14:paraId="29182979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87F5CCE" w14:textId="77777777" w:rsidR="00404FAE" w:rsidRDefault="00000000">
            <w:r>
              <w:rPr>
                <w:b/>
                <w:color w:val="FFFFFF"/>
              </w:rPr>
              <w:t>RIPOSO E ROUTINE</w:t>
            </w:r>
          </w:p>
        </w:tc>
      </w:tr>
      <w:tr w:rsidR="00404FAE" w14:paraId="29F827F5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FBCA3F" w14:textId="77777777" w:rsidR="00404FAE" w:rsidRDefault="00000000">
            <w:proofErr w:type="spellStart"/>
            <w:r>
              <w:rPr>
                <w:b/>
                <w:sz w:val="18"/>
              </w:rPr>
              <w:t>Riposo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pomeridiano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8A8AB5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proofErr w:type="gramStart"/>
            <w:r>
              <w:rPr>
                <w:sz w:val="18"/>
              </w:rPr>
              <w:t>Sì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No  □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Talvolta</w:t>
            </w:r>
            <w:proofErr w:type="spellEnd"/>
          </w:p>
        </w:tc>
      </w:tr>
      <w:tr w:rsidR="00404FAE" w14:paraId="7C0C3706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21B28E" w14:textId="77777777" w:rsidR="00404FAE" w:rsidRDefault="00000000">
            <w:proofErr w:type="spellStart"/>
            <w:r>
              <w:rPr>
                <w:b/>
                <w:sz w:val="18"/>
              </w:rPr>
              <w:t>Modalità</w:t>
            </w:r>
            <w:proofErr w:type="spellEnd"/>
            <w:r>
              <w:rPr>
                <w:b/>
                <w:sz w:val="18"/>
              </w:rPr>
              <w:t xml:space="preserve"> di </w:t>
            </w:r>
            <w:proofErr w:type="spellStart"/>
            <w:r>
              <w:rPr>
                <w:b/>
                <w:sz w:val="18"/>
              </w:rPr>
              <w:t>addormentamento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CBAF2E" w14:textId="77777777" w:rsidR="00404FAE" w:rsidRDefault="00000000">
            <w:r>
              <w:rPr>
                <w:sz w:val="18"/>
              </w:rPr>
              <w:t>_____________________________________________________________</w:t>
            </w:r>
          </w:p>
        </w:tc>
      </w:tr>
      <w:tr w:rsidR="00404FAE" w14:paraId="25D113A7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A7CDAC" w14:textId="77777777" w:rsidR="00404FAE" w:rsidRDefault="00000000">
            <w:r>
              <w:rPr>
                <w:b/>
                <w:sz w:val="18"/>
              </w:rPr>
              <w:t xml:space="preserve">Routine </w:t>
            </w:r>
            <w:proofErr w:type="spellStart"/>
            <w:r>
              <w:rPr>
                <w:b/>
                <w:sz w:val="18"/>
              </w:rPr>
              <w:t>importanti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A4049" w14:textId="77777777" w:rsidR="00404FAE" w:rsidRDefault="00000000">
            <w:r>
              <w:rPr>
                <w:sz w:val="18"/>
              </w:rPr>
              <w:t>_____________________________________________________________</w:t>
            </w:r>
          </w:p>
        </w:tc>
      </w:tr>
      <w:tr w:rsidR="00404FAE" w14:paraId="446B926E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EBAD21" w14:textId="77777777" w:rsidR="00404FAE" w:rsidRDefault="00000000">
            <w:proofErr w:type="spellStart"/>
            <w:r>
              <w:rPr>
                <w:b/>
                <w:sz w:val="18"/>
              </w:rPr>
              <w:t>Cambiamenti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familiari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recenti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5DC56C" w14:textId="77777777" w:rsidR="00404FAE" w:rsidRDefault="00000000">
            <w:r>
              <w:rPr>
                <w:sz w:val="18"/>
              </w:rPr>
              <w:t>_____________________________________________________________</w:t>
            </w:r>
          </w:p>
        </w:tc>
      </w:tr>
    </w:tbl>
    <w:p w14:paraId="6DDD69C3" w14:textId="77777777" w:rsidR="00404FAE" w:rsidRDefault="00404FAE">
      <w:pPr>
        <w:sectPr w:rsidR="00404FAE">
          <w:pgSz w:w="12240" w:h="15840"/>
          <w:pgMar w:top="1332" w:right="822" w:bottom="992" w:left="822" w:header="198" w:footer="198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404FAE" w14:paraId="4DE7215D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D83B34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622F5BF1" w14:textId="77777777" w:rsidR="00404FAE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SALUTE, ALIMENTAZIONE E SICUREZZA</w:t>
            </w:r>
          </w:p>
        </w:tc>
      </w:tr>
    </w:tbl>
    <w:p w14:paraId="36F7CD72" w14:textId="77777777" w:rsidR="00404FAE" w:rsidRDefault="00000000">
      <w:pPr>
        <w:jc w:val="center"/>
      </w:pPr>
      <w:r>
        <w:rPr>
          <w:i/>
          <w:color w:val="6B747A"/>
          <w:sz w:val="17"/>
        </w:rPr>
        <w:t xml:space="preserve">Le </w:t>
      </w:r>
      <w:proofErr w:type="spellStart"/>
      <w:r>
        <w:rPr>
          <w:i/>
          <w:color w:val="6B747A"/>
          <w:sz w:val="17"/>
        </w:rPr>
        <w:t>informazioni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sanitarie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devono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essere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aggiornate</w:t>
      </w:r>
      <w:proofErr w:type="spellEnd"/>
      <w:r>
        <w:rPr>
          <w:i/>
          <w:color w:val="6B747A"/>
          <w:sz w:val="17"/>
        </w:rPr>
        <w:t xml:space="preserve"> e, </w:t>
      </w:r>
      <w:proofErr w:type="spellStart"/>
      <w:r>
        <w:rPr>
          <w:i/>
          <w:color w:val="6B747A"/>
          <w:sz w:val="17"/>
        </w:rPr>
        <w:t>quando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richiesto</w:t>
      </w:r>
      <w:proofErr w:type="spellEnd"/>
      <w:r>
        <w:rPr>
          <w:i/>
          <w:color w:val="6B747A"/>
          <w:sz w:val="17"/>
        </w:rPr>
        <w:t xml:space="preserve">, </w:t>
      </w:r>
      <w:proofErr w:type="spellStart"/>
      <w:r>
        <w:rPr>
          <w:i/>
          <w:color w:val="6B747A"/>
          <w:sz w:val="17"/>
        </w:rPr>
        <w:t>documentate</w:t>
      </w:r>
      <w:proofErr w:type="spellEnd"/>
      <w:r>
        <w:rPr>
          <w:i/>
          <w:color w:val="6B747A"/>
          <w:sz w:val="17"/>
        </w:rPr>
        <w:t>.</w:t>
      </w:r>
    </w:p>
    <w:p w14:paraId="5B914E07" w14:textId="77777777" w:rsidR="00404FAE" w:rsidRDefault="00404FA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404FAE" w14:paraId="5E319F2D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06B448C" w14:textId="77777777" w:rsidR="00404FAE" w:rsidRDefault="00000000">
            <w:r>
              <w:rPr>
                <w:b/>
                <w:color w:val="FFFFFF"/>
              </w:rPr>
              <w:t>PEDIATRA E INFORMAZIONI SANITARIE</w:t>
            </w:r>
          </w:p>
        </w:tc>
      </w:tr>
      <w:tr w:rsidR="00404FAE" w14:paraId="3B2E25D1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B465FA" w14:textId="77777777" w:rsidR="00404FAE" w:rsidRDefault="00000000">
            <w:proofErr w:type="spellStart"/>
            <w:r>
              <w:rPr>
                <w:b/>
                <w:sz w:val="18"/>
              </w:rPr>
              <w:t>Pediatra</w:t>
            </w:r>
            <w:proofErr w:type="spellEnd"/>
            <w:r>
              <w:rPr>
                <w:b/>
                <w:sz w:val="18"/>
              </w:rPr>
              <w:t xml:space="preserve"> di libera </w:t>
            </w:r>
            <w:proofErr w:type="spellStart"/>
            <w:r>
              <w:rPr>
                <w:b/>
                <w:sz w:val="18"/>
              </w:rPr>
              <w:t>scelta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B8FF7D" w14:textId="77777777" w:rsidR="00404FAE" w:rsidRDefault="00000000">
            <w:r>
              <w:rPr>
                <w:sz w:val="18"/>
              </w:rPr>
              <w:t>Dott./</w:t>
            </w:r>
            <w:proofErr w:type="spellStart"/>
            <w:r>
              <w:rPr>
                <w:sz w:val="18"/>
              </w:rPr>
              <w:t>Dott.ssa</w:t>
            </w:r>
            <w:proofErr w:type="spellEnd"/>
            <w:r>
              <w:rPr>
                <w:sz w:val="18"/>
              </w:rPr>
              <w:t xml:space="preserve"> __________________________________ tel. _____________________</w:t>
            </w:r>
          </w:p>
        </w:tc>
      </w:tr>
      <w:tr w:rsidR="00404FAE" w14:paraId="4B71430B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6DA0BC" w14:textId="77777777" w:rsidR="00404FAE" w:rsidRDefault="00000000">
            <w:proofErr w:type="spellStart"/>
            <w:r>
              <w:rPr>
                <w:b/>
                <w:sz w:val="18"/>
              </w:rPr>
              <w:t>Allergie</w:t>
            </w:r>
            <w:proofErr w:type="spellEnd"/>
            <w:r>
              <w:rPr>
                <w:b/>
                <w:sz w:val="18"/>
              </w:rPr>
              <w:t xml:space="preserve"> note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BC3606" w14:textId="77777777" w:rsidR="00404FAE" w:rsidRDefault="00000000">
            <w:r>
              <w:rPr>
                <w:sz w:val="18"/>
              </w:rPr>
              <w:t xml:space="preserve">□ </w:t>
            </w:r>
            <w:proofErr w:type="gramStart"/>
            <w:r>
              <w:rPr>
                <w:sz w:val="18"/>
              </w:rPr>
              <w:t>No  □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Sì</w:t>
            </w:r>
            <w:proofErr w:type="spellEnd"/>
            <w:r>
              <w:rPr>
                <w:sz w:val="18"/>
              </w:rPr>
              <w:t>: __________________________________________________________</w:t>
            </w:r>
          </w:p>
        </w:tc>
      </w:tr>
      <w:tr w:rsidR="00404FAE" w14:paraId="77A630B3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25E60B" w14:textId="77777777" w:rsidR="00404FAE" w:rsidRDefault="00000000">
            <w:proofErr w:type="spellStart"/>
            <w:r>
              <w:rPr>
                <w:b/>
                <w:sz w:val="18"/>
              </w:rPr>
              <w:t>Intolleranze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alimentari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F72729" w14:textId="77777777" w:rsidR="00404FAE" w:rsidRDefault="00000000">
            <w:r>
              <w:rPr>
                <w:sz w:val="18"/>
              </w:rPr>
              <w:t xml:space="preserve">□ </w:t>
            </w:r>
            <w:proofErr w:type="gramStart"/>
            <w:r>
              <w:rPr>
                <w:sz w:val="18"/>
              </w:rPr>
              <w:t>No  □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Sì</w:t>
            </w:r>
            <w:proofErr w:type="spellEnd"/>
            <w:r>
              <w:rPr>
                <w:sz w:val="18"/>
              </w:rPr>
              <w:t>: __________________________________________________________</w:t>
            </w:r>
          </w:p>
        </w:tc>
      </w:tr>
      <w:tr w:rsidR="00404FAE" w14:paraId="65B6EEFF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A736F1" w14:textId="77777777" w:rsidR="00404FAE" w:rsidRDefault="00000000">
            <w:proofErr w:type="spellStart"/>
            <w:r>
              <w:rPr>
                <w:b/>
                <w:sz w:val="18"/>
              </w:rPr>
              <w:t>Patologie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condizioni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rilevanti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F39564" w14:textId="77777777" w:rsidR="00404FAE" w:rsidRDefault="00000000">
            <w:r>
              <w:rPr>
                <w:sz w:val="18"/>
              </w:rPr>
              <w:t xml:space="preserve">□ </w:t>
            </w:r>
            <w:proofErr w:type="gramStart"/>
            <w:r>
              <w:rPr>
                <w:sz w:val="18"/>
              </w:rPr>
              <w:t>No  □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Sì</w:t>
            </w:r>
            <w:proofErr w:type="spellEnd"/>
            <w:r>
              <w:rPr>
                <w:sz w:val="18"/>
              </w:rPr>
              <w:t>: __________________________________________________________</w:t>
            </w:r>
          </w:p>
        </w:tc>
      </w:tr>
      <w:tr w:rsidR="00404FAE" w14:paraId="18CC8157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FBAC64" w14:textId="77777777" w:rsidR="00404FAE" w:rsidRDefault="00000000">
            <w:proofErr w:type="spellStart"/>
            <w:r>
              <w:rPr>
                <w:b/>
                <w:sz w:val="18"/>
              </w:rPr>
              <w:t>Farmaci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salvavita</w:t>
            </w:r>
            <w:proofErr w:type="spellEnd"/>
            <w:r>
              <w:rPr>
                <w:b/>
                <w:sz w:val="18"/>
              </w:rPr>
              <w:t xml:space="preserve"> / piano </w:t>
            </w:r>
            <w:proofErr w:type="spellStart"/>
            <w:r>
              <w:rPr>
                <w:b/>
                <w:sz w:val="18"/>
              </w:rPr>
              <w:t>sanitario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1468E" w14:textId="77777777" w:rsidR="00404FAE" w:rsidRDefault="00000000">
            <w:r>
              <w:rPr>
                <w:sz w:val="18"/>
              </w:rPr>
              <w:t xml:space="preserve">□ </w:t>
            </w:r>
            <w:proofErr w:type="gramStart"/>
            <w:r>
              <w:rPr>
                <w:sz w:val="18"/>
              </w:rPr>
              <w:t>No  □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Sì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allegare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prescrizione</w:t>
            </w:r>
            <w:proofErr w:type="spellEnd"/>
            <w:r>
              <w:rPr>
                <w:sz w:val="18"/>
              </w:rPr>
              <w:t xml:space="preserve"> e </w:t>
            </w:r>
            <w:proofErr w:type="spellStart"/>
            <w:r>
              <w:rPr>
                <w:sz w:val="18"/>
              </w:rPr>
              <w:t>protocollo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autorizzato</w:t>
            </w:r>
            <w:proofErr w:type="spellEnd"/>
          </w:p>
        </w:tc>
      </w:tr>
      <w:tr w:rsidR="00404FAE" w14:paraId="09054AB0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8AB294" w14:textId="77777777" w:rsidR="00404FAE" w:rsidRDefault="00000000">
            <w:r>
              <w:rPr>
                <w:b/>
                <w:sz w:val="18"/>
              </w:rPr>
              <w:t xml:space="preserve">Dieta </w:t>
            </w:r>
            <w:proofErr w:type="spellStart"/>
            <w:r>
              <w:rPr>
                <w:b/>
                <w:sz w:val="18"/>
              </w:rPr>
              <w:t>speciale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F1DF02" w14:textId="77777777" w:rsidR="00404FAE" w:rsidRDefault="00000000">
            <w:r>
              <w:rPr>
                <w:sz w:val="18"/>
              </w:rPr>
              <w:t xml:space="preserve">□ </w:t>
            </w:r>
            <w:proofErr w:type="gramStart"/>
            <w:r>
              <w:rPr>
                <w:sz w:val="18"/>
              </w:rPr>
              <w:t>No  □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Sì</w:t>
            </w:r>
            <w:proofErr w:type="spellEnd"/>
            <w:r>
              <w:rPr>
                <w:sz w:val="18"/>
              </w:rPr>
              <w:t xml:space="preserve">: □ </w:t>
            </w:r>
            <w:proofErr w:type="gramStart"/>
            <w:r>
              <w:rPr>
                <w:sz w:val="18"/>
              </w:rPr>
              <w:t>medica  □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etico</w:t>
            </w:r>
            <w:proofErr w:type="spellEnd"/>
            <w:r>
              <w:rPr>
                <w:sz w:val="18"/>
              </w:rPr>
              <w:t>-</w:t>
            </w:r>
            <w:proofErr w:type="gramStart"/>
            <w:r>
              <w:rPr>
                <w:sz w:val="18"/>
              </w:rPr>
              <w:t>religiosa  □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altra</w:t>
            </w:r>
            <w:proofErr w:type="spellEnd"/>
            <w:r>
              <w:rPr>
                <w:sz w:val="18"/>
              </w:rPr>
              <w:t xml:space="preserve"> __________________</w:t>
            </w:r>
          </w:p>
        </w:tc>
      </w:tr>
      <w:tr w:rsidR="00404FAE" w14:paraId="3A4C36F2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0EF843" w14:textId="77777777" w:rsidR="00404FAE" w:rsidRDefault="00000000">
            <w:proofErr w:type="spellStart"/>
            <w:r>
              <w:rPr>
                <w:b/>
                <w:sz w:val="18"/>
              </w:rPr>
              <w:t>Eventuali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ausili</w:t>
            </w:r>
            <w:proofErr w:type="spellEnd"/>
            <w:r>
              <w:rPr>
                <w:b/>
                <w:sz w:val="18"/>
              </w:rPr>
              <w:t xml:space="preserve"> o </w:t>
            </w:r>
            <w:proofErr w:type="spellStart"/>
            <w:r>
              <w:rPr>
                <w:b/>
                <w:sz w:val="18"/>
              </w:rPr>
              <w:t>dispositivi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56F043" w14:textId="77777777" w:rsidR="00404FAE" w:rsidRDefault="00000000">
            <w:r>
              <w:rPr>
                <w:sz w:val="18"/>
              </w:rPr>
              <w:t>________________________________________________________________________</w:t>
            </w:r>
          </w:p>
        </w:tc>
      </w:tr>
      <w:tr w:rsidR="00404FAE" w14:paraId="1A6B2822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297C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8E4BE74" w14:textId="77777777" w:rsidR="00404FAE" w:rsidRDefault="00000000">
            <w:r>
              <w:rPr>
                <w:b/>
                <w:color w:val="FFFFFF"/>
              </w:rPr>
              <w:t>VACCINAZIONI E DOCUMENTAZIONE</w:t>
            </w:r>
          </w:p>
        </w:tc>
      </w:tr>
    </w:tbl>
    <w:p w14:paraId="1BEF587A" w14:textId="77777777" w:rsidR="00404FAE" w:rsidRDefault="00000000">
      <w:pPr>
        <w:spacing w:after="30"/>
      </w:pPr>
      <w:r>
        <w:rPr>
          <w:sz w:val="17"/>
        </w:rPr>
        <w:t xml:space="preserve">□ Dichiaro di aver </w:t>
      </w:r>
      <w:proofErr w:type="spellStart"/>
      <w:r>
        <w:rPr>
          <w:sz w:val="17"/>
        </w:rPr>
        <w:t>consegnato</w:t>
      </w:r>
      <w:proofErr w:type="spellEnd"/>
      <w:r>
        <w:rPr>
          <w:sz w:val="17"/>
        </w:rPr>
        <w:t xml:space="preserve"> la </w:t>
      </w:r>
      <w:proofErr w:type="spellStart"/>
      <w:r>
        <w:rPr>
          <w:sz w:val="17"/>
        </w:rPr>
        <w:t>documentazione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richiesta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dalla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normativa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vigente</w:t>
      </w:r>
      <w:proofErr w:type="spellEnd"/>
      <w:r>
        <w:rPr>
          <w:sz w:val="17"/>
        </w:rPr>
        <w:t xml:space="preserve"> in </w:t>
      </w:r>
      <w:proofErr w:type="spellStart"/>
      <w:r>
        <w:rPr>
          <w:sz w:val="17"/>
        </w:rPr>
        <w:t>materia</w:t>
      </w:r>
      <w:proofErr w:type="spellEnd"/>
      <w:r>
        <w:rPr>
          <w:sz w:val="17"/>
        </w:rPr>
        <w:t xml:space="preserve"> di </w:t>
      </w:r>
      <w:proofErr w:type="spellStart"/>
      <w:r>
        <w:rPr>
          <w:sz w:val="17"/>
        </w:rPr>
        <w:t>obblighi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vaccinali</w:t>
      </w:r>
      <w:proofErr w:type="spellEnd"/>
      <w:r>
        <w:rPr>
          <w:sz w:val="17"/>
        </w:rPr>
        <w:t>.</w:t>
      </w:r>
    </w:p>
    <w:p w14:paraId="4821F5AB" w14:textId="77777777" w:rsidR="00404FAE" w:rsidRDefault="00000000">
      <w:pPr>
        <w:spacing w:after="30"/>
      </w:pPr>
      <w:r>
        <w:rPr>
          <w:sz w:val="17"/>
        </w:rPr>
        <w:t xml:space="preserve">□ Mi </w:t>
      </w:r>
      <w:proofErr w:type="spellStart"/>
      <w:r>
        <w:rPr>
          <w:sz w:val="17"/>
        </w:rPr>
        <w:t>impegno</w:t>
      </w:r>
      <w:proofErr w:type="spellEnd"/>
      <w:r>
        <w:rPr>
          <w:sz w:val="17"/>
        </w:rPr>
        <w:t xml:space="preserve"> a </w:t>
      </w:r>
      <w:proofErr w:type="spellStart"/>
      <w:r>
        <w:rPr>
          <w:sz w:val="17"/>
        </w:rPr>
        <w:t>consegnare</w:t>
      </w:r>
      <w:proofErr w:type="spellEnd"/>
      <w:r>
        <w:rPr>
          <w:sz w:val="17"/>
        </w:rPr>
        <w:t>/</w:t>
      </w:r>
      <w:proofErr w:type="spellStart"/>
      <w:r>
        <w:rPr>
          <w:sz w:val="17"/>
        </w:rPr>
        <w:t>integrare</w:t>
      </w:r>
      <w:proofErr w:type="spellEnd"/>
      <w:r>
        <w:rPr>
          <w:sz w:val="17"/>
        </w:rPr>
        <w:t xml:space="preserve"> la </w:t>
      </w:r>
      <w:proofErr w:type="spellStart"/>
      <w:r>
        <w:rPr>
          <w:sz w:val="17"/>
        </w:rPr>
        <w:t>documentazione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entro</w:t>
      </w:r>
      <w:proofErr w:type="spellEnd"/>
      <w:r>
        <w:rPr>
          <w:sz w:val="17"/>
        </w:rPr>
        <w:t xml:space="preserve"> il </w:t>
      </w:r>
      <w:proofErr w:type="spellStart"/>
      <w:r>
        <w:rPr>
          <w:sz w:val="17"/>
        </w:rPr>
        <w:t>termine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indicato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dalla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Direzione</w:t>
      </w:r>
      <w:proofErr w:type="spellEnd"/>
      <w:r>
        <w:rPr>
          <w:sz w:val="17"/>
        </w:rPr>
        <w:t>.</w:t>
      </w:r>
    </w:p>
    <w:p w14:paraId="59DA878C" w14:textId="77777777" w:rsidR="00404FAE" w:rsidRDefault="00000000">
      <w:pPr>
        <w:spacing w:after="30"/>
      </w:pPr>
      <w:r>
        <w:rPr>
          <w:sz w:val="17"/>
        </w:rPr>
        <w:t xml:space="preserve">□ </w:t>
      </w:r>
      <w:proofErr w:type="spellStart"/>
      <w:r>
        <w:rPr>
          <w:sz w:val="17"/>
        </w:rPr>
        <w:t>Autorizzo</w:t>
      </w:r>
      <w:proofErr w:type="spellEnd"/>
      <w:r>
        <w:rPr>
          <w:sz w:val="17"/>
        </w:rPr>
        <w:t xml:space="preserve"> la </w:t>
      </w:r>
      <w:proofErr w:type="spellStart"/>
      <w:r>
        <w:rPr>
          <w:sz w:val="17"/>
        </w:rPr>
        <w:t>scuola</w:t>
      </w:r>
      <w:proofErr w:type="spellEnd"/>
      <w:r>
        <w:rPr>
          <w:sz w:val="17"/>
        </w:rPr>
        <w:t xml:space="preserve"> a </w:t>
      </w:r>
      <w:proofErr w:type="spellStart"/>
      <w:r>
        <w:rPr>
          <w:sz w:val="17"/>
        </w:rPr>
        <w:t>contattarmi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immediatamente</w:t>
      </w:r>
      <w:proofErr w:type="spellEnd"/>
      <w:r>
        <w:rPr>
          <w:sz w:val="17"/>
        </w:rPr>
        <w:t xml:space="preserve"> in </w:t>
      </w:r>
      <w:proofErr w:type="spellStart"/>
      <w:r>
        <w:rPr>
          <w:sz w:val="17"/>
        </w:rPr>
        <w:t>caso</w:t>
      </w:r>
      <w:proofErr w:type="spellEnd"/>
      <w:r>
        <w:rPr>
          <w:sz w:val="17"/>
        </w:rPr>
        <w:t xml:space="preserve"> di </w:t>
      </w:r>
      <w:proofErr w:type="spellStart"/>
      <w:r>
        <w:rPr>
          <w:sz w:val="17"/>
        </w:rPr>
        <w:t>malessere</w:t>
      </w:r>
      <w:proofErr w:type="spellEnd"/>
      <w:r>
        <w:rPr>
          <w:sz w:val="17"/>
        </w:rPr>
        <w:t xml:space="preserve"> o </w:t>
      </w:r>
      <w:proofErr w:type="spellStart"/>
      <w:r>
        <w:rPr>
          <w:sz w:val="17"/>
        </w:rPr>
        <w:t>infortunio</w:t>
      </w:r>
      <w:proofErr w:type="spellEnd"/>
      <w:r>
        <w:rPr>
          <w:sz w:val="17"/>
        </w:rPr>
        <w:t>.</w:t>
      </w:r>
    </w:p>
    <w:p w14:paraId="2F8EEB50" w14:textId="77777777" w:rsidR="00404FAE" w:rsidRDefault="00000000">
      <w:pPr>
        <w:spacing w:after="30"/>
      </w:pPr>
      <w:r>
        <w:rPr>
          <w:sz w:val="17"/>
        </w:rPr>
        <w:t xml:space="preserve">□ Prendo </w:t>
      </w:r>
      <w:proofErr w:type="spellStart"/>
      <w:r>
        <w:rPr>
          <w:sz w:val="17"/>
        </w:rPr>
        <w:t>atto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che</w:t>
      </w:r>
      <w:proofErr w:type="spellEnd"/>
      <w:r>
        <w:rPr>
          <w:sz w:val="17"/>
        </w:rPr>
        <w:t xml:space="preserve">, in </w:t>
      </w:r>
      <w:proofErr w:type="spellStart"/>
      <w:r>
        <w:rPr>
          <w:sz w:val="17"/>
        </w:rPr>
        <w:t>caso</w:t>
      </w:r>
      <w:proofErr w:type="spellEnd"/>
      <w:r>
        <w:rPr>
          <w:sz w:val="17"/>
        </w:rPr>
        <w:t xml:space="preserve"> di </w:t>
      </w:r>
      <w:proofErr w:type="spellStart"/>
      <w:r>
        <w:rPr>
          <w:sz w:val="17"/>
        </w:rPr>
        <w:t>emergenza</w:t>
      </w:r>
      <w:proofErr w:type="spellEnd"/>
      <w:r>
        <w:rPr>
          <w:sz w:val="17"/>
        </w:rPr>
        <w:t xml:space="preserve"> e di </w:t>
      </w:r>
      <w:proofErr w:type="spellStart"/>
      <w:r>
        <w:rPr>
          <w:sz w:val="17"/>
        </w:rPr>
        <w:t>irreperibilità</w:t>
      </w:r>
      <w:proofErr w:type="spellEnd"/>
      <w:r>
        <w:rPr>
          <w:sz w:val="17"/>
        </w:rPr>
        <w:t xml:space="preserve">, la </w:t>
      </w:r>
      <w:proofErr w:type="spellStart"/>
      <w:r>
        <w:rPr>
          <w:sz w:val="17"/>
        </w:rPr>
        <w:t>scuola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potrà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attivare</w:t>
      </w:r>
      <w:proofErr w:type="spellEnd"/>
      <w:r>
        <w:rPr>
          <w:sz w:val="17"/>
        </w:rPr>
        <w:t xml:space="preserve"> il </w:t>
      </w:r>
      <w:proofErr w:type="spellStart"/>
      <w:r>
        <w:rPr>
          <w:sz w:val="17"/>
        </w:rPr>
        <w:t>numero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unico</w:t>
      </w:r>
      <w:proofErr w:type="spellEnd"/>
      <w:r>
        <w:rPr>
          <w:sz w:val="17"/>
        </w:rPr>
        <w:t xml:space="preserve"> 112 e </w:t>
      </w:r>
      <w:proofErr w:type="spellStart"/>
      <w:r>
        <w:rPr>
          <w:sz w:val="17"/>
        </w:rPr>
        <w:t>seguire</w:t>
      </w:r>
      <w:proofErr w:type="spellEnd"/>
      <w:r>
        <w:rPr>
          <w:sz w:val="17"/>
        </w:rPr>
        <w:t xml:space="preserve"> le </w:t>
      </w:r>
      <w:proofErr w:type="spellStart"/>
      <w:r>
        <w:rPr>
          <w:sz w:val="17"/>
        </w:rPr>
        <w:t>indicazioni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dei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soccorritori</w:t>
      </w:r>
      <w:proofErr w:type="spellEnd"/>
      <w:r>
        <w:rPr>
          <w:sz w:val="17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404FAE" w14:paraId="52587478" w14:textId="77777777">
        <w:trPr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8E633A8" w14:textId="77777777" w:rsidR="00404FAE" w:rsidRDefault="00000000">
            <w:r>
              <w:rPr>
                <w:b/>
                <w:color w:val="FFFFFF"/>
              </w:rPr>
              <w:t>PERSONE DA AVVISARE IN CASO DI NECESSITÀ</w:t>
            </w:r>
          </w:p>
        </w:tc>
      </w:tr>
      <w:tr w:rsidR="00404FAE" w14:paraId="257D0438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790187" w14:textId="77777777" w:rsidR="00404FAE" w:rsidRDefault="00000000">
            <w:r>
              <w:rPr>
                <w:b/>
                <w:sz w:val="18"/>
              </w:rPr>
              <w:t xml:space="preserve">1° </w:t>
            </w:r>
            <w:proofErr w:type="spellStart"/>
            <w:r>
              <w:rPr>
                <w:b/>
                <w:sz w:val="18"/>
              </w:rPr>
              <w:t>contatto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3C5B08" w14:textId="77777777" w:rsidR="00404FAE" w:rsidRDefault="00000000">
            <w:r>
              <w:rPr>
                <w:sz w:val="18"/>
              </w:rPr>
              <w:t xml:space="preserve">Nome __________________________ tel. __________________ </w:t>
            </w:r>
            <w:proofErr w:type="spellStart"/>
            <w:r>
              <w:rPr>
                <w:sz w:val="18"/>
              </w:rPr>
              <w:t>relazione</w:t>
            </w:r>
            <w:proofErr w:type="spellEnd"/>
            <w:r>
              <w:rPr>
                <w:sz w:val="18"/>
              </w:rPr>
              <w:t xml:space="preserve"> __________</w:t>
            </w:r>
          </w:p>
        </w:tc>
      </w:tr>
      <w:tr w:rsidR="00404FAE" w14:paraId="161E9EAA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17A8AB" w14:textId="77777777" w:rsidR="00404FAE" w:rsidRDefault="00000000">
            <w:r>
              <w:rPr>
                <w:b/>
                <w:sz w:val="18"/>
              </w:rPr>
              <w:t xml:space="preserve">2° </w:t>
            </w:r>
            <w:proofErr w:type="spellStart"/>
            <w:r>
              <w:rPr>
                <w:b/>
                <w:sz w:val="18"/>
              </w:rPr>
              <w:t>contatto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AE772B" w14:textId="77777777" w:rsidR="00404FAE" w:rsidRDefault="00000000">
            <w:r>
              <w:rPr>
                <w:sz w:val="18"/>
              </w:rPr>
              <w:t xml:space="preserve">Nome __________________________ tel. __________________ </w:t>
            </w:r>
            <w:proofErr w:type="spellStart"/>
            <w:r>
              <w:rPr>
                <w:sz w:val="18"/>
              </w:rPr>
              <w:t>relazione</w:t>
            </w:r>
            <w:proofErr w:type="spellEnd"/>
            <w:r>
              <w:rPr>
                <w:sz w:val="18"/>
              </w:rPr>
              <w:t xml:space="preserve"> __________</w:t>
            </w:r>
          </w:p>
        </w:tc>
      </w:tr>
      <w:tr w:rsidR="00404FAE" w14:paraId="225D3D67" w14:textId="77777777">
        <w:trPr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B9A4C5" w14:textId="77777777" w:rsidR="00404FAE" w:rsidRDefault="00000000">
            <w:r>
              <w:rPr>
                <w:b/>
                <w:sz w:val="18"/>
              </w:rPr>
              <w:t xml:space="preserve">3° </w:t>
            </w:r>
            <w:proofErr w:type="spellStart"/>
            <w:r>
              <w:rPr>
                <w:b/>
                <w:sz w:val="18"/>
              </w:rPr>
              <w:t>contatto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F2D834" w14:textId="77777777" w:rsidR="00404FAE" w:rsidRDefault="00000000">
            <w:r>
              <w:rPr>
                <w:sz w:val="18"/>
              </w:rPr>
              <w:t xml:space="preserve">Nome __________________________ tel. __________________ </w:t>
            </w:r>
            <w:proofErr w:type="spellStart"/>
            <w:r>
              <w:rPr>
                <w:sz w:val="18"/>
              </w:rPr>
              <w:t>relazione</w:t>
            </w:r>
            <w:proofErr w:type="spellEnd"/>
            <w:r>
              <w:rPr>
                <w:sz w:val="18"/>
              </w:rPr>
              <w:t xml:space="preserve"> __________</w:t>
            </w:r>
          </w:p>
        </w:tc>
      </w:tr>
    </w:tbl>
    <w:p w14:paraId="6E094B4B" w14:textId="77777777" w:rsidR="00404FAE" w:rsidRDefault="00000000">
      <w:pPr>
        <w:pStyle w:val="SmallNote"/>
      </w:pPr>
      <w:r>
        <w:t xml:space="preserve">La </w:t>
      </w:r>
      <w:proofErr w:type="spellStart"/>
      <w:r>
        <w:t>scuola</w:t>
      </w:r>
      <w:proofErr w:type="spellEnd"/>
      <w:r>
        <w:t xml:space="preserve"> non </w:t>
      </w:r>
      <w:proofErr w:type="spellStart"/>
      <w:r>
        <w:t>somministra</w:t>
      </w:r>
      <w:proofErr w:type="spellEnd"/>
      <w:r>
        <w:t xml:space="preserve"> </w:t>
      </w:r>
      <w:proofErr w:type="spellStart"/>
      <w:r>
        <w:t>farmaci</w:t>
      </w:r>
      <w:proofErr w:type="spellEnd"/>
      <w:r>
        <w:t xml:space="preserve">, salvo procedure </w:t>
      </w:r>
      <w:proofErr w:type="spellStart"/>
      <w:r>
        <w:t>specifiche</w:t>
      </w:r>
      <w:proofErr w:type="spellEnd"/>
      <w:r>
        <w:t xml:space="preserve"> </w:t>
      </w:r>
      <w:proofErr w:type="spellStart"/>
      <w:r>
        <w:t>concordate</w:t>
      </w:r>
      <w:proofErr w:type="spellEnd"/>
      <w:r>
        <w:t xml:space="preserve">, </w:t>
      </w:r>
      <w:proofErr w:type="spellStart"/>
      <w:r>
        <w:t>documentate</w:t>
      </w:r>
      <w:proofErr w:type="spellEnd"/>
      <w:r>
        <w:t xml:space="preserve"> e </w:t>
      </w:r>
      <w:proofErr w:type="spellStart"/>
      <w:r>
        <w:t>autorizzate</w:t>
      </w:r>
      <w:proofErr w:type="spellEnd"/>
      <w:r>
        <w:t xml:space="preserve"> secondo la </w:t>
      </w:r>
      <w:proofErr w:type="spellStart"/>
      <w:r>
        <w:t>normativa</w:t>
      </w:r>
      <w:proofErr w:type="spellEnd"/>
      <w:r>
        <w:t xml:space="preserve"> e il </w:t>
      </w:r>
      <w:proofErr w:type="spellStart"/>
      <w:r>
        <w:t>regolamento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>.</w:t>
      </w:r>
    </w:p>
    <w:p w14:paraId="759A62E5" w14:textId="77777777" w:rsidR="00404FAE" w:rsidRDefault="00000000">
      <w:pPr>
        <w:pStyle w:val="SmallNote"/>
      </w:pPr>
      <w:r>
        <w:t xml:space="preserve">Il </w:t>
      </w:r>
      <w:proofErr w:type="spellStart"/>
      <w:r>
        <w:t>genitore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impegna</w:t>
      </w:r>
      <w:proofErr w:type="spellEnd"/>
      <w:r>
        <w:t xml:space="preserve"> a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tempestivamente</w:t>
      </w:r>
      <w:proofErr w:type="spellEnd"/>
      <w:r>
        <w:t xml:space="preserve"> ogni </w:t>
      </w:r>
      <w:proofErr w:type="spellStart"/>
      <w:r>
        <w:t>variazione</w:t>
      </w:r>
      <w:proofErr w:type="spellEnd"/>
      <w:r>
        <w:t xml:space="preserve"> delle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sanitarie</w:t>
      </w:r>
      <w:proofErr w:type="spellEnd"/>
      <w:r>
        <w:t xml:space="preserve">, delle </w:t>
      </w:r>
      <w:proofErr w:type="spellStart"/>
      <w:r>
        <w:t>allergie</w:t>
      </w:r>
      <w:proofErr w:type="spellEnd"/>
      <w:r>
        <w:t xml:space="preserve">, delle </w:t>
      </w:r>
      <w:proofErr w:type="spellStart"/>
      <w:r>
        <w:t>terapie</w:t>
      </w:r>
      <w:proofErr w:type="spellEnd"/>
      <w:r>
        <w:t xml:space="preserve"> o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recapiti</w:t>
      </w:r>
      <w:proofErr w:type="spellEnd"/>
      <w:r>
        <w:t xml:space="preserve"> di </w:t>
      </w:r>
      <w:proofErr w:type="spellStart"/>
      <w:r>
        <w:t>emergenza</w:t>
      </w:r>
      <w:proofErr w:type="spellEnd"/>
      <w: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404FAE" w14:paraId="421D605B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3ED0E5B3" w14:textId="77777777" w:rsidR="00404FAE" w:rsidRDefault="00000000">
            <w:pPr>
              <w:jc w:val="center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6F08DD44" w14:textId="77777777" w:rsidR="00404FAE" w:rsidRDefault="00000000">
            <w:pPr>
              <w:jc w:val="center"/>
            </w:pPr>
            <w:proofErr w:type="spellStart"/>
            <w:r>
              <w:rPr>
                <w:b/>
                <w:sz w:val="17"/>
              </w:rPr>
              <w:t>Firma</w:t>
            </w:r>
            <w:proofErr w:type="spellEnd"/>
            <w:r>
              <w:rPr>
                <w:b/>
                <w:sz w:val="17"/>
              </w:rPr>
              <w:t xml:space="preserve"> del </w:t>
            </w:r>
            <w:proofErr w:type="spellStart"/>
            <w:r>
              <w:rPr>
                <w:b/>
                <w:sz w:val="17"/>
              </w:rPr>
              <w:t>genitore</w:t>
            </w:r>
            <w:proofErr w:type="spellEnd"/>
            <w:r>
              <w:rPr>
                <w:b/>
                <w:sz w:val="17"/>
              </w:rPr>
              <w:t>/</w:t>
            </w:r>
            <w:proofErr w:type="spellStart"/>
            <w:r>
              <w:rPr>
                <w:b/>
                <w:sz w:val="17"/>
              </w:rPr>
              <w:t>tutore</w:t>
            </w:r>
            <w:proofErr w:type="spellEnd"/>
          </w:p>
        </w:tc>
      </w:tr>
      <w:tr w:rsidR="00404FAE" w14:paraId="7A1BDBEA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7C065733" w14:textId="77777777" w:rsidR="00404FAE" w:rsidRDefault="00000000">
            <w:r>
              <w:br/>
            </w:r>
          </w:p>
        </w:tc>
        <w:tc>
          <w:tcPr>
            <w:tcW w:w="5131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1A4C3F0F" w14:textId="77777777" w:rsidR="00404FAE" w:rsidRDefault="00000000">
            <w:r>
              <w:br/>
            </w:r>
          </w:p>
        </w:tc>
      </w:tr>
    </w:tbl>
    <w:p w14:paraId="19D0AC6D" w14:textId="77777777" w:rsidR="00404FAE" w:rsidRDefault="00404FAE">
      <w:pPr>
        <w:sectPr w:rsidR="00404FAE">
          <w:pgSz w:w="12240" w:h="15840"/>
          <w:pgMar w:top="1332" w:right="822" w:bottom="992" w:left="822" w:header="198" w:footer="198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404FAE" w14:paraId="6E0F6130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7053A3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573945B" w14:textId="77777777" w:rsidR="00404FAE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SCELTA DEI SERVIZI E DELLE ATTIVITÀ</w:t>
            </w:r>
          </w:p>
        </w:tc>
      </w:tr>
    </w:tbl>
    <w:p w14:paraId="5F1071A3" w14:textId="77777777" w:rsidR="00404FAE" w:rsidRDefault="00000000">
      <w:pPr>
        <w:jc w:val="center"/>
      </w:pPr>
      <w:r>
        <w:rPr>
          <w:i/>
          <w:color w:val="6B747A"/>
          <w:sz w:val="17"/>
        </w:rPr>
        <w:t xml:space="preserve">Le </w:t>
      </w:r>
      <w:proofErr w:type="spellStart"/>
      <w:r>
        <w:rPr>
          <w:i/>
          <w:color w:val="6B747A"/>
          <w:sz w:val="17"/>
        </w:rPr>
        <w:t>attività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effettivamente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attivate</w:t>
      </w:r>
      <w:proofErr w:type="spellEnd"/>
      <w:r>
        <w:rPr>
          <w:i/>
          <w:color w:val="6B747A"/>
          <w:sz w:val="17"/>
        </w:rPr>
        <w:t xml:space="preserve">, </w:t>
      </w:r>
      <w:proofErr w:type="spellStart"/>
      <w:r>
        <w:rPr>
          <w:i/>
          <w:color w:val="6B747A"/>
          <w:sz w:val="17"/>
        </w:rPr>
        <w:t>i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costi</w:t>
      </w:r>
      <w:proofErr w:type="spellEnd"/>
      <w:r>
        <w:rPr>
          <w:i/>
          <w:color w:val="6B747A"/>
          <w:sz w:val="17"/>
        </w:rPr>
        <w:t xml:space="preserve"> e </w:t>
      </w:r>
      <w:proofErr w:type="spellStart"/>
      <w:r>
        <w:rPr>
          <w:i/>
          <w:color w:val="6B747A"/>
          <w:sz w:val="17"/>
        </w:rPr>
        <w:t>i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calendari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saranno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comunicati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dalla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Direzione</w:t>
      </w:r>
      <w:proofErr w:type="spellEnd"/>
      <w:r>
        <w:rPr>
          <w:i/>
          <w:color w:val="6B747A"/>
          <w:sz w:val="17"/>
        </w:rPr>
        <w:t>.</w:t>
      </w:r>
    </w:p>
    <w:p w14:paraId="14E45628" w14:textId="77777777" w:rsidR="00404FAE" w:rsidRDefault="00404FA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  <w:gridCol w:w="80"/>
      </w:tblGrid>
      <w:tr w:rsidR="00404FAE" w14:paraId="5B4E76CE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297C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6C9EB24" w14:textId="77777777" w:rsidR="00404FAE" w:rsidRDefault="00000000">
            <w:r>
              <w:rPr>
                <w:b/>
                <w:color w:val="FFFFFF"/>
              </w:rPr>
              <w:t>SERVIZI RICHIESTI</w:t>
            </w:r>
          </w:p>
        </w:tc>
      </w:tr>
      <w:tr w:rsidR="00404FAE" w14:paraId="7D2B5F6B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30958C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r>
              <w:rPr>
                <w:sz w:val="18"/>
              </w:rPr>
              <w:t>Orario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ordinario</w:t>
            </w:r>
            <w:proofErr w:type="spellEnd"/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E61E76" w14:textId="77777777" w:rsidR="00404FAE" w:rsidRDefault="00000000">
            <w:r>
              <w:rPr>
                <w:sz w:val="18"/>
              </w:rPr>
              <w:t xml:space="preserve">□ Tempo </w:t>
            </w:r>
            <w:proofErr w:type="spellStart"/>
            <w:r>
              <w:rPr>
                <w:sz w:val="18"/>
              </w:rPr>
              <w:t>prolungato</w:t>
            </w:r>
            <w:proofErr w:type="spellEnd"/>
          </w:p>
        </w:tc>
      </w:tr>
      <w:tr w:rsidR="00404FAE" w14:paraId="50E8A383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F881D0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r>
              <w:rPr>
                <w:sz w:val="18"/>
              </w:rPr>
              <w:t>Servizio</w:t>
            </w:r>
            <w:proofErr w:type="spellEnd"/>
            <w:r>
              <w:rPr>
                <w:sz w:val="18"/>
              </w:rPr>
              <w:t xml:space="preserve"> mensa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98B870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r>
              <w:rPr>
                <w:sz w:val="18"/>
              </w:rPr>
              <w:t>Riposo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pomeridiano</w:t>
            </w:r>
            <w:proofErr w:type="spellEnd"/>
            <w:r>
              <w:rPr>
                <w:sz w:val="18"/>
              </w:rPr>
              <w:t xml:space="preserve">, se </w:t>
            </w:r>
            <w:proofErr w:type="spellStart"/>
            <w:r>
              <w:rPr>
                <w:sz w:val="18"/>
              </w:rPr>
              <w:t>previsto</w:t>
            </w:r>
            <w:proofErr w:type="spellEnd"/>
            <w:r>
              <w:rPr>
                <w:sz w:val="18"/>
              </w:rPr>
              <w:t xml:space="preserve"> per la </w:t>
            </w:r>
            <w:proofErr w:type="spellStart"/>
            <w:r>
              <w:rPr>
                <w:sz w:val="18"/>
              </w:rPr>
              <w:t>sezione</w:t>
            </w:r>
            <w:proofErr w:type="spellEnd"/>
          </w:p>
        </w:tc>
      </w:tr>
      <w:tr w:rsidR="00404FAE" w14:paraId="44524AEE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D5B821" w14:textId="77777777" w:rsidR="00404FAE" w:rsidRDefault="00000000">
            <w:r>
              <w:rPr>
                <w:sz w:val="18"/>
              </w:rPr>
              <w:t xml:space="preserve">□ Campo </w:t>
            </w:r>
            <w:proofErr w:type="spellStart"/>
            <w:r>
              <w:rPr>
                <w:sz w:val="18"/>
              </w:rPr>
              <w:t>estivo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adesione</w:t>
            </w:r>
            <w:proofErr w:type="spellEnd"/>
            <w:r>
              <w:rPr>
                <w:sz w:val="18"/>
              </w:rPr>
              <w:t xml:space="preserve"> da </w:t>
            </w:r>
            <w:proofErr w:type="spellStart"/>
            <w:r>
              <w:rPr>
                <w:sz w:val="18"/>
              </w:rPr>
              <w:t>confermare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separatamente</w:t>
            </w:r>
            <w:proofErr w:type="spellEnd"/>
          </w:p>
        </w:tc>
        <w:tc>
          <w:tcPr>
            <w:tcW w:w="5131" w:type="dxa"/>
            <w:gridSpan w:val="2"/>
          </w:tcPr>
          <w:p w14:paraId="2D056DCE" w14:textId="77777777" w:rsidR="00404FAE" w:rsidRDefault="00404FAE"/>
        </w:tc>
      </w:tr>
      <w:tr w:rsidR="00404FAE" w14:paraId="4D152C8C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4117729" w14:textId="77777777" w:rsidR="00404FAE" w:rsidRDefault="00000000">
            <w:r>
              <w:rPr>
                <w:b/>
                <w:color w:val="FFFFFF"/>
              </w:rPr>
              <w:t>ATTIVITÀ EDUCATIVE E INTEGRATIVE</w:t>
            </w:r>
          </w:p>
        </w:tc>
      </w:tr>
      <w:tr w:rsidR="00404FAE" w14:paraId="0E2F1897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5AC9BB" w14:textId="77777777" w:rsidR="00404FAE" w:rsidRDefault="00000000">
            <w:r>
              <w:rPr>
                <w:b/>
                <w:sz w:val="18"/>
              </w:rPr>
              <w:t xml:space="preserve">Musica / </w:t>
            </w:r>
            <w:proofErr w:type="spellStart"/>
            <w:r>
              <w:rPr>
                <w:b/>
                <w:sz w:val="18"/>
              </w:rPr>
              <w:t>progetto</w:t>
            </w:r>
            <w:proofErr w:type="spellEnd"/>
            <w:r>
              <w:rPr>
                <w:b/>
                <w:sz w:val="18"/>
              </w:rPr>
              <w:t xml:space="preserve"> SIIMUS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F9E0B9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proofErr w:type="gramStart"/>
            <w:r>
              <w:rPr>
                <w:sz w:val="18"/>
              </w:rPr>
              <w:t>Aderisco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Non </w:t>
            </w:r>
            <w:proofErr w:type="spellStart"/>
            <w:proofErr w:type="gramStart"/>
            <w:r>
              <w:rPr>
                <w:sz w:val="18"/>
              </w:rPr>
              <w:t>aderisco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Da </w:t>
            </w:r>
            <w:proofErr w:type="spellStart"/>
            <w:r>
              <w:rPr>
                <w:sz w:val="18"/>
              </w:rPr>
              <w:t>definire</w:t>
            </w:r>
            <w:proofErr w:type="spellEnd"/>
          </w:p>
        </w:tc>
      </w:tr>
      <w:tr w:rsidR="00404FAE" w14:paraId="2236506C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CF043D" w14:textId="77777777" w:rsidR="00404FAE" w:rsidRDefault="00000000">
            <w:r>
              <w:rPr>
                <w:b/>
                <w:sz w:val="18"/>
              </w:rPr>
              <w:t>Inglese / Pingu’s English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E27886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proofErr w:type="gramStart"/>
            <w:r>
              <w:rPr>
                <w:sz w:val="18"/>
              </w:rPr>
              <w:t>Aderisco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Non </w:t>
            </w:r>
            <w:proofErr w:type="spellStart"/>
            <w:proofErr w:type="gramStart"/>
            <w:r>
              <w:rPr>
                <w:sz w:val="18"/>
              </w:rPr>
              <w:t>aderisco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Da </w:t>
            </w:r>
            <w:proofErr w:type="spellStart"/>
            <w:r>
              <w:rPr>
                <w:sz w:val="18"/>
              </w:rPr>
              <w:t>definire</w:t>
            </w:r>
            <w:proofErr w:type="spellEnd"/>
          </w:p>
        </w:tc>
      </w:tr>
      <w:tr w:rsidR="00404FAE" w14:paraId="68BA91CC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B80B5D" w14:textId="77777777" w:rsidR="00404FAE" w:rsidRDefault="00000000">
            <w:proofErr w:type="spellStart"/>
            <w:r>
              <w:rPr>
                <w:b/>
                <w:sz w:val="18"/>
              </w:rPr>
              <w:t>Attività</w:t>
            </w:r>
            <w:proofErr w:type="spellEnd"/>
            <w:r>
              <w:rPr>
                <w:b/>
                <w:sz w:val="18"/>
              </w:rPr>
              <w:t xml:space="preserve"> motoria / Sport è Vita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98B73D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proofErr w:type="gramStart"/>
            <w:r>
              <w:rPr>
                <w:sz w:val="18"/>
              </w:rPr>
              <w:t>Aderisco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Non </w:t>
            </w:r>
            <w:proofErr w:type="spellStart"/>
            <w:proofErr w:type="gramStart"/>
            <w:r>
              <w:rPr>
                <w:sz w:val="18"/>
              </w:rPr>
              <w:t>aderisco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Da </w:t>
            </w:r>
            <w:proofErr w:type="spellStart"/>
            <w:r>
              <w:rPr>
                <w:sz w:val="18"/>
              </w:rPr>
              <w:t>definire</w:t>
            </w:r>
            <w:proofErr w:type="spellEnd"/>
          </w:p>
        </w:tc>
      </w:tr>
      <w:tr w:rsidR="00404FAE" w14:paraId="0F054BB8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783BDD" w14:textId="77777777" w:rsidR="00404FAE" w:rsidRDefault="00000000">
            <w:r>
              <w:rPr>
                <w:b/>
                <w:sz w:val="18"/>
              </w:rPr>
              <w:t xml:space="preserve">Laboratorio </w:t>
            </w:r>
            <w:proofErr w:type="spellStart"/>
            <w:r>
              <w:rPr>
                <w:b/>
                <w:sz w:val="18"/>
              </w:rPr>
              <w:t>grafico-pittorico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9D77B0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proofErr w:type="gramStart"/>
            <w:r>
              <w:rPr>
                <w:sz w:val="18"/>
              </w:rPr>
              <w:t>Aderisco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Non </w:t>
            </w:r>
            <w:proofErr w:type="spellStart"/>
            <w:proofErr w:type="gramStart"/>
            <w:r>
              <w:rPr>
                <w:sz w:val="18"/>
              </w:rPr>
              <w:t>aderisco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Da </w:t>
            </w:r>
            <w:proofErr w:type="spellStart"/>
            <w:r>
              <w:rPr>
                <w:sz w:val="18"/>
              </w:rPr>
              <w:t>definire</w:t>
            </w:r>
            <w:proofErr w:type="spellEnd"/>
          </w:p>
        </w:tc>
      </w:tr>
      <w:tr w:rsidR="00404FAE" w14:paraId="692D4C5E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368ED6" w14:textId="77777777" w:rsidR="00404FAE" w:rsidRDefault="00000000">
            <w:r>
              <w:rPr>
                <w:b/>
                <w:sz w:val="18"/>
              </w:rPr>
              <w:t xml:space="preserve">Coding / informatica, se </w:t>
            </w:r>
            <w:proofErr w:type="spellStart"/>
            <w:r>
              <w:rPr>
                <w:b/>
                <w:sz w:val="18"/>
              </w:rPr>
              <w:t>attivato</w:t>
            </w:r>
            <w:proofErr w:type="spellEnd"/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127C0A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proofErr w:type="gramStart"/>
            <w:r>
              <w:rPr>
                <w:sz w:val="18"/>
              </w:rPr>
              <w:t>Aderisco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Non </w:t>
            </w:r>
            <w:proofErr w:type="spellStart"/>
            <w:proofErr w:type="gramStart"/>
            <w:r>
              <w:rPr>
                <w:sz w:val="18"/>
              </w:rPr>
              <w:t>aderisco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Da </w:t>
            </w:r>
            <w:proofErr w:type="spellStart"/>
            <w:r>
              <w:rPr>
                <w:sz w:val="18"/>
              </w:rPr>
              <w:t>definire</w:t>
            </w:r>
            <w:proofErr w:type="spellEnd"/>
          </w:p>
        </w:tc>
      </w:tr>
      <w:tr w:rsidR="00404FAE" w14:paraId="5934CB09" w14:textId="77777777">
        <w:trPr>
          <w:gridAfter w:val="1"/>
          <w:wAfter w:w="80" w:type="dxa"/>
          <w:jc w:val="center"/>
        </w:trPr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7AFF5" w14:textId="77777777" w:rsidR="00404FAE" w:rsidRDefault="00000000">
            <w:r>
              <w:rPr>
                <w:b/>
                <w:sz w:val="18"/>
              </w:rPr>
              <w:t xml:space="preserve">Laboratorio di </w:t>
            </w:r>
            <w:proofErr w:type="spellStart"/>
            <w:r>
              <w:rPr>
                <w:b/>
                <w:sz w:val="18"/>
              </w:rPr>
              <w:t>letto-scrittura</w:t>
            </w:r>
            <w:proofErr w:type="spellEnd"/>
            <w:r>
              <w:rPr>
                <w:b/>
                <w:sz w:val="18"/>
              </w:rPr>
              <w:t xml:space="preserve">, </w:t>
            </w:r>
            <w:proofErr w:type="spellStart"/>
            <w:r>
              <w:rPr>
                <w:b/>
                <w:sz w:val="18"/>
              </w:rPr>
              <w:t>sezione</w:t>
            </w:r>
            <w:proofErr w:type="spellEnd"/>
            <w:r>
              <w:rPr>
                <w:b/>
                <w:sz w:val="18"/>
              </w:rPr>
              <w:t xml:space="preserve"> 5 anni</w:t>
            </w:r>
          </w:p>
        </w:tc>
        <w:tc>
          <w:tcPr>
            <w:tcW w:w="5298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85FC82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proofErr w:type="gramStart"/>
            <w:r>
              <w:rPr>
                <w:sz w:val="18"/>
              </w:rPr>
              <w:t>Aderisco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Non </w:t>
            </w:r>
            <w:proofErr w:type="spellStart"/>
            <w:proofErr w:type="gramStart"/>
            <w:r>
              <w:rPr>
                <w:sz w:val="18"/>
              </w:rPr>
              <w:t>aderisco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Non </w:t>
            </w:r>
            <w:proofErr w:type="spellStart"/>
            <w:r>
              <w:rPr>
                <w:sz w:val="18"/>
              </w:rPr>
              <w:t>applicabile</w:t>
            </w:r>
            <w:proofErr w:type="spellEnd"/>
          </w:p>
        </w:tc>
      </w:tr>
    </w:tbl>
    <w:p w14:paraId="595E00DE" w14:textId="77777777" w:rsidR="00404FAE" w:rsidRDefault="00000000">
      <w:pPr>
        <w:pStyle w:val="SmallNote"/>
      </w:pPr>
      <w:proofErr w:type="spellStart"/>
      <w:r>
        <w:t>L’adesione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a </w:t>
      </w:r>
      <w:proofErr w:type="spellStart"/>
      <w:r>
        <w:t>pagamento</w:t>
      </w:r>
      <w:proofErr w:type="spellEnd"/>
      <w:r>
        <w:t xml:space="preserve"> è </w:t>
      </w:r>
      <w:proofErr w:type="spellStart"/>
      <w:r>
        <w:t>facoltativa</w:t>
      </w:r>
      <w:proofErr w:type="spellEnd"/>
      <w:r>
        <w:t xml:space="preserve">. Le quote, le </w:t>
      </w:r>
      <w:proofErr w:type="spellStart"/>
      <w:r>
        <w:t>modalità</w:t>
      </w:r>
      <w:proofErr w:type="spellEnd"/>
      <w:r>
        <w:t xml:space="preserve"> di </w:t>
      </w:r>
      <w:proofErr w:type="spellStart"/>
      <w:r>
        <w:t>pagamento</w:t>
      </w:r>
      <w:proofErr w:type="spellEnd"/>
      <w:r>
        <w:t xml:space="preserve"> e </w:t>
      </w:r>
      <w:proofErr w:type="spellStart"/>
      <w:r>
        <w:t>l’organizzazione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comunicate</w:t>
      </w:r>
      <w:proofErr w:type="spellEnd"/>
      <w:r>
        <w:t xml:space="preserve"> prima </w:t>
      </w:r>
      <w:proofErr w:type="spellStart"/>
      <w:r>
        <w:t>dell’avvio</w:t>
      </w:r>
      <w:proofErr w:type="spellEnd"/>
      <w: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404FAE" w14:paraId="6769CD51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654345F" w14:textId="77777777" w:rsidR="00404FAE" w:rsidRDefault="00000000">
            <w:r>
              <w:rPr>
                <w:b/>
                <w:color w:val="FFFFFF"/>
              </w:rPr>
              <w:t>COMUNICAZIONI SCUOLA-FAMIGLIA</w:t>
            </w:r>
          </w:p>
        </w:tc>
      </w:tr>
    </w:tbl>
    <w:p w14:paraId="60F68E17" w14:textId="77777777" w:rsidR="00404FAE" w:rsidRDefault="00000000">
      <w:pPr>
        <w:spacing w:after="30"/>
      </w:pPr>
      <w:r>
        <w:rPr>
          <w:sz w:val="18"/>
        </w:rPr>
        <w:t xml:space="preserve">□ Dichiaro di aver </w:t>
      </w:r>
      <w:proofErr w:type="spellStart"/>
      <w:r>
        <w:rPr>
          <w:sz w:val="18"/>
        </w:rPr>
        <w:t>ricevuto</w:t>
      </w:r>
      <w:proofErr w:type="spellEnd"/>
      <w:r>
        <w:rPr>
          <w:sz w:val="18"/>
        </w:rPr>
        <w:t xml:space="preserve"> le </w:t>
      </w:r>
      <w:proofErr w:type="spellStart"/>
      <w:r>
        <w:rPr>
          <w:sz w:val="18"/>
        </w:rPr>
        <w:t>indicazioni</w:t>
      </w:r>
      <w:proofErr w:type="spellEnd"/>
      <w:r>
        <w:rPr>
          <w:sz w:val="18"/>
        </w:rPr>
        <w:t xml:space="preserve"> per </w:t>
      </w:r>
      <w:proofErr w:type="spellStart"/>
      <w:r>
        <w:rPr>
          <w:sz w:val="18"/>
        </w:rPr>
        <w:t>l’utilizzo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dell’app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scolastica</w:t>
      </w:r>
      <w:proofErr w:type="spellEnd"/>
      <w:r>
        <w:rPr>
          <w:sz w:val="18"/>
        </w:rPr>
        <w:t xml:space="preserve"> e </w:t>
      </w:r>
      <w:proofErr w:type="spellStart"/>
      <w:r>
        <w:rPr>
          <w:sz w:val="18"/>
        </w:rPr>
        <w:t>dei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canali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ufficiali</w:t>
      </w:r>
      <w:proofErr w:type="spellEnd"/>
      <w:r>
        <w:rPr>
          <w:sz w:val="18"/>
        </w:rPr>
        <w:t xml:space="preserve"> di </w:t>
      </w:r>
      <w:proofErr w:type="spellStart"/>
      <w:r>
        <w:rPr>
          <w:sz w:val="18"/>
        </w:rPr>
        <w:t>comunicazione</w:t>
      </w:r>
      <w:proofErr w:type="spellEnd"/>
      <w:r>
        <w:rPr>
          <w:sz w:val="18"/>
        </w:rPr>
        <w:t>.</w:t>
      </w:r>
    </w:p>
    <w:p w14:paraId="6DB5F73F" w14:textId="77777777" w:rsidR="00404FAE" w:rsidRDefault="00000000">
      <w:pPr>
        <w:spacing w:after="30"/>
      </w:pPr>
      <w:r>
        <w:rPr>
          <w:sz w:val="18"/>
        </w:rPr>
        <w:t xml:space="preserve">□ Indico come e-mail </w:t>
      </w:r>
      <w:proofErr w:type="spellStart"/>
      <w:r>
        <w:rPr>
          <w:sz w:val="18"/>
        </w:rPr>
        <w:t>principale</w:t>
      </w:r>
      <w:proofErr w:type="spellEnd"/>
      <w:r>
        <w:rPr>
          <w:sz w:val="18"/>
        </w:rPr>
        <w:t>: ____________________________________________________________</w:t>
      </w:r>
    </w:p>
    <w:p w14:paraId="78DB257E" w14:textId="77777777" w:rsidR="00404FAE" w:rsidRDefault="00000000">
      <w:pPr>
        <w:spacing w:after="30"/>
      </w:pPr>
      <w:r>
        <w:rPr>
          <w:sz w:val="18"/>
        </w:rPr>
        <w:t xml:space="preserve">□ Indico come </w:t>
      </w:r>
      <w:proofErr w:type="spellStart"/>
      <w:r>
        <w:rPr>
          <w:sz w:val="18"/>
        </w:rPr>
        <w:t>numero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principale</w:t>
      </w:r>
      <w:proofErr w:type="spellEnd"/>
      <w:r>
        <w:rPr>
          <w:sz w:val="18"/>
        </w:rPr>
        <w:t>: ___________________________________________________________</w:t>
      </w:r>
    </w:p>
    <w:p w14:paraId="0A3A4B7D" w14:textId="77777777" w:rsidR="00404FAE" w:rsidRDefault="00000000">
      <w:pPr>
        <w:spacing w:after="30"/>
      </w:pPr>
      <w:r>
        <w:rPr>
          <w:sz w:val="18"/>
        </w:rPr>
        <w:t xml:space="preserve">□ Mi </w:t>
      </w:r>
      <w:proofErr w:type="spellStart"/>
      <w:r>
        <w:rPr>
          <w:sz w:val="18"/>
        </w:rPr>
        <w:t>impegno</w:t>
      </w:r>
      <w:proofErr w:type="spellEnd"/>
      <w:r>
        <w:rPr>
          <w:sz w:val="18"/>
        </w:rPr>
        <w:t xml:space="preserve"> a </w:t>
      </w:r>
      <w:proofErr w:type="spellStart"/>
      <w:r>
        <w:rPr>
          <w:sz w:val="18"/>
        </w:rPr>
        <w:t>consultare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regolarmente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avvisi</w:t>
      </w:r>
      <w:proofErr w:type="spellEnd"/>
      <w:r>
        <w:rPr>
          <w:sz w:val="18"/>
        </w:rPr>
        <w:t xml:space="preserve"> e </w:t>
      </w:r>
      <w:proofErr w:type="spellStart"/>
      <w:r>
        <w:rPr>
          <w:sz w:val="18"/>
        </w:rPr>
        <w:t>comunicazioni</w:t>
      </w:r>
      <w:proofErr w:type="spellEnd"/>
      <w:r>
        <w:rPr>
          <w:sz w:val="18"/>
        </w:rPr>
        <w:t xml:space="preserve"> della </w:t>
      </w:r>
      <w:proofErr w:type="spellStart"/>
      <w:r>
        <w:rPr>
          <w:sz w:val="18"/>
        </w:rPr>
        <w:t>scuola</w:t>
      </w:r>
      <w:proofErr w:type="spellEnd"/>
      <w:r>
        <w:rPr>
          <w:sz w:val="18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404FAE" w14:paraId="23E9C7F8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D83B34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96E9F7F" w14:textId="77777777" w:rsidR="00404FAE" w:rsidRDefault="00000000">
            <w:r>
              <w:rPr>
                <w:b/>
                <w:color w:val="FFFFFF"/>
              </w:rPr>
              <w:t>PRESA D’ATTO ECONOMICA</w:t>
            </w:r>
          </w:p>
        </w:tc>
      </w:tr>
    </w:tbl>
    <w:p w14:paraId="5AA9403F" w14:textId="77777777" w:rsidR="00404FAE" w:rsidRDefault="00000000">
      <w:pPr>
        <w:spacing w:after="30"/>
      </w:pPr>
      <w:r>
        <w:rPr>
          <w:sz w:val="17"/>
        </w:rPr>
        <w:t xml:space="preserve">□ Dichiaro di aver </w:t>
      </w:r>
      <w:proofErr w:type="spellStart"/>
      <w:r>
        <w:rPr>
          <w:sz w:val="17"/>
        </w:rPr>
        <w:t>ricevuto</w:t>
      </w:r>
      <w:proofErr w:type="spellEnd"/>
      <w:r>
        <w:rPr>
          <w:sz w:val="17"/>
        </w:rPr>
        <w:t xml:space="preserve"> le </w:t>
      </w:r>
      <w:proofErr w:type="spellStart"/>
      <w:r>
        <w:rPr>
          <w:sz w:val="17"/>
        </w:rPr>
        <w:t>condizioni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economiche</w:t>
      </w:r>
      <w:proofErr w:type="spellEnd"/>
      <w:r>
        <w:rPr>
          <w:sz w:val="17"/>
        </w:rPr>
        <w:t xml:space="preserve">, le </w:t>
      </w:r>
      <w:proofErr w:type="spellStart"/>
      <w:r>
        <w:rPr>
          <w:sz w:val="17"/>
        </w:rPr>
        <w:t>scadenze</w:t>
      </w:r>
      <w:proofErr w:type="spellEnd"/>
      <w:r>
        <w:rPr>
          <w:sz w:val="17"/>
        </w:rPr>
        <w:t xml:space="preserve"> e le </w:t>
      </w:r>
      <w:proofErr w:type="spellStart"/>
      <w:r>
        <w:rPr>
          <w:sz w:val="17"/>
        </w:rPr>
        <w:t>modalità</w:t>
      </w:r>
      <w:proofErr w:type="spellEnd"/>
      <w:r>
        <w:rPr>
          <w:sz w:val="17"/>
        </w:rPr>
        <w:t xml:space="preserve"> di </w:t>
      </w:r>
      <w:proofErr w:type="spellStart"/>
      <w:r>
        <w:rPr>
          <w:sz w:val="17"/>
        </w:rPr>
        <w:t>pagamento</w:t>
      </w:r>
      <w:proofErr w:type="spellEnd"/>
      <w:r>
        <w:rPr>
          <w:sz w:val="17"/>
        </w:rPr>
        <w:t>.</w:t>
      </w:r>
    </w:p>
    <w:p w14:paraId="2A1291D8" w14:textId="77777777" w:rsidR="00404FAE" w:rsidRDefault="00000000">
      <w:pPr>
        <w:spacing w:after="30"/>
      </w:pPr>
      <w:r>
        <w:rPr>
          <w:sz w:val="17"/>
        </w:rPr>
        <w:t xml:space="preserve">□ Prendo </w:t>
      </w:r>
      <w:proofErr w:type="spellStart"/>
      <w:r>
        <w:rPr>
          <w:sz w:val="17"/>
        </w:rPr>
        <w:t>atto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che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iscrizione</w:t>
      </w:r>
      <w:proofErr w:type="spellEnd"/>
      <w:r>
        <w:rPr>
          <w:sz w:val="17"/>
        </w:rPr>
        <w:t>, pre-</w:t>
      </w:r>
      <w:proofErr w:type="spellStart"/>
      <w:r>
        <w:rPr>
          <w:sz w:val="17"/>
        </w:rPr>
        <w:t>iscrizione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rette</w:t>
      </w:r>
      <w:proofErr w:type="spellEnd"/>
      <w:r>
        <w:rPr>
          <w:sz w:val="17"/>
        </w:rPr>
        <w:t xml:space="preserve"> e </w:t>
      </w:r>
      <w:proofErr w:type="spellStart"/>
      <w:r>
        <w:rPr>
          <w:sz w:val="17"/>
        </w:rPr>
        <w:t>contributi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sono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disciplinati</w:t>
      </w:r>
      <w:proofErr w:type="spellEnd"/>
      <w:r>
        <w:rPr>
          <w:sz w:val="17"/>
        </w:rPr>
        <w:t xml:space="preserve"> dal </w:t>
      </w:r>
      <w:proofErr w:type="spellStart"/>
      <w:r>
        <w:rPr>
          <w:sz w:val="17"/>
        </w:rPr>
        <w:t>contratto</w:t>
      </w:r>
      <w:proofErr w:type="spellEnd"/>
      <w:r>
        <w:rPr>
          <w:sz w:val="17"/>
        </w:rPr>
        <w:t xml:space="preserve"> e dal </w:t>
      </w:r>
      <w:proofErr w:type="spellStart"/>
      <w:r>
        <w:rPr>
          <w:sz w:val="17"/>
        </w:rPr>
        <w:t>regolamento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consegnati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dalla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scuola</w:t>
      </w:r>
      <w:proofErr w:type="spellEnd"/>
      <w:r>
        <w:rPr>
          <w:sz w:val="17"/>
        </w:rPr>
        <w:t>.</w:t>
      </w:r>
    </w:p>
    <w:p w14:paraId="2571E6F5" w14:textId="77777777" w:rsidR="00404FAE" w:rsidRDefault="00000000">
      <w:pPr>
        <w:spacing w:after="30"/>
        <w:rPr>
          <w:sz w:val="17"/>
        </w:rPr>
      </w:pPr>
      <w:r>
        <w:rPr>
          <w:sz w:val="17"/>
        </w:rPr>
        <w:t xml:space="preserve">□ Prendo </w:t>
      </w:r>
      <w:proofErr w:type="spellStart"/>
      <w:r>
        <w:rPr>
          <w:sz w:val="17"/>
        </w:rPr>
        <w:t>atto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che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eventuali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servizi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aggiuntivi</w:t>
      </w:r>
      <w:proofErr w:type="spellEnd"/>
      <w:r>
        <w:rPr>
          <w:sz w:val="17"/>
        </w:rPr>
        <w:t xml:space="preserve"> o </w:t>
      </w:r>
      <w:proofErr w:type="spellStart"/>
      <w:r>
        <w:rPr>
          <w:sz w:val="17"/>
        </w:rPr>
        <w:t>attività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facoltative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possono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prevedere</w:t>
      </w:r>
      <w:proofErr w:type="spellEnd"/>
      <w:r>
        <w:rPr>
          <w:sz w:val="17"/>
        </w:rPr>
        <w:t xml:space="preserve"> quote separate.</w:t>
      </w:r>
    </w:p>
    <w:p w14:paraId="07469F46" w14:textId="20EEA91D" w:rsidR="001C6CB2" w:rsidRDefault="001C6CB2">
      <w:pPr>
        <w:spacing w:after="30"/>
        <w:rPr>
          <w:sz w:val="17"/>
        </w:rPr>
      </w:pPr>
      <w:r>
        <w:rPr>
          <w:sz w:val="17"/>
        </w:rPr>
        <w:t>□</w:t>
      </w:r>
      <w:r>
        <w:rPr>
          <w:sz w:val="17"/>
        </w:rPr>
        <w:t xml:space="preserve"> Dichiaro di aver </w:t>
      </w:r>
      <w:proofErr w:type="spellStart"/>
      <w:r>
        <w:rPr>
          <w:sz w:val="17"/>
        </w:rPr>
        <w:t>preso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visione</w:t>
      </w:r>
      <w:proofErr w:type="spellEnd"/>
      <w:r>
        <w:rPr>
          <w:sz w:val="17"/>
        </w:rPr>
        <w:t xml:space="preserve"> del </w:t>
      </w:r>
      <w:proofErr w:type="spellStart"/>
      <w:r>
        <w:rPr>
          <w:sz w:val="17"/>
        </w:rPr>
        <w:t>Regolamento</w:t>
      </w:r>
      <w:proofErr w:type="spellEnd"/>
      <w:r>
        <w:rPr>
          <w:sz w:val="17"/>
        </w:rPr>
        <w:t xml:space="preserve"> online </w:t>
      </w:r>
      <w:proofErr w:type="spellStart"/>
      <w:r>
        <w:rPr>
          <w:sz w:val="17"/>
        </w:rPr>
        <w:t>che</w:t>
      </w:r>
      <w:proofErr w:type="spellEnd"/>
      <w:r>
        <w:rPr>
          <w:sz w:val="17"/>
        </w:rPr>
        <w:t xml:space="preserve"> include le </w:t>
      </w:r>
      <w:proofErr w:type="spellStart"/>
      <w:r>
        <w:rPr>
          <w:sz w:val="17"/>
        </w:rPr>
        <w:t>condizioni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economiche</w:t>
      </w:r>
      <w:proofErr w:type="spellEnd"/>
      <w:r>
        <w:rPr>
          <w:sz w:val="17"/>
        </w:rPr>
        <w:t xml:space="preserve"> </w:t>
      </w:r>
    </w:p>
    <w:p w14:paraId="222A9858" w14:textId="3BBC8A2B" w:rsidR="001C6CB2" w:rsidRDefault="001C6CB2">
      <w:pPr>
        <w:spacing w:after="30"/>
        <w:rPr>
          <w:sz w:val="17"/>
        </w:rPr>
      </w:pPr>
      <w:r>
        <w:rPr>
          <w:sz w:val="17"/>
        </w:rPr>
        <w:t>□</w:t>
      </w:r>
      <w:r>
        <w:rPr>
          <w:sz w:val="17"/>
        </w:rPr>
        <w:t xml:space="preserve"> Dichiaro di aver </w:t>
      </w:r>
      <w:proofErr w:type="spellStart"/>
      <w:r>
        <w:rPr>
          <w:sz w:val="17"/>
        </w:rPr>
        <w:t>sottoscritto</w:t>
      </w:r>
      <w:proofErr w:type="spellEnd"/>
      <w:r>
        <w:rPr>
          <w:sz w:val="17"/>
        </w:rPr>
        <w:t xml:space="preserve"> il Patto di </w:t>
      </w:r>
      <w:proofErr w:type="spellStart"/>
      <w:r>
        <w:rPr>
          <w:sz w:val="17"/>
        </w:rPr>
        <w:t>Corresponsabilità</w:t>
      </w:r>
      <w:proofErr w:type="spellEnd"/>
      <w:r>
        <w:rPr>
          <w:sz w:val="17"/>
        </w:rPr>
        <w:t>.</w:t>
      </w:r>
    </w:p>
    <w:p w14:paraId="2C9EF580" w14:textId="77777777" w:rsidR="001C6CB2" w:rsidRDefault="001C6CB2">
      <w:pPr>
        <w:spacing w:after="3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404FAE" w14:paraId="0938529C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1DB61687" w14:textId="77777777" w:rsidR="00404FAE" w:rsidRDefault="00000000">
            <w:pPr>
              <w:jc w:val="center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</w:tcPr>
          <w:p w14:paraId="6D8B047E" w14:textId="77777777" w:rsidR="00404FAE" w:rsidRDefault="00000000">
            <w:pPr>
              <w:jc w:val="center"/>
            </w:pPr>
            <w:proofErr w:type="spellStart"/>
            <w:r>
              <w:rPr>
                <w:b/>
                <w:sz w:val="17"/>
              </w:rPr>
              <w:t>Firma</w:t>
            </w:r>
            <w:proofErr w:type="spellEnd"/>
            <w:r>
              <w:rPr>
                <w:b/>
                <w:sz w:val="17"/>
              </w:rPr>
              <w:t xml:space="preserve"> del </w:t>
            </w:r>
            <w:proofErr w:type="spellStart"/>
            <w:r>
              <w:rPr>
                <w:b/>
                <w:sz w:val="17"/>
              </w:rPr>
              <w:t>genitore</w:t>
            </w:r>
            <w:proofErr w:type="spellEnd"/>
            <w:r>
              <w:rPr>
                <w:b/>
                <w:sz w:val="17"/>
              </w:rPr>
              <w:t>/</w:t>
            </w:r>
            <w:proofErr w:type="spellStart"/>
            <w:r>
              <w:rPr>
                <w:b/>
                <w:sz w:val="17"/>
              </w:rPr>
              <w:t>tutore</w:t>
            </w:r>
            <w:proofErr w:type="spellEnd"/>
          </w:p>
        </w:tc>
      </w:tr>
      <w:tr w:rsidR="00404FAE" w14:paraId="64A2F423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50C5CF76" w14:textId="77777777" w:rsidR="00404FAE" w:rsidRDefault="00000000">
            <w:r>
              <w:br/>
            </w:r>
          </w:p>
        </w:tc>
        <w:tc>
          <w:tcPr>
            <w:tcW w:w="5131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4FB4C2D3" w14:textId="77777777" w:rsidR="00404FAE" w:rsidRDefault="00000000">
            <w:r>
              <w:br/>
            </w:r>
          </w:p>
        </w:tc>
      </w:tr>
    </w:tbl>
    <w:p w14:paraId="5A7CDA99" w14:textId="77777777" w:rsidR="00404FAE" w:rsidRDefault="00404FAE">
      <w:pPr>
        <w:sectPr w:rsidR="00404FAE">
          <w:pgSz w:w="12240" w:h="15840"/>
          <w:pgMar w:top="1332" w:right="822" w:bottom="992" w:left="822" w:header="198" w:footer="198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404FAE" w14:paraId="29374C86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2DB1167" w14:textId="77777777" w:rsidR="00404FAE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DELEGA PER IL RITIRO DEL BAMBINO/A</w:t>
            </w:r>
          </w:p>
        </w:tc>
      </w:tr>
    </w:tbl>
    <w:p w14:paraId="497F7BAF" w14:textId="77777777" w:rsidR="00404FAE" w:rsidRDefault="00000000">
      <w:pPr>
        <w:jc w:val="center"/>
      </w:pPr>
      <w:proofErr w:type="spellStart"/>
      <w:r>
        <w:rPr>
          <w:i/>
          <w:color w:val="6B747A"/>
          <w:sz w:val="17"/>
        </w:rPr>
        <w:t>Allegare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copia</w:t>
      </w:r>
      <w:proofErr w:type="spellEnd"/>
      <w:r>
        <w:rPr>
          <w:i/>
          <w:color w:val="6B747A"/>
          <w:sz w:val="17"/>
        </w:rPr>
        <w:t xml:space="preserve"> del </w:t>
      </w:r>
      <w:proofErr w:type="spellStart"/>
      <w:r>
        <w:rPr>
          <w:i/>
          <w:color w:val="6B747A"/>
          <w:sz w:val="17"/>
        </w:rPr>
        <w:t>documento</w:t>
      </w:r>
      <w:proofErr w:type="spellEnd"/>
      <w:r>
        <w:rPr>
          <w:i/>
          <w:color w:val="6B747A"/>
          <w:sz w:val="17"/>
        </w:rPr>
        <w:t xml:space="preserve"> di </w:t>
      </w:r>
      <w:proofErr w:type="spellStart"/>
      <w:r>
        <w:rPr>
          <w:i/>
          <w:color w:val="6B747A"/>
          <w:sz w:val="17"/>
        </w:rPr>
        <w:t>identità</w:t>
      </w:r>
      <w:proofErr w:type="spellEnd"/>
      <w:r>
        <w:rPr>
          <w:i/>
          <w:color w:val="6B747A"/>
          <w:sz w:val="17"/>
        </w:rPr>
        <w:t xml:space="preserve"> di ogni persona </w:t>
      </w:r>
      <w:proofErr w:type="spellStart"/>
      <w:r>
        <w:rPr>
          <w:i/>
          <w:color w:val="6B747A"/>
          <w:sz w:val="17"/>
        </w:rPr>
        <w:t>delegata</w:t>
      </w:r>
      <w:proofErr w:type="spellEnd"/>
      <w:r>
        <w:rPr>
          <w:i/>
          <w:color w:val="6B747A"/>
          <w:sz w:val="17"/>
        </w:rPr>
        <w:t>.</w:t>
      </w:r>
    </w:p>
    <w:p w14:paraId="3AB8D299" w14:textId="77777777" w:rsidR="00404FAE" w:rsidRDefault="00404FAE">
      <w:pPr>
        <w:spacing w:after="0"/>
      </w:pPr>
    </w:p>
    <w:p w14:paraId="5F74123E" w14:textId="77777777" w:rsidR="00404FAE" w:rsidRDefault="00000000">
      <w:r>
        <w:t xml:space="preserve">Il/La </w:t>
      </w:r>
      <w:proofErr w:type="spellStart"/>
      <w:r>
        <w:t>sottoscritto</w:t>
      </w:r>
      <w:proofErr w:type="spellEnd"/>
      <w:r>
        <w:t xml:space="preserve">/a </w:t>
      </w:r>
      <w:r>
        <w:rPr>
          <w:b/>
        </w:rPr>
        <w:t>____________________________________________________________</w:t>
      </w:r>
      <w:r>
        <w:t xml:space="preserve">, </w:t>
      </w:r>
      <w:proofErr w:type="spellStart"/>
      <w:r>
        <w:t>esercente</w:t>
      </w:r>
      <w:proofErr w:type="spellEnd"/>
      <w:r>
        <w:t xml:space="preserve"> la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genitoriale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/la </w:t>
      </w:r>
      <w:proofErr w:type="spellStart"/>
      <w:r>
        <w:t>minore</w:t>
      </w:r>
      <w:proofErr w:type="spellEnd"/>
      <w:r>
        <w:t xml:space="preserve"> </w:t>
      </w:r>
      <w:r>
        <w:rPr>
          <w:b/>
        </w:rPr>
        <w:t>____________________________________________________________</w:t>
      </w:r>
    </w:p>
    <w:p w14:paraId="02ECCC7D" w14:textId="77777777" w:rsidR="00404FAE" w:rsidRDefault="00000000">
      <w:pPr>
        <w:jc w:val="center"/>
      </w:pPr>
      <w:r>
        <w:rPr>
          <w:b/>
          <w:color w:val="D83B34"/>
          <w:sz w:val="22"/>
        </w:rPr>
        <w:t>DELEGA</w:t>
      </w:r>
    </w:p>
    <w:p w14:paraId="516D8378" w14:textId="77777777" w:rsidR="00404FAE" w:rsidRDefault="00000000">
      <w:pPr>
        <w:jc w:val="both"/>
      </w:pPr>
      <w:r>
        <w:t xml:space="preserve">le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maggiorenni</w:t>
      </w:r>
      <w:proofErr w:type="spellEnd"/>
      <w:r>
        <w:t xml:space="preserve"> sotto indicate a </w:t>
      </w:r>
      <w:proofErr w:type="spellStart"/>
      <w:r>
        <w:t>ritirare</w:t>
      </w:r>
      <w:proofErr w:type="spellEnd"/>
      <w:r>
        <w:t xml:space="preserve"> il/la bambino/a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t xml:space="preserve">, </w:t>
      </w:r>
      <w:proofErr w:type="spellStart"/>
      <w:r>
        <w:t>nel</w:t>
      </w:r>
      <w:proofErr w:type="spellEnd"/>
      <w:r>
        <w:t xml:space="preserve"> rispetto degli </w:t>
      </w:r>
      <w:proofErr w:type="spellStart"/>
      <w:r>
        <w:t>orari</w:t>
      </w:r>
      <w:proofErr w:type="spellEnd"/>
      <w:r>
        <w:t xml:space="preserve"> e delle </w:t>
      </w:r>
      <w:proofErr w:type="spellStart"/>
      <w:r>
        <w:t>disposizioni</w:t>
      </w:r>
      <w:proofErr w:type="spellEnd"/>
      <w:r>
        <w:t xml:space="preserve"> interne.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2119"/>
        <w:gridCol w:w="2119"/>
        <w:gridCol w:w="2119"/>
        <w:gridCol w:w="1410"/>
        <w:gridCol w:w="709"/>
      </w:tblGrid>
      <w:tr w:rsidR="00404FAE" w14:paraId="09754FAF" w14:textId="77777777">
        <w:trPr>
          <w:tblHeader/>
          <w:jc w:val="center"/>
        </w:trPr>
        <w:tc>
          <w:tcPr>
            <w:tcW w:w="2494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E5EDF2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15964F1" w14:textId="77777777" w:rsidR="00404FAE" w:rsidRDefault="00000000">
            <w:pPr>
              <w:jc w:val="center"/>
            </w:pPr>
            <w:proofErr w:type="spellStart"/>
            <w:r>
              <w:rPr>
                <w:b/>
                <w:sz w:val="16"/>
              </w:rPr>
              <w:t>Cognome</w:t>
            </w:r>
            <w:proofErr w:type="spellEnd"/>
            <w:r>
              <w:rPr>
                <w:b/>
                <w:sz w:val="16"/>
              </w:rPr>
              <w:t xml:space="preserve"> e </w:t>
            </w:r>
            <w:proofErr w:type="spellStart"/>
            <w:r>
              <w:rPr>
                <w:b/>
                <w:sz w:val="16"/>
              </w:rPr>
              <w:t>nome</w:t>
            </w:r>
            <w:proofErr w:type="spellEnd"/>
          </w:p>
        </w:tc>
        <w:tc>
          <w:tcPr>
            <w:tcW w:w="2041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E5EDF2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0D8253EF" w14:textId="77777777" w:rsidR="00404FAE" w:rsidRDefault="00000000">
            <w:pPr>
              <w:jc w:val="center"/>
            </w:pPr>
            <w:proofErr w:type="spellStart"/>
            <w:r>
              <w:rPr>
                <w:b/>
                <w:sz w:val="16"/>
              </w:rPr>
              <w:t>Luogo</w:t>
            </w:r>
            <w:proofErr w:type="spellEnd"/>
            <w:r>
              <w:rPr>
                <w:b/>
                <w:sz w:val="16"/>
              </w:rPr>
              <w:t xml:space="preserve">/data di </w:t>
            </w:r>
            <w:proofErr w:type="spellStart"/>
            <w:r>
              <w:rPr>
                <w:b/>
                <w:sz w:val="16"/>
              </w:rPr>
              <w:t>nascita</w:t>
            </w:r>
            <w:proofErr w:type="spellEnd"/>
          </w:p>
        </w:tc>
        <w:tc>
          <w:tcPr>
            <w:tcW w:w="2041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E5EDF2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BDABE55" w14:textId="77777777" w:rsidR="00404FAE" w:rsidRDefault="00000000">
            <w:pPr>
              <w:jc w:val="center"/>
            </w:pPr>
            <w:proofErr w:type="spellStart"/>
            <w:r>
              <w:rPr>
                <w:b/>
                <w:sz w:val="16"/>
              </w:rPr>
              <w:t>Documento</w:t>
            </w:r>
            <w:proofErr w:type="spellEnd"/>
          </w:p>
        </w:tc>
        <w:tc>
          <w:tcPr>
            <w:tcW w:w="1814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E5EDF2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71C499CB" w14:textId="77777777" w:rsidR="00404FAE" w:rsidRDefault="00000000">
            <w:pPr>
              <w:jc w:val="center"/>
            </w:pPr>
            <w:proofErr w:type="spellStart"/>
            <w:r>
              <w:rPr>
                <w:b/>
                <w:sz w:val="16"/>
              </w:rPr>
              <w:t>Rapporto</w:t>
            </w:r>
            <w:proofErr w:type="spellEnd"/>
          </w:p>
        </w:tc>
        <w:tc>
          <w:tcPr>
            <w:tcW w:w="1871" w:type="dxa"/>
            <w:gridSpan w:val="2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E5EDF2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1E4CF590" w14:textId="77777777" w:rsidR="00404FAE" w:rsidRDefault="00000000">
            <w:pPr>
              <w:jc w:val="center"/>
            </w:pPr>
            <w:proofErr w:type="spellStart"/>
            <w:r>
              <w:rPr>
                <w:b/>
                <w:sz w:val="16"/>
              </w:rPr>
              <w:t>Cellulare</w:t>
            </w:r>
            <w:proofErr w:type="spellEnd"/>
          </w:p>
        </w:tc>
      </w:tr>
      <w:tr w:rsidR="00404FAE" w14:paraId="6B1EA262" w14:textId="77777777">
        <w:trPr>
          <w:jc w:val="center"/>
        </w:trPr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747EB327" w14:textId="77777777" w:rsidR="00404FAE" w:rsidRDefault="00404FAE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3BABE36B" w14:textId="77777777" w:rsidR="00404FAE" w:rsidRDefault="00404FAE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4C404A46" w14:textId="77777777" w:rsidR="00404FAE" w:rsidRDefault="00404FAE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596E476E" w14:textId="77777777" w:rsidR="00404FAE" w:rsidRDefault="00404FAE"/>
        </w:tc>
        <w:tc>
          <w:tcPr>
            <w:tcW w:w="2119" w:type="dxa"/>
            <w:gridSpan w:val="2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76B7254B" w14:textId="77777777" w:rsidR="00404FAE" w:rsidRDefault="00404FAE"/>
        </w:tc>
      </w:tr>
      <w:tr w:rsidR="00404FAE" w14:paraId="04AF05CB" w14:textId="77777777">
        <w:trPr>
          <w:jc w:val="center"/>
        </w:trPr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1148786C" w14:textId="77777777" w:rsidR="00404FAE" w:rsidRDefault="00404FAE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24409397" w14:textId="77777777" w:rsidR="00404FAE" w:rsidRDefault="00404FAE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5C6ABEDA" w14:textId="77777777" w:rsidR="00404FAE" w:rsidRDefault="00404FAE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0628977A" w14:textId="77777777" w:rsidR="00404FAE" w:rsidRDefault="00404FAE"/>
        </w:tc>
        <w:tc>
          <w:tcPr>
            <w:tcW w:w="2119" w:type="dxa"/>
            <w:gridSpan w:val="2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5E47D479" w14:textId="77777777" w:rsidR="00404FAE" w:rsidRDefault="00404FAE"/>
        </w:tc>
      </w:tr>
      <w:tr w:rsidR="00404FAE" w14:paraId="3DF10BB6" w14:textId="77777777">
        <w:trPr>
          <w:jc w:val="center"/>
        </w:trPr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497DFC6F" w14:textId="77777777" w:rsidR="00404FAE" w:rsidRDefault="00404FAE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014A174E" w14:textId="77777777" w:rsidR="00404FAE" w:rsidRDefault="00404FAE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126CAACF" w14:textId="77777777" w:rsidR="00404FAE" w:rsidRDefault="00404FAE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6DE185C3" w14:textId="77777777" w:rsidR="00404FAE" w:rsidRDefault="00404FAE"/>
        </w:tc>
        <w:tc>
          <w:tcPr>
            <w:tcW w:w="2119" w:type="dxa"/>
            <w:gridSpan w:val="2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7FD588E1" w14:textId="77777777" w:rsidR="00404FAE" w:rsidRDefault="00404FAE"/>
        </w:tc>
      </w:tr>
      <w:tr w:rsidR="00404FAE" w14:paraId="3F0B9E5F" w14:textId="77777777">
        <w:trPr>
          <w:jc w:val="center"/>
        </w:trPr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635B1537" w14:textId="77777777" w:rsidR="00404FAE" w:rsidRDefault="00404FAE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3849BF7D" w14:textId="77777777" w:rsidR="00404FAE" w:rsidRDefault="00404FAE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0043F675" w14:textId="77777777" w:rsidR="00404FAE" w:rsidRDefault="00404FAE"/>
        </w:tc>
        <w:tc>
          <w:tcPr>
            <w:tcW w:w="2119" w:type="dxa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4A528406" w14:textId="77777777" w:rsidR="00404FAE" w:rsidRDefault="00404FAE"/>
        </w:tc>
        <w:tc>
          <w:tcPr>
            <w:tcW w:w="2119" w:type="dxa"/>
            <w:gridSpan w:val="2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170" w:type="dxa"/>
              <w:left w:w="50" w:type="dxa"/>
              <w:bottom w:w="170" w:type="dxa"/>
              <w:right w:w="50" w:type="dxa"/>
            </w:tcMar>
          </w:tcPr>
          <w:p w14:paraId="5A9FC9C0" w14:textId="77777777" w:rsidR="00404FAE" w:rsidRDefault="00404FAE"/>
        </w:tc>
      </w:tr>
      <w:tr w:rsidR="00404FAE" w14:paraId="6D50ED81" w14:textId="77777777">
        <w:trPr>
          <w:gridAfter w:val="1"/>
          <w:wAfter w:w="39" w:type="dxa"/>
          <w:jc w:val="center"/>
        </w:trPr>
        <w:tc>
          <w:tcPr>
            <w:tcW w:w="102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7053A3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BC77143" w14:textId="77777777" w:rsidR="00404FAE" w:rsidRDefault="00000000">
            <w:r>
              <w:rPr>
                <w:b/>
                <w:color w:val="FFFFFF"/>
              </w:rPr>
              <w:t>DICHIARAZIONI DEL GENITORE/TUTORE</w:t>
            </w:r>
          </w:p>
        </w:tc>
      </w:tr>
    </w:tbl>
    <w:p w14:paraId="54B469B8" w14:textId="77777777" w:rsidR="00404FAE" w:rsidRDefault="00000000">
      <w:pPr>
        <w:spacing w:after="30"/>
      </w:pPr>
      <w:r>
        <w:rPr>
          <w:sz w:val="17"/>
        </w:rPr>
        <w:t xml:space="preserve">□ Le </w:t>
      </w:r>
      <w:proofErr w:type="spellStart"/>
      <w:r>
        <w:rPr>
          <w:sz w:val="17"/>
        </w:rPr>
        <w:t>persone</w:t>
      </w:r>
      <w:proofErr w:type="spellEnd"/>
      <w:r>
        <w:rPr>
          <w:sz w:val="17"/>
        </w:rPr>
        <w:t xml:space="preserve"> delegate </w:t>
      </w:r>
      <w:proofErr w:type="spellStart"/>
      <w:r>
        <w:rPr>
          <w:sz w:val="17"/>
        </w:rPr>
        <w:t>sono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maggiorenni</w:t>
      </w:r>
      <w:proofErr w:type="spellEnd"/>
      <w:r>
        <w:rPr>
          <w:sz w:val="17"/>
        </w:rPr>
        <w:t xml:space="preserve"> e </w:t>
      </w:r>
      <w:proofErr w:type="spellStart"/>
      <w:r>
        <w:rPr>
          <w:sz w:val="17"/>
        </w:rPr>
        <w:t>idonee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ad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assumere</w:t>
      </w:r>
      <w:proofErr w:type="spellEnd"/>
      <w:r>
        <w:rPr>
          <w:sz w:val="17"/>
        </w:rPr>
        <w:t xml:space="preserve"> la custodia del/la </w:t>
      </w:r>
      <w:proofErr w:type="spellStart"/>
      <w:r>
        <w:rPr>
          <w:sz w:val="17"/>
        </w:rPr>
        <w:t>minore</w:t>
      </w:r>
      <w:proofErr w:type="spellEnd"/>
      <w:r>
        <w:rPr>
          <w:sz w:val="17"/>
        </w:rPr>
        <w:t>.</w:t>
      </w:r>
    </w:p>
    <w:p w14:paraId="28489B6D" w14:textId="77777777" w:rsidR="00404FAE" w:rsidRDefault="00000000">
      <w:pPr>
        <w:spacing w:after="30"/>
      </w:pPr>
      <w:r>
        <w:rPr>
          <w:sz w:val="17"/>
        </w:rPr>
        <w:t xml:space="preserve">□ La </w:t>
      </w:r>
      <w:proofErr w:type="spellStart"/>
      <w:r>
        <w:rPr>
          <w:sz w:val="17"/>
        </w:rPr>
        <w:t>responsabilità</w:t>
      </w:r>
      <w:proofErr w:type="spellEnd"/>
      <w:r>
        <w:rPr>
          <w:sz w:val="17"/>
        </w:rPr>
        <w:t xml:space="preserve"> della </w:t>
      </w:r>
      <w:proofErr w:type="spellStart"/>
      <w:r>
        <w:rPr>
          <w:sz w:val="17"/>
        </w:rPr>
        <w:t>scuola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cessa</w:t>
      </w:r>
      <w:proofErr w:type="spellEnd"/>
      <w:r>
        <w:rPr>
          <w:sz w:val="17"/>
        </w:rPr>
        <w:t xml:space="preserve"> al </w:t>
      </w:r>
      <w:proofErr w:type="spellStart"/>
      <w:r>
        <w:rPr>
          <w:sz w:val="17"/>
        </w:rPr>
        <w:t>momento</w:t>
      </w:r>
      <w:proofErr w:type="spellEnd"/>
      <w:r>
        <w:rPr>
          <w:sz w:val="17"/>
        </w:rPr>
        <w:t xml:space="preserve"> della </w:t>
      </w:r>
      <w:proofErr w:type="spellStart"/>
      <w:r>
        <w:rPr>
          <w:sz w:val="17"/>
        </w:rPr>
        <w:t>consegna</w:t>
      </w:r>
      <w:proofErr w:type="spellEnd"/>
      <w:r>
        <w:rPr>
          <w:sz w:val="17"/>
        </w:rPr>
        <w:t xml:space="preserve"> del/la </w:t>
      </w:r>
      <w:proofErr w:type="spellStart"/>
      <w:r>
        <w:rPr>
          <w:sz w:val="17"/>
        </w:rPr>
        <w:t>minore</w:t>
      </w:r>
      <w:proofErr w:type="spellEnd"/>
      <w:r>
        <w:rPr>
          <w:sz w:val="17"/>
        </w:rPr>
        <w:t xml:space="preserve"> alla persona </w:t>
      </w:r>
      <w:proofErr w:type="spellStart"/>
      <w:r>
        <w:rPr>
          <w:sz w:val="17"/>
        </w:rPr>
        <w:t>autorizzata</w:t>
      </w:r>
      <w:proofErr w:type="spellEnd"/>
      <w:r>
        <w:rPr>
          <w:sz w:val="17"/>
        </w:rPr>
        <w:t>.</w:t>
      </w:r>
    </w:p>
    <w:p w14:paraId="047F6770" w14:textId="77777777" w:rsidR="00404FAE" w:rsidRDefault="00000000">
      <w:pPr>
        <w:spacing w:after="30"/>
      </w:pPr>
      <w:r>
        <w:rPr>
          <w:sz w:val="17"/>
        </w:rPr>
        <w:t xml:space="preserve">□ La </w:t>
      </w:r>
      <w:proofErr w:type="spellStart"/>
      <w:r>
        <w:rPr>
          <w:sz w:val="17"/>
        </w:rPr>
        <w:t>delega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resta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valida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fino</w:t>
      </w:r>
      <w:proofErr w:type="spellEnd"/>
      <w:r>
        <w:rPr>
          <w:sz w:val="17"/>
        </w:rPr>
        <w:t xml:space="preserve"> a </w:t>
      </w:r>
      <w:proofErr w:type="spellStart"/>
      <w:r>
        <w:rPr>
          <w:sz w:val="17"/>
        </w:rPr>
        <w:t>revoca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scritta</w:t>
      </w:r>
      <w:proofErr w:type="spellEnd"/>
      <w:r>
        <w:rPr>
          <w:sz w:val="17"/>
        </w:rPr>
        <w:t xml:space="preserve"> o </w:t>
      </w:r>
      <w:proofErr w:type="spellStart"/>
      <w:r>
        <w:rPr>
          <w:sz w:val="17"/>
        </w:rPr>
        <w:t>fino</w:t>
      </w:r>
      <w:proofErr w:type="spellEnd"/>
      <w:r>
        <w:rPr>
          <w:sz w:val="17"/>
        </w:rPr>
        <w:t xml:space="preserve"> al </w:t>
      </w:r>
      <w:proofErr w:type="spellStart"/>
      <w:r>
        <w:rPr>
          <w:sz w:val="17"/>
        </w:rPr>
        <w:t>termine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dell’anno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scolastico</w:t>
      </w:r>
      <w:proofErr w:type="spellEnd"/>
      <w:r>
        <w:rPr>
          <w:sz w:val="17"/>
        </w:rPr>
        <w:t xml:space="preserve"> 2026/2027.</w:t>
      </w:r>
    </w:p>
    <w:p w14:paraId="26AFE810" w14:textId="77777777" w:rsidR="00404FAE" w:rsidRDefault="00000000">
      <w:pPr>
        <w:spacing w:after="30"/>
      </w:pPr>
      <w:r>
        <w:rPr>
          <w:sz w:val="17"/>
        </w:rPr>
        <w:t xml:space="preserve">□ Ogni </w:t>
      </w:r>
      <w:proofErr w:type="spellStart"/>
      <w:r>
        <w:rPr>
          <w:sz w:val="17"/>
        </w:rPr>
        <w:t>variazione</w:t>
      </w:r>
      <w:proofErr w:type="spellEnd"/>
      <w:r>
        <w:rPr>
          <w:sz w:val="17"/>
        </w:rPr>
        <w:t xml:space="preserve"> o </w:t>
      </w:r>
      <w:proofErr w:type="spellStart"/>
      <w:r>
        <w:rPr>
          <w:sz w:val="17"/>
        </w:rPr>
        <w:t>revoca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sarà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comunicata</w:t>
      </w:r>
      <w:proofErr w:type="spellEnd"/>
      <w:r>
        <w:rPr>
          <w:sz w:val="17"/>
        </w:rPr>
        <w:t xml:space="preserve"> per </w:t>
      </w:r>
      <w:proofErr w:type="spellStart"/>
      <w:r>
        <w:rPr>
          <w:sz w:val="17"/>
        </w:rPr>
        <w:t>iscritto</w:t>
      </w:r>
      <w:proofErr w:type="spellEnd"/>
      <w:r>
        <w:rPr>
          <w:sz w:val="17"/>
        </w:rPr>
        <w:t xml:space="preserve"> alla </w:t>
      </w:r>
      <w:proofErr w:type="spellStart"/>
      <w:r>
        <w:rPr>
          <w:sz w:val="17"/>
        </w:rPr>
        <w:t>Direzione</w:t>
      </w:r>
      <w:proofErr w:type="spellEnd"/>
      <w:r>
        <w:rPr>
          <w:sz w:val="17"/>
        </w:rPr>
        <w:t>.</w:t>
      </w:r>
    </w:p>
    <w:p w14:paraId="45668661" w14:textId="77777777" w:rsidR="00404FAE" w:rsidRDefault="00000000">
      <w:pPr>
        <w:pStyle w:val="SmallNote"/>
      </w:pPr>
      <w:r>
        <w:t xml:space="preserve">La </w:t>
      </w:r>
      <w:proofErr w:type="spellStart"/>
      <w:r>
        <w:t>scuola</w:t>
      </w:r>
      <w:proofErr w:type="spellEnd"/>
      <w:r>
        <w:t xml:space="preserve"> </w:t>
      </w:r>
      <w:proofErr w:type="spellStart"/>
      <w:r>
        <w:t>può</w:t>
      </w:r>
      <w:proofErr w:type="spellEnd"/>
      <w:r>
        <w:t xml:space="preserve"> </w:t>
      </w:r>
      <w:proofErr w:type="spellStart"/>
      <w:r>
        <w:t>richiedere</w:t>
      </w:r>
      <w:proofErr w:type="spellEnd"/>
      <w:r>
        <w:t xml:space="preserve"> il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 della persona </w:t>
      </w:r>
      <w:proofErr w:type="spellStart"/>
      <w:r>
        <w:t>delegata</w:t>
      </w:r>
      <w:proofErr w:type="spellEnd"/>
      <w:r>
        <w:t xml:space="preserve"> e </w:t>
      </w:r>
      <w:proofErr w:type="spellStart"/>
      <w:r>
        <w:t>rifiutare</w:t>
      </w:r>
      <w:proofErr w:type="spellEnd"/>
      <w:r>
        <w:t xml:space="preserve"> la </w:t>
      </w:r>
      <w:proofErr w:type="spellStart"/>
      <w:r>
        <w:t>consegna</w:t>
      </w:r>
      <w:proofErr w:type="spellEnd"/>
      <w:r>
        <w:t xml:space="preserve"> </w:t>
      </w:r>
      <w:proofErr w:type="spellStart"/>
      <w:r>
        <w:t>qualora</w:t>
      </w:r>
      <w:proofErr w:type="spellEnd"/>
      <w:r>
        <w:t xml:space="preserve"> non </w:t>
      </w:r>
      <w:proofErr w:type="spellStart"/>
      <w:r>
        <w:t>sia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verificarne</w:t>
      </w:r>
      <w:proofErr w:type="spellEnd"/>
      <w:r>
        <w:t xml:space="preserve"> </w:t>
      </w:r>
      <w:proofErr w:type="spellStart"/>
      <w:r>
        <w:t>l’identità</w:t>
      </w:r>
      <w:proofErr w:type="spellEnd"/>
      <w:r>
        <w:t xml:space="preserve"> o </w:t>
      </w:r>
      <w:proofErr w:type="spellStart"/>
      <w:r>
        <w:t>l’autorizzazione</w:t>
      </w:r>
      <w:proofErr w:type="spellEnd"/>
      <w: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20"/>
        <w:gridCol w:w="3420"/>
        <w:gridCol w:w="3420"/>
      </w:tblGrid>
      <w:tr w:rsidR="00404FAE" w14:paraId="094EF1C5" w14:textId="77777777">
        <w:trPr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093E058B" w14:textId="77777777" w:rsidR="00404FAE" w:rsidRDefault="00000000">
            <w:pPr>
              <w:jc w:val="center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2B6751DB" w14:textId="77777777" w:rsidR="00404FAE" w:rsidRDefault="00000000">
            <w:pPr>
              <w:jc w:val="center"/>
            </w:pPr>
            <w:proofErr w:type="spellStart"/>
            <w:r>
              <w:rPr>
                <w:b/>
                <w:sz w:val="17"/>
              </w:rPr>
              <w:t>Firma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genitore</w:t>
            </w:r>
            <w:proofErr w:type="spellEnd"/>
            <w:r>
              <w:rPr>
                <w:b/>
                <w:sz w:val="17"/>
              </w:rPr>
              <w:t>/</w:t>
            </w:r>
            <w:proofErr w:type="spellStart"/>
            <w:r>
              <w:rPr>
                <w:b/>
                <w:sz w:val="17"/>
              </w:rPr>
              <w:t>tutore</w:t>
            </w:r>
            <w:proofErr w:type="spellEnd"/>
            <w:r>
              <w:rPr>
                <w:b/>
                <w:sz w:val="17"/>
              </w:rPr>
              <w:t xml:space="preserve"> 1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35BC066A" w14:textId="77777777" w:rsidR="00404FAE" w:rsidRDefault="00000000">
            <w:pPr>
              <w:jc w:val="center"/>
            </w:pPr>
            <w:proofErr w:type="spellStart"/>
            <w:r>
              <w:rPr>
                <w:b/>
                <w:sz w:val="17"/>
              </w:rPr>
              <w:t>Firma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genitore</w:t>
            </w:r>
            <w:proofErr w:type="spellEnd"/>
            <w:r>
              <w:rPr>
                <w:b/>
                <w:sz w:val="17"/>
              </w:rPr>
              <w:t>/</w:t>
            </w:r>
            <w:proofErr w:type="spellStart"/>
            <w:r>
              <w:rPr>
                <w:b/>
                <w:sz w:val="17"/>
              </w:rPr>
              <w:t>tutore</w:t>
            </w:r>
            <w:proofErr w:type="spellEnd"/>
            <w:r>
              <w:rPr>
                <w:b/>
                <w:sz w:val="17"/>
              </w:rPr>
              <w:t xml:space="preserve"> 2</w:t>
            </w:r>
          </w:p>
        </w:tc>
      </w:tr>
      <w:tr w:rsidR="00404FAE" w14:paraId="59DEB9E3" w14:textId="77777777">
        <w:trPr>
          <w:jc w:val="center"/>
        </w:trPr>
        <w:tc>
          <w:tcPr>
            <w:tcW w:w="3420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349DBD34" w14:textId="77777777" w:rsidR="00404FAE" w:rsidRDefault="00000000">
            <w:r>
              <w:br/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227034EE" w14:textId="77777777" w:rsidR="00404FAE" w:rsidRDefault="00000000">
            <w:r>
              <w:br/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45AB5B6A" w14:textId="77777777" w:rsidR="00404FAE" w:rsidRDefault="00000000">
            <w:r>
              <w:br/>
            </w:r>
          </w:p>
        </w:tc>
      </w:tr>
    </w:tbl>
    <w:p w14:paraId="508E2523" w14:textId="77777777" w:rsidR="00404FAE" w:rsidRDefault="00404FAE">
      <w:pPr>
        <w:sectPr w:rsidR="00404FAE">
          <w:pgSz w:w="12240" w:h="15840"/>
          <w:pgMar w:top="1332" w:right="822" w:bottom="992" w:left="822" w:header="198" w:footer="198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404FAE" w14:paraId="6C4ABD17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2297C9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8338A3A" w14:textId="77777777" w:rsidR="00404FAE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PRIVACY, FOTO E VIDEO</w:t>
            </w:r>
          </w:p>
        </w:tc>
      </w:tr>
    </w:tbl>
    <w:p w14:paraId="0A451C76" w14:textId="77777777" w:rsidR="00404FAE" w:rsidRDefault="00000000">
      <w:pPr>
        <w:jc w:val="center"/>
      </w:pPr>
      <w:r>
        <w:rPr>
          <w:i/>
          <w:color w:val="6B747A"/>
          <w:sz w:val="17"/>
        </w:rPr>
        <w:t xml:space="preserve">I </w:t>
      </w:r>
      <w:proofErr w:type="spellStart"/>
      <w:r>
        <w:rPr>
          <w:i/>
          <w:color w:val="6B747A"/>
          <w:sz w:val="17"/>
        </w:rPr>
        <w:t>consensi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facoltativi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sono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separati</w:t>
      </w:r>
      <w:proofErr w:type="spellEnd"/>
      <w:r>
        <w:rPr>
          <w:i/>
          <w:color w:val="6B747A"/>
          <w:sz w:val="17"/>
        </w:rPr>
        <w:t xml:space="preserve"> e </w:t>
      </w:r>
      <w:proofErr w:type="spellStart"/>
      <w:r>
        <w:rPr>
          <w:i/>
          <w:color w:val="6B747A"/>
          <w:sz w:val="17"/>
        </w:rPr>
        <w:t>possono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essere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revocati</w:t>
      </w:r>
      <w:proofErr w:type="spellEnd"/>
      <w:r>
        <w:rPr>
          <w:i/>
          <w:color w:val="6B747A"/>
          <w:sz w:val="17"/>
        </w:rPr>
        <w:t xml:space="preserve"> per il </w:t>
      </w:r>
      <w:proofErr w:type="spellStart"/>
      <w:r>
        <w:rPr>
          <w:i/>
          <w:color w:val="6B747A"/>
          <w:sz w:val="17"/>
        </w:rPr>
        <w:t>futuro</w:t>
      </w:r>
      <w:proofErr w:type="spellEnd"/>
      <w:r>
        <w:rPr>
          <w:i/>
          <w:color w:val="6B747A"/>
          <w:sz w:val="17"/>
        </w:rPr>
        <w:t xml:space="preserve"> con </w:t>
      </w:r>
      <w:proofErr w:type="spellStart"/>
      <w:r>
        <w:rPr>
          <w:i/>
          <w:color w:val="6B747A"/>
          <w:sz w:val="17"/>
        </w:rPr>
        <w:t>comunicazione</w:t>
      </w:r>
      <w:proofErr w:type="spellEnd"/>
      <w:r>
        <w:rPr>
          <w:i/>
          <w:color w:val="6B747A"/>
          <w:sz w:val="17"/>
        </w:rPr>
        <w:t xml:space="preserve"> </w:t>
      </w:r>
      <w:proofErr w:type="spellStart"/>
      <w:r>
        <w:rPr>
          <w:i/>
          <w:color w:val="6B747A"/>
          <w:sz w:val="17"/>
        </w:rPr>
        <w:t>scritta</w:t>
      </w:r>
      <w:proofErr w:type="spellEnd"/>
      <w:r>
        <w:rPr>
          <w:i/>
          <w:color w:val="6B747A"/>
          <w:sz w:val="17"/>
        </w:rPr>
        <w:t>.</w:t>
      </w:r>
    </w:p>
    <w:p w14:paraId="18618D26" w14:textId="77777777" w:rsidR="00404FAE" w:rsidRDefault="00404FA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404FAE" w14:paraId="07C5A9B9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17099B5" w14:textId="77777777" w:rsidR="00404FAE" w:rsidRDefault="00000000">
            <w:r>
              <w:rPr>
                <w:b/>
                <w:color w:val="FFFFFF"/>
              </w:rPr>
              <w:t>PRESA VISIONE DELL’INFORMATIVA</w:t>
            </w:r>
          </w:p>
        </w:tc>
      </w:tr>
    </w:tbl>
    <w:p w14:paraId="450CC026" w14:textId="77777777" w:rsidR="00404FAE" w:rsidRDefault="00000000">
      <w:pPr>
        <w:jc w:val="both"/>
      </w:pPr>
      <w:r>
        <w:t xml:space="preserve">I </w:t>
      </w:r>
      <w:proofErr w:type="spellStart"/>
      <w:r>
        <w:t>sottoscritti</w:t>
      </w:r>
      <w:proofErr w:type="spellEnd"/>
      <w:r>
        <w:t xml:space="preserve"> </w:t>
      </w:r>
      <w:proofErr w:type="spellStart"/>
      <w:r>
        <w:t>dichiarano</w:t>
      </w:r>
      <w:proofErr w:type="spellEnd"/>
      <w:r>
        <w:t xml:space="preserve"> di aver </w:t>
      </w:r>
      <w:proofErr w:type="spellStart"/>
      <w:r>
        <w:t>ricevuto</w:t>
      </w:r>
      <w:proofErr w:type="spellEnd"/>
      <w:r>
        <w:t xml:space="preserve"> e </w:t>
      </w:r>
      <w:proofErr w:type="spellStart"/>
      <w:r>
        <w:t>letto</w:t>
      </w:r>
      <w:proofErr w:type="spellEnd"/>
      <w:r>
        <w:t xml:space="preserve"> </w:t>
      </w:r>
      <w:proofErr w:type="spellStart"/>
      <w:r>
        <w:t>l’informativa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ai sensi del </w:t>
      </w:r>
      <w:proofErr w:type="spellStart"/>
      <w:r>
        <w:t>Regolamento</w:t>
      </w:r>
      <w:proofErr w:type="spellEnd"/>
      <w:r>
        <w:t xml:space="preserve"> (UE) 2016/679 e della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nazionale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. </w:t>
      </w:r>
      <w:r>
        <w:rPr>
          <w:b/>
        </w:rPr>
        <w:t xml:space="preserve">Il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necessari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all’iscrizione</w:t>
      </w:r>
      <w:proofErr w:type="spellEnd"/>
      <w:r>
        <w:rPr>
          <w:b/>
        </w:rPr>
        <w:t xml:space="preserve"> e alla </w:t>
      </w:r>
      <w:proofErr w:type="spellStart"/>
      <w:r>
        <w:rPr>
          <w:b/>
        </w:rPr>
        <w:t>gestione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servizio</w:t>
      </w:r>
      <w:proofErr w:type="spellEnd"/>
      <w:r>
        <w:rPr>
          <w:b/>
        </w:rPr>
        <w:t xml:space="preserve"> non </w:t>
      </w:r>
      <w:proofErr w:type="spellStart"/>
      <w:r>
        <w:rPr>
          <w:b/>
        </w:rPr>
        <w:t>dipende</w:t>
      </w:r>
      <w:proofErr w:type="spellEnd"/>
      <w:r>
        <w:rPr>
          <w:b/>
        </w:rPr>
        <w:t xml:space="preserve"> dal </w:t>
      </w:r>
      <w:proofErr w:type="spellStart"/>
      <w:r>
        <w:rPr>
          <w:b/>
        </w:rPr>
        <w:t>consenso</w:t>
      </w:r>
      <w:proofErr w:type="spellEnd"/>
      <w:r>
        <w:rPr>
          <w:b/>
        </w:rPr>
        <w:t xml:space="preserve"> alle </w:t>
      </w:r>
      <w:proofErr w:type="spellStart"/>
      <w:r>
        <w:rPr>
          <w:b/>
        </w:rPr>
        <w:t>immagini</w:t>
      </w:r>
      <w:proofErr w:type="spellEnd"/>
      <w:r>
        <w:rPr>
          <w:b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404FAE" w14:paraId="13E797DD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5345683" w14:textId="77777777" w:rsidR="00404FAE" w:rsidRDefault="00000000">
            <w:r>
              <w:rPr>
                <w:b/>
                <w:color w:val="FFFFFF"/>
              </w:rPr>
              <w:t>CONSENSO 1 - DOCUMENTAZIONE EDUCATIVA RISERVATA</w:t>
            </w:r>
          </w:p>
        </w:tc>
      </w:tr>
    </w:tbl>
    <w:p w14:paraId="36B9BC92" w14:textId="77777777" w:rsidR="00404FAE" w:rsidRDefault="00000000">
      <w:proofErr w:type="spellStart"/>
      <w:r>
        <w:t>Autorizzo</w:t>
      </w:r>
      <w:proofErr w:type="spellEnd"/>
      <w:r>
        <w:t xml:space="preserve"> la </w:t>
      </w:r>
      <w:proofErr w:type="spellStart"/>
      <w:r>
        <w:t>realizzazione</w:t>
      </w:r>
      <w:proofErr w:type="spellEnd"/>
      <w:r>
        <w:t xml:space="preserve"> di </w:t>
      </w:r>
      <w:proofErr w:type="spellStart"/>
      <w:r>
        <w:t>fotografie</w:t>
      </w:r>
      <w:proofErr w:type="spellEnd"/>
      <w:r>
        <w:t xml:space="preserve"> e </w:t>
      </w:r>
      <w:proofErr w:type="spellStart"/>
      <w:r>
        <w:t>brevi</w:t>
      </w:r>
      <w:proofErr w:type="spellEnd"/>
      <w:r>
        <w:t xml:space="preserve"> video del/la </w:t>
      </w:r>
      <w:proofErr w:type="spellStart"/>
      <w:r>
        <w:t>minore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le </w:t>
      </w:r>
      <w:proofErr w:type="spellStart"/>
      <w:r>
        <w:t>attività</w:t>
      </w:r>
      <w:proofErr w:type="spellEnd"/>
      <w:r>
        <w:t xml:space="preserve">, </w:t>
      </w:r>
      <w:proofErr w:type="spellStart"/>
      <w:r>
        <w:t>destinati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alla </w:t>
      </w:r>
      <w:proofErr w:type="spellStart"/>
      <w:r>
        <w:t>documentazione</w:t>
      </w:r>
      <w:proofErr w:type="spellEnd"/>
      <w:r>
        <w:t xml:space="preserve"> </w:t>
      </w:r>
      <w:proofErr w:type="spellStart"/>
      <w:r>
        <w:t>educativa</w:t>
      </w:r>
      <w:proofErr w:type="spellEnd"/>
      <w:r>
        <w:t xml:space="preserve"> e alla </w:t>
      </w:r>
      <w:proofErr w:type="spellStart"/>
      <w:r>
        <w:t>condivisione</w:t>
      </w:r>
      <w:proofErr w:type="spellEnd"/>
      <w:r>
        <w:t xml:space="preserve"> </w:t>
      </w:r>
      <w:proofErr w:type="spellStart"/>
      <w:r>
        <w:t>riservata</w:t>
      </w:r>
      <w:proofErr w:type="spellEnd"/>
      <w:r>
        <w:t xml:space="preserve"> con la </w:t>
      </w:r>
      <w:proofErr w:type="spellStart"/>
      <w:r>
        <w:t>famiglia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0"/>
        <w:gridCol w:w="80"/>
      </w:tblGrid>
      <w:tr w:rsidR="00404FAE" w14:paraId="37650E31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840B3A" w14:textId="77777777" w:rsidR="00404FAE" w:rsidRDefault="00000000">
            <w:r>
              <w:rPr>
                <w:sz w:val="18"/>
              </w:rPr>
              <w:t>□ AUTORIZZO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AF6FE8" w14:textId="77777777" w:rsidR="00404FAE" w:rsidRDefault="00000000">
            <w:r>
              <w:rPr>
                <w:sz w:val="18"/>
              </w:rPr>
              <w:t>□ NON AUTORIZZO</w:t>
            </w:r>
          </w:p>
        </w:tc>
      </w:tr>
      <w:tr w:rsidR="00404FAE" w14:paraId="7DF61EA8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83B34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ADE51D5" w14:textId="77777777" w:rsidR="00404FAE" w:rsidRDefault="00000000">
            <w:r>
              <w:rPr>
                <w:b/>
                <w:color w:val="FFFFFF"/>
              </w:rPr>
              <w:t>CONSENSO 2 - SITO WEB E CANALI SOCIAL UFFICIALI</w:t>
            </w:r>
          </w:p>
        </w:tc>
      </w:tr>
    </w:tbl>
    <w:p w14:paraId="660321C5" w14:textId="77777777" w:rsidR="00404FAE" w:rsidRDefault="00000000">
      <w:proofErr w:type="spellStart"/>
      <w:r>
        <w:t>Autorizzo</w:t>
      </w:r>
      <w:proofErr w:type="spellEnd"/>
      <w:r>
        <w:t xml:space="preserve"> la </w:t>
      </w:r>
      <w:proofErr w:type="spellStart"/>
      <w:r>
        <w:t>pubblicazione</w:t>
      </w:r>
      <w:proofErr w:type="spellEnd"/>
      <w:r>
        <w:t xml:space="preserve"> di </w:t>
      </w:r>
      <w:proofErr w:type="spellStart"/>
      <w:r>
        <w:t>immagini</w:t>
      </w:r>
      <w:proofErr w:type="spellEnd"/>
      <w:r>
        <w:t xml:space="preserve"> e/o video del/la </w:t>
      </w:r>
      <w:proofErr w:type="spellStart"/>
      <w:r>
        <w:t>minore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sito</w:t>
      </w:r>
      <w:proofErr w:type="spellEnd"/>
      <w:r>
        <w:t xml:space="preserve"> web e sui </w:t>
      </w:r>
      <w:proofErr w:type="spellStart"/>
      <w:r>
        <w:t>canali</w:t>
      </w:r>
      <w:proofErr w:type="spellEnd"/>
      <w:r>
        <w:t xml:space="preserve"> social </w:t>
      </w:r>
      <w:proofErr w:type="spellStart"/>
      <w:r>
        <w:t>ufficiali</w:t>
      </w:r>
      <w:proofErr w:type="spellEnd"/>
      <w:r>
        <w:t xml:space="preserve"> della </w:t>
      </w:r>
      <w:proofErr w:type="spellStart"/>
      <w:r>
        <w:t>scuola</w:t>
      </w:r>
      <w:proofErr w:type="spellEnd"/>
      <w:r>
        <w:t xml:space="preserve">, per </w:t>
      </w:r>
      <w:proofErr w:type="spellStart"/>
      <w:r>
        <w:t>raccontare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, </w:t>
      </w:r>
      <w:proofErr w:type="spellStart"/>
      <w:r>
        <w:t>progetti</w:t>
      </w:r>
      <w:proofErr w:type="spellEnd"/>
      <w:r>
        <w:t xml:space="preserve"> ed </w:t>
      </w:r>
      <w:proofErr w:type="spellStart"/>
      <w:r>
        <w:t>eventi</w:t>
      </w:r>
      <w:proofErr w:type="spellEnd"/>
      <w:r>
        <w:t xml:space="preserve">, </w:t>
      </w:r>
      <w:proofErr w:type="spellStart"/>
      <w:r>
        <w:t>nel</w:t>
      </w:r>
      <w:proofErr w:type="spellEnd"/>
      <w:r>
        <w:t xml:space="preserve"> rispetto della </w:t>
      </w:r>
      <w:proofErr w:type="spellStart"/>
      <w:r>
        <w:t>dignità</w:t>
      </w:r>
      <w:proofErr w:type="spellEnd"/>
      <w:r>
        <w:t xml:space="preserve"> del bambino/a e senza </w:t>
      </w:r>
      <w:proofErr w:type="spellStart"/>
      <w:r>
        <w:t>indicazione</w:t>
      </w:r>
      <w:proofErr w:type="spellEnd"/>
      <w:r>
        <w:t xml:space="preserve"> di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eccedenti</w:t>
      </w:r>
      <w:proofErr w:type="spellEnd"/>
      <w: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0"/>
        <w:gridCol w:w="80"/>
      </w:tblGrid>
      <w:tr w:rsidR="00404FAE" w14:paraId="53D2AD00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335D75" w14:textId="77777777" w:rsidR="00404FAE" w:rsidRDefault="00000000">
            <w:r>
              <w:rPr>
                <w:sz w:val="18"/>
              </w:rPr>
              <w:t>□ AUTORIZZO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9511A4" w14:textId="77777777" w:rsidR="00404FAE" w:rsidRDefault="00000000">
            <w:r>
              <w:rPr>
                <w:sz w:val="18"/>
              </w:rPr>
              <w:t>□ NON AUTORIZZO</w:t>
            </w:r>
          </w:p>
        </w:tc>
      </w:tr>
      <w:tr w:rsidR="00404FAE" w14:paraId="433C5EC5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053A3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5443AC78" w14:textId="77777777" w:rsidR="00404FAE" w:rsidRDefault="00000000">
            <w:r>
              <w:rPr>
                <w:b/>
                <w:color w:val="FFFFFF"/>
              </w:rPr>
              <w:t>CONSENSO 3 - MATERIALE INFORMATIVO E PROMOZIONALE</w:t>
            </w:r>
          </w:p>
        </w:tc>
      </w:tr>
    </w:tbl>
    <w:p w14:paraId="7E0C89F9" w14:textId="77777777" w:rsidR="00404FAE" w:rsidRDefault="00000000">
      <w:proofErr w:type="spellStart"/>
      <w:r>
        <w:t>Autorizzo</w:t>
      </w:r>
      <w:proofErr w:type="spellEnd"/>
      <w:r>
        <w:t xml:space="preserve"> </w:t>
      </w:r>
      <w:proofErr w:type="spellStart"/>
      <w:r>
        <w:t>l’utilizzo</w:t>
      </w:r>
      <w:proofErr w:type="spellEnd"/>
      <w:r>
        <w:t xml:space="preserve"> di </w:t>
      </w:r>
      <w:proofErr w:type="spellStart"/>
      <w:r>
        <w:t>immagini</w:t>
      </w:r>
      <w:proofErr w:type="spellEnd"/>
      <w:r>
        <w:t xml:space="preserve"> e/o video del/la </w:t>
      </w:r>
      <w:proofErr w:type="spellStart"/>
      <w:r>
        <w:t>minore</w:t>
      </w:r>
      <w:proofErr w:type="spellEnd"/>
      <w:r>
        <w:t xml:space="preserve"> in brochure, </w:t>
      </w:r>
      <w:proofErr w:type="spellStart"/>
      <w:r>
        <w:t>locandine</w:t>
      </w:r>
      <w:proofErr w:type="spellEnd"/>
      <w:r>
        <w:t xml:space="preserve">, </w:t>
      </w:r>
      <w:proofErr w:type="spellStart"/>
      <w:r>
        <w:t>presentazioni</w:t>
      </w:r>
      <w:proofErr w:type="spellEnd"/>
      <w:r>
        <w:t xml:space="preserve">, video </w:t>
      </w:r>
      <w:proofErr w:type="spellStart"/>
      <w:r>
        <w:t>istituzionali</w:t>
      </w:r>
      <w:proofErr w:type="spellEnd"/>
      <w:r>
        <w:t xml:space="preserve"> e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materiali</w:t>
      </w:r>
      <w:proofErr w:type="spellEnd"/>
      <w:r>
        <w:t xml:space="preserve"> </w:t>
      </w:r>
      <w:proofErr w:type="spellStart"/>
      <w:r>
        <w:t>informativi</w:t>
      </w:r>
      <w:proofErr w:type="spellEnd"/>
      <w:r>
        <w:t xml:space="preserve"> della </w:t>
      </w:r>
      <w:proofErr w:type="spellStart"/>
      <w:r>
        <w:t>scuola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diffusi</w:t>
      </w:r>
      <w:proofErr w:type="spellEnd"/>
      <w:r>
        <w:t xml:space="preserve"> al </w:t>
      </w:r>
      <w:proofErr w:type="spellStart"/>
      <w:r>
        <w:t>pubblico</w:t>
      </w:r>
      <w:proofErr w:type="spellEnd"/>
      <w: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0"/>
        <w:gridCol w:w="80"/>
      </w:tblGrid>
      <w:tr w:rsidR="00404FAE" w14:paraId="328F12DF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161090" w14:textId="77777777" w:rsidR="00404FAE" w:rsidRDefault="00000000">
            <w:r>
              <w:rPr>
                <w:sz w:val="18"/>
              </w:rPr>
              <w:t>□ AUTORIZZO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864EEF" w14:textId="77777777" w:rsidR="00404FAE" w:rsidRDefault="00000000">
            <w:r>
              <w:rPr>
                <w:sz w:val="18"/>
              </w:rPr>
              <w:t>□ NON AUTORIZZO</w:t>
            </w:r>
          </w:p>
        </w:tc>
      </w:tr>
      <w:tr w:rsidR="00404FAE" w14:paraId="194617C9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5D3CC01" w14:textId="77777777" w:rsidR="00404FAE" w:rsidRDefault="00000000">
            <w:r>
              <w:rPr>
                <w:b/>
                <w:color w:val="FFFFFF"/>
              </w:rPr>
              <w:t>CONDIZIONI DEI CONSENSI</w:t>
            </w:r>
          </w:p>
        </w:tc>
      </w:tr>
    </w:tbl>
    <w:p w14:paraId="310B3032" w14:textId="77777777" w:rsidR="00404FAE" w:rsidRDefault="00000000">
      <w:pPr>
        <w:spacing w:after="30"/>
      </w:pPr>
      <w:r>
        <w:rPr>
          <w:sz w:val="16"/>
        </w:rPr>
        <w:t xml:space="preserve">□ I </w:t>
      </w:r>
      <w:proofErr w:type="spellStart"/>
      <w:r>
        <w:rPr>
          <w:sz w:val="16"/>
        </w:rPr>
        <w:t>consensi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sono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facoltativi</w:t>
      </w:r>
      <w:proofErr w:type="spellEnd"/>
      <w:r>
        <w:rPr>
          <w:sz w:val="16"/>
        </w:rPr>
        <w:t xml:space="preserve"> e il loro </w:t>
      </w:r>
      <w:proofErr w:type="spellStart"/>
      <w:r>
        <w:rPr>
          <w:sz w:val="16"/>
        </w:rPr>
        <w:t>rifiuto</w:t>
      </w:r>
      <w:proofErr w:type="spellEnd"/>
      <w:r>
        <w:rPr>
          <w:sz w:val="16"/>
        </w:rPr>
        <w:t xml:space="preserve"> non </w:t>
      </w:r>
      <w:proofErr w:type="spellStart"/>
      <w:r>
        <w:rPr>
          <w:sz w:val="16"/>
        </w:rPr>
        <w:t>pregiudica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l’iscrizione</w:t>
      </w:r>
      <w:proofErr w:type="spellEnd"/>
      <w:r>
        <w:rPr>
          <w:sz w:val="16"/>
        </w:rPr>
        <w:t xml:space="preserve"> o la </w:t>
      </w:r>
      <w:proofErr w:type="spellStart"/>
      <w:r>
        <w:rPr>
          <w:sz w:val="16"/>
        </w:rPr>
        <w:t>frequenza</w:t>
      </w:r>
      <w:proofErr w:type="spellEnd"/>
      <w:r>
        <w:rPr>
          <w:sz w:val="16"/>
        </w:rPr>
        <w:t>.</w:t>
      </w:r>
    </w:p>
    <w:p w14:paraId="1544AE28" w14:textId="77777777" w:rsidR="00404FAE" w:rsidRDefault="00000000">
      <w:pPr>
        <w:spacing w:after="30"/>
      </w:pPr>
      <w:r>
        <w:rPr>
          <w:sz w:val="16"/>
        </w:rPr>
        <w:t xml:space="preserve">□ La </w:t>
      </w:r>
      <w:proofErr w:type="spellStart"/>
      <w:r>
        <w:rPr>
          <w:sz w:val="16"/>
        </w:rPr>
        <w:t>revoca</w:t>
      </w:r>
      <w:proofErr w:type="spellEnd"/>
      <w:r>
        <w:rPr>
          <w:sz w:val="16"/>
        </w:rPr>
        <w:t xml:space="preserve"> produce </w:t>
      </w:r>
      <w:proofErr w:type="spellStart"/>
      <w:r>
        <w:rPr>
          <w:sz w:val="16"/>
        </w:rPr>
        <w:t>effetti</w:t>
      </w:r>
      <w:proofErr w:type="spellEnd"/>
      <w:r>
        <w:rPr>
          <w:sz w:val="16"/>
        </w:rPr>
        <w:t xml:space="preserve"> per il </w:t>
      </w:r>
      <w:proofErr w:type="spellStart"/>
      <w:r>
        <w:rPr>
          <w:sz w:val="16"/>
        </w:rPr>
        <w:t>futuro</w:t>
      </w:r>
      <w:proofErr w:type="spellEnd"/>
      <w:r>
        <w:rPr>
          <w:sz w:val="16"/>
        </w:rPr>
        <w:t xml:space="preserve"> e non </w:t>
      </w:r>
      <w:proofErr w:type="spellStart"/>
      <w:r>
        <w:rPr>
          <w:sz w:val="16"/>
        </w:rPr>
        <w:t>rende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materialmente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eliminabili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contenuti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già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stampati</w:t>
      </w:r>
      <w:proofErr w:type="spellEnd"/>
      <w:r>
        <w:rPr>
          <w:sz w:val="16"/>
        </w:rPr>
        <w:t xml:space="preserve"> o le </w:t>
      </w:r>
      <w:proofErr w:type="spellStart"/>
      <w:r>
        <w:rPr>
          <w:sz w:val="16"/>
        </w:rPr>
        <w:t>condivisioni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già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effettuate</w:t>
      </w:r>
      <w:proofErr w:type="spellEnd"/>
      <w:r>
        <w:rPr>
          <w:sz w:val="16"/>
        </w:rPr>
        <w:t xml:space="preserve"> da </w:t>
      </w:r>
      <w:proofErr w:type="spellStart"/>
      <w:r>
        <w:rPr>
          <w:sz w:val="16"/>
        </w:rPr>
        <w:t>terzi</w:t>
      </w:r>
      <w:proofErr w:type="spellEnd"/>
      <w:r>
        <w:rPr>
          <w:sz w:val="16"/>
        </w:rPr>
        <w:t>.</w:t>
      </w:r>
    </w:p>
    <w:p w14:paraId="06D9ECA8" w14:textId="77777777" w:rsidR="00404FAE" w:rsidRDefault="00000000">
      <w:pPr>
        <w:spacing w:after="30"/>
      </w:pPr>
      <w:r>
        <w:rPr>
          <w:sz w:val="16"/>
        </w:rPr>
        <w:t xml:space="preserve">□ La </w:t>
      </w:r>
      <w:proofErr w:type="spellStart"/>
      <w:r>
        <w:rPr>
          <w:sz w:val="16"/>
        </w:rPr>
        <w:t>famiglia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impegna</w:t>
      </w:r>
      <w:proofErr w:type="spellEnd"/>
      <w:r>
        <w:rPr>
          <w:sz w:val="16"/>
        </w:rPr>
        <w:t xml:space="preserve"> a non </w:t>
      </w:r>
      <w:proofErr w:type="spellStart"/>
      <w:r>
        <w:rPr>
          <w:sz w:val="16"/>
        </w:rPr>
        <w:t>pubblicare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immagini</w:t>
      </w:r>
      <w:proofErr w:type="spellEnd"/>
      <w:r>
        <w:rPr>
          <w:sz w:val="16"/>
        </w:rPr>
        <w:t xml:space="preserve"> di </w:t>
      </w:r>
      <w:proofErr w:type="spellStart"/>
      <w:r>
        <w:rPr>
          <w:sz w:val="16"/>
        </w:rPr>
        <w:t>altri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minori</w:t>
      </w:r>
      <w:proofErr w:type="spellEnd"/>
      <w:r>
        <w:rPr>
          <w:sz w:val="16"/>
        </w:rPr>
        <w:t xml:space="preserve"> senza </w:t>
      </w:r>
      <w:proofErr w:type="spellStart"/>
      <w:r>
        <w:rPr>
          <w:sz w:val="16"/>
        </w:rPr>
        <w:t>l’autorizzazione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rispettivi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genitori</w:t>
      </w:r>
      <w:proofErr w:type="spellEnd"/>
      <w:r>
        <w:rPr>
          <w:sz w:val="16"/>
        </w:rPr>
        <w:t>.</w:t>
      </w:r>
    </w:p>
    <w:p w14:paraId="71589E61" w14:textId="77777777" w:rsidR="00404FAE" w:rsidRDefault="00000000">
      <w:pPr>
        <w:spacing w:after="30"/>
      </w:pPr>
      <w:r>
        <w:rPr>
          <w:sz w:val="16"/>
        </w:rPr>
        <w:t xml:space="preserve">□ Per la </w:t>
      </w:r>
      <w:proofErr w:type="spellStart"/>
      <w:r>
        <w:rPr>
          <w:sz w:val="16"/>
        </w:rPr>
        <w:t>diffusione</w:t>
      </w:r>
      <w:proofErr w:type="spellEnd"/>
      <w:r>
        <w:rPr>
          <w:sz w:val="16"/>
        </w:rPr>
        <w:t xml:space="preserve"> online, </w:t>
      </w:r>
      <w:proofErr w:type="spellStart"/>
      <w:r>
        <w:rPr>
          <w:sz w:val="16"/>
        </w:rPr>
        <w:t>entrambi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esercenti</w:t>
      </w:r>
      <w:proofErr w:type="spellEnd"/>
      <w:r>
        <w:rPr>
          <w:sz w:val="16"/>
        </w:rPr>
        <w:t xml:space="preserve"> la </w:t>
      </w:r>
      <w:proofErr w:type="spellStart"/>
      <w:r>
        <w:rPr>
          <w:sz w:val="16"/>
        </w:rPr>
        <w:t>responsabilità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genitoriale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sottoscrivono</w:t>
      </w:r>
      <w:proofErr w:type="spellEnd"/>
      <w:r>
        <w:rPr>
          <w:sz w:val="16"/>
        </w:rPr>
        <w:t xml:space="preserve"> le </w:t>
      </w:r>
      <w:proofErr w:type="spellStart"/>
      <w:r>
        <w:rPr>
          <w:sz w:val="16"/>
        </w:rPr>
        <w:t>scelte</w:t>
      </w:r>
      <w:proofErr w:type="spellEnd"/>
      <w:r>
        <w:rPr>
          <w:sz w:val="16"/>
        </w:rPr>
        <w:t xml:space="preserve"> sopra indicate, salvo </w:t>
      </w:r>
      <w:proofErr w:type="spellStart"/>
      <w:r>
        <w:rPr>
          <w:sz w:val="16"/>
        </w:rPr>
        <w:t>responsabilità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esclusiva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documentata</w:t>
      </w:r>
      <w:proofErr w:type="spellEnd"/>
      <w:r>
        <w:rPr>
          <w:sz w:val="16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20"/>
        <w:gridCol w:w="3420"/>
        <w:gridCol w:w="3420"/>
      </w:tblGrid>
      <w:tr w:rsidR="00404FAE" w14:paraId="65E2B4D1" w14:textId="77777777">
        <w:trPr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6FC0D5AA" w14:textId="77777777" w:rsidR="00404FAE" w:rsidRDefault="00000000">
            <w:pPr>
              <w:jc w:val="center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53D1C049" w14:textId="77777777" w:rsidR="00404FAE" w:rsidRDefault="00000000">
            <w:pPr>
              <w:jc w:val="center"/>
            </w:pPr>
            <w:proofErr w:type="spellStart"/>
            <w:r>
              <w:rPr>
                <w:b/>
                <w:sz w:val="17"/>
              </w:rPr>
              <w:t>Firma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genitore</w:t>
            </w:r>
            <w:proofErr w:type="spellEnd"/>
            <w:r>
              <w:rPr>
                <w:b/>
                <w:sz w:val="17"/>
              </w:rPr>
              <w:t>/</w:t>
            </w:r>
            <w:proofErr w:type="spellStart"/>
            <w:r>
              <w:rPr>
                <w:b/>
                <w:sz w:val="17"/>
              </w:rPr>
              <w:t>tutore</w:t>
            </w:r>
            <w:proofErr w:type="spellEnd"/>
            <w:r>
              <w:rPr>
                <w:b/>
                <w:sz w:val="17"/>
              </w:rPr>
              <w:t xml:space="preserve"> 1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14:paraId="30CA8F28" w14:textId="77777777" w:rsidR="00404FAE" w:rsidRDefault="00000000">
            <w:pPr>
              <w:jc w:val="center"/>
            </w:pPr>
            <w:proofErr w:type="spellStart"/>
            <w:r>
              <w:rPr>
                <w:b/>
                <w:sz w:val="17"/>
              </w:rPr>
              <w:t>Firma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genitore</w:t>
            </w:r>
            <w:proofErr w:type="spellEnd"/>
            <w:r>
              <w:rPr>
                <w:b/>
                <w:sz w:val="17"/>
              </w:rPr>
              <w:t>/</w:t>
            </w:r>
            <w:proofErr w:type="spellStart"/>
            <w:r>
              <w:rPr>
                <w:b/>
                <w:sz w:val="17"/>
              </w:rPr>
              <w:t>tutore</w:t>
            </w:r>
            <w:proofErr w:type="spellEnd"/>
            <w:r>
              <w:rPr>
                <w:b/>
                <w:sz w:val="17"/>
              </w:rPr>
              <w:t xml:space="preserve"> 2</w:t>
            </w:r>
          </w:p>
        </w:tc>
      </w:tr>
      <w:tr w:rsidR="00404FAE" w14:paraId="46925630" w14:textId="77777777">
        <w:trPr>
          <w:jc w:val="center"/>
        </w:trPr>
        <w:tc>
          <w:tcPr>
            <w:tcW w:w="3420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453F941C" w14:textId="77777777" w:rsidR="00404FAE" w:rsidRDefault="00000000">
            <w:r>
              <w:br/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3321DC60" w14:textId="77777777" w:rsidR="00404FAE" w:rsidRDefault="00000000">
            <w:r>
              <w:br/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35101F6D" w14:textId="77777777" w:rsidR="00404FAE" w:rsidRDefault="00000000">
            <w:r>
              <w:br/>
            </w:r>
          </w:p>
        </w:tc>
      </w:tr>
    </w:tbl>
    <w:p w14:paraId="7701551D" w14:textId="77777777" w:rsidR="00404FAE" w:rsidRDefault="00000000">
      <w:pPr>
        <w:pStyle w:val="SmallNote"/>
      </w:pPr>
      <w:r>
        <w:t xml:space="preserve">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firma</w:t>
      </w:r>
      <w:proofErr w:type="spellEnd"/>
      <w:r>
        <w:t xml:space="preserve"> di un solo </w:t>
      </w:r>
      <w:proofErr w:type="spellStart"/>
      <w:r>
        <w:t>genitore</w:t>
      </w:r>
      <w:proofErr w:type="spellEnd"/>
      <w:r>
        <w:t xml:space="preserve">, il </w:t>
      </w:r>
      <w:proofErr w:type="spellStart"/>
      <w:r>
        <w:t>firmatario</w:t>
      </w:r>
      <w:proofErr w:type="spellEnd"/>
      <w:r>
        <w:t xml:space="preserve"> </w:t>
      </w:r>
      <w:proofErr w:type="spellStart"/>
      <w:r>
        <w:t>dichiara</w:t>
      </w:r>
      <w:proofErr w:type="spellEnd"/>
      <w:r>
        <w:t xml:space="preserve"> sotto la propria </w:t>
      </w:r>
      <w:proofErr w:type="spellStart"/>
      <w:r>
        <w:t>responsabilità</w:t>
      </w:r>
      <w:proofErr w:type="spellEnd"/>
      <w:r>
        <w:t xml:space="preserve">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legittimato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esprimere</w:t>
      </w:r>
      <w:proofErr w:type="spellEnd"/>
      <w:r>
        <w:t xml:space="preserve"> le </w:t>
      </w:r>
      <w:proofErr w:type="spellStart"/>
      <w:r>
        <w:t>scelte</w:t>
      </w:r>
      <w:proofErr w:type="spellEnd"/>
      <w:r>
        <w:t xml:space="preserve"> indicate o di aver </w:t>
      </w:r>
      <w:proofErr w:type="spellStart"/>
      <w:r>
        <w:t>acquisito</w:t>
      </w:r>
      <w:proofErr w:type="spellEnd"/>
      <w:r>
        <w:t xml:space="preserve"> </w:t>
      </w:r>
      <w:proofErr w:type="spellStart"/>
      <w:r>
        <w:t>l’accordo</w:t>
      </w:r>
      <w:proofErr w:type="spellEnd"/>
      <w:r>
        <w:t xml:space="preserve"> </w:t>
      </w:r>
      <w:proofErr w:type="spellStart"/>
      <w:r>
        <w:t>dell’altro</w:t>
      </w:r>
      <w:proofErr w:type="spellEnd"/>
      <w:r>
        <w:t xml:space="preserve"> </w:t>
      </w:r>
      <w:proofErr w:type="spellStart"/>
      <w:r>
        <w:t>esercente</w:t>
      </w:r>
      <w:proofErr w:type="spellEnd"/>
      <w:r>
        <w:t xml:space="preserve"> la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genitoriale</w:t>
      </w:r>
      <w:proofErr w:type="spellEnd"/>
      <w:r>
        <w:t>.</w:t>
      </w:r>
    </w:p>
    <w:p w14:paraId="5C4FC37F" w14:textId="77777777" w:rsidR="00404FAE" w:rsidRDefault="00404FAE"/>
    <w:p w14:paraId="092B2609" w14:textId="732ADE4E" w:rsidR="001C6CB2" w:rsidRDefault="001C6CB2">
      <w:pPr>
        <w:sectPr w:rsidR="001C6CB2">
          <w:pgSz w:w="12240" w:h="15840"/>
          <w:pgMar w:top="1332" w:right="822" w:bottom="992" w:left="822" w:header="198" w:footer="198" w:gutter="0"/>
          <w:cols w:space="720"/>
          <w:docGrid w:linePitch="360"/>
        </w:sectPr>
      </w:pPr>
      <w:r>
        <w:t xml:space="preserve">La </w:t>
      </w:r>
      <w:proofErr w:type="spellStart"/>
      <w:r>
        <w:t>scuola</w:t>
      </w:r>
      <w:proofErr w:type="spellEnd"/>
      <w:r>
        <w:t xml:space="preserve"> non è </w:t>
      </w:r>
      <w:proofErr w:type="spellStart"/>
      <w:r>
        <w:t>responsabile</w:t>
      </w:r>
      <w:proofErr w:type="spellEnd"/>
      <w:r>
        <w:t xml:space="preserve"> di </w:t>
      </w:r>
      <w:proofErr w:type="spellStart"/>
      <w:r>
        <w:t>eventuali</w:t>
      </w:r>
      <w:proofErr w:type="spellEnd"/>
      <w:r>
        <w:t xml:space="preserve"> </w:t>
      </w:r>
      <w:proofErr w:type="spellStart"/>
      <w:r>
        <w:t>foto</w:t>
      </w:r>
      <w:proofErr w:type="spellEnd"/>
      <w:r>
        <w:t xml:space="preserve">/video diffuse </w:t>
      </w:r>
      <w:proofErr w:type="spellStart"/>
      <w:r>
        <w:t>tra</w:t>
      </w:r>
      <w:proofErr w:type="spellEnd"/>
      <w:r>
        <w:t xml:space="preserve"> </w:t>
      </w:r>
      <w:proofErr w:type="spellStart"/>
      <w:r>
        <w:t>genitori</w:t>
      </w:r>
      <w:proofErr w:type="spellEnd"/>
      <w:r>
        <w:t xml:space="preserve"> </w:t>
      </w:r>
      <w:proofErr w:type="spellStart"/>
      <w:r>
        <w:t>dai</w:t>
      </w:r>
      <w:proofErr w:type="spellEnd"/>
      <w:r>
        <w:t xml:space="preserve"> loro </w:t>
      </w:r>
      <w:proofErr w:type="spellStart"/>
      <w:r>
        <w:t>canali</w:t>
      </w:r>
      <w:proofErr w:type="spellEnd"/>
      <w:r>
        <w:t xml:space="preserve"> social </w:t>
      </w:r>
      <w:proofErr w:type="spellStart"/>
      <w:r>
        <w:t>effettuate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contest delle </w:t>
      </w:r>
      <w:proofErr w:type="spellStart"/>
      <w:r>
        <w:t>manifestazioni</w:t>
      </w:r>
      <w:proofErr w:type="spellEnd"/>
      <w:r>
        <w:t xml:space="preserve"> </w:t>
      </w:r>
      <w:proofErr w:type="spellStart"/>
      <w:r>
        <w:t>scolastiche</w:t>
      </w:r>
      <w:proofErr w:type="spellEnd"/>
      <w: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61"/>
      </w:tblGrid>
      <w:tr w:rsidR="00404FAE" w14:paraId="6D11A206" w14:textId="77777777">
        <w:trPr>
          <w:jc w:val="center"/>
        </w:trPr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  <w:shd w:val="clear" w:color="auto" w:fill="E79A2B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75EDB58" w14:textId="77777777" w:rsidR="00404FAE" w:rsidRDefault="00000000">
            <w:pPr>
              <w:jc w:val="center"/>
            </w:pPr>
            <w:r>
              <w:rPr>
                <w:b/>
                <w:color w:val="FFFFFF"/>
                <w:sz w:val="28"/>
              </w:rPr>
              <w:lastRenderedPageBreak/>
              <w:t>PRESA VISIONE, ACCETTAZIONE E CHECKLIST</w:t>
            </w:r>
          </w:p>
        </w:tc>
      </w:tr>
    </w:tbl>
    <w:p w14:paraId="58819EF6" w14:textId="77777777" w:rsidR="00404FAE" w:rsidRDefault="00000000">
      <w:pPr>
        <w:jc w:val="center"/>
      </w:pPr>
      <w:r>
        <w:rPr>
          <w:i/>
          <w:color w:val="6B747A"/>
          <w:sz w:val="17"/>
        </w:rPr>
        <w:t xml:space="preserve">Ultima </w:t>
      </w:r>
      <w:proofErr w:type="spellStart"/>
      <w:r>
        <w:rPr>
          <w:i/>
          <w:color w:val="6B747A"/>
          <w:sz w:val="17"/>
        </w:rPr>
        <w:t>pagina</w:t>
      </w:r>
      <w:proofErr w:type="spellEnd"/>
      <w:r>
        <w:rPr>
          <w:i/>
          <w:color w:val="6B747A"/>
          <w:sz w:val="17"/>
        </w:rPr>
        <w:t xml:space="preserve"> da </w:t>
      </w:r>
      <w:proofErr w:type="spellStart"/>
      <w:r>
        <w:rPr>
          <w:i/>
          <w:color w:val="6B747A"/>
          <w:sz w:val="17"/>
        </w:rPr>
        <w:t>firmare</w:t>
      </w:r>
      <w:proofErr w:type="spellEnd"/>
      <w:r>
        <w:rPr>
          <w:i/>
          <w:color w:val="6B747A"/>
          <w:sz w:val="17"/>
        </w:rPr>
        <w:t xml:space="preserve"> dopo aver </w:t>
      </w:r>
      <w:proofErr w:type="spellStart"/>
      <w:r>
        <w:rPr>
          <w:i/>
          <w:color w:val="6B747A"/>
          <w:sz w:val="17"/>
        </w:rPr>
        <w:t>controllato</w:t>
      </w:r>
      <w:proofErr w:type="spellEnd"/>
      <w:r>
        <w:rPr>
          <w:i/>
          <w:color w:val="6B747A"/>
          <w:sz w:val="17"/>
        </w:rPr>
        <w:t xml:space="preserve"> la </w:t>
      </w:r>
      <w:proofErr w:type="spellStart"/>
      <w:r>
        <w:rPr>
          <w:i/>
          <w:color w:val="6B747A"/>
          <w:sz w:val="17"/>
        </w:rPr>
        <w:t>completezza</w:t>
      </w:r>
      <w:proofErr w:type="spellEnd"/>
      <w:r>
        <w:rPr>
          <w:i/>
          <w:color w:val="6B747A"/>
          <w:sz w:val="17"/>
        </w:rPr>
        <w:t xml:space="preserve"> della </w:t>
      </w:r>
      <w:proofErr w:type="spellStart"/>
      <w:r>
        <w:rPr>
          <w:i/>
          <w:color w:val="6B747A"/>
          <w:sz w:val="17"/>
        </w:rPr>
        <w:t>documentazione</w:t>
      </w:r>
      <w:proofErr w:type="spellEnd"/>
      <w:r>
        <w:rPr>
          <w:i/>
          <w:color w:val="6B747A"/>
          <w:sz w:val="17"/>
        </w:rPr>
        <w:t>.</w:t>
      </w:r>
    </w:p>
    <w:p w14:paraId="7FBC3B06" w14:textId="77777777" w:rsidR="00404FAE" w:rsidRDefault="00404FAE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0"/>
        <w:gridCol w:w="80"/>
      </w:tblGrid>
      <w:tr w:rsidR="00404FAE" w14:paraId="471B3CF9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297C9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73315874" w14:textId="77777777" w:rsidR="00404FAE" w:rsidRDefault="00000000">
            <w:r>
              <w:rPr>
                <w:b/>
                <w:color w:val="FFFFFF"/>
              </w:rPr>
              <w:t>DOCUMENTI CONSEGNATI / DA CONSEGNARE</w:t>
            </w:r>
          </w:p>
        </w:tc>
      </w:tr>
      <w:tr w:rsidR="00404FAE" w14:paraId="103E59E1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FEE668" w14:textId="77777777" w:rsidR="00404FAE" w:rsidRDefault="00000000"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Domanda</w:t>
            </w:r>
            <w:proofErr w:type="spellEnd"/>
            <w:r>
              <w:rPr>
                <w:sz w:val="16"/>
              </w:rPr>
              <w:t xml:space="preserve"> di </w:t>
            </w:r>
            <w:proofErr w:type="spellStart"/>
            <w:r>
              <w:rPr>
                <w:sz w:val="16"/>
              </w:rPr>
              <w:t>iscrizione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compilata</w:t>
            </w:r>
            <w:proofErr w:type="spellEnd"/>
            <w:r>
              <w:rPr>
                <w:sz w:val="16"/>
              </w:rPr>
              <w:t xml:space="preserve"> e </w:t>
            </w:r>
            <w:proofErr w:type="spellStart"/>
            <w:r>
              <w:rPr>
                <w:sz w:val="16"/>
              </w:rPr>
              <w:t>firmata</w:t>
            </w:r>
            <w:proofErr w:type="spellEnd"/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DA2EB3" w14:textId="77777777" w:rsidR="00404FAE" w:rsidRDefault="00000000"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documenti</w:t>
            </w:r>
            <w:proofErr w:type="spellEnd"/>
            <w:r>
              <w:rPr>
                <w:sz w:val="16"/>
              </w:rPr>
              <w:t xml:space="preserve"> di </w:t>
            </w:r>
            <w:proofErr w:type="spellStart"/>
            <w:r>
              <w:rPr>
                <w:sz w:val="16"/>
              </w:rPr>
              <w:t>identità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genitori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tutori</w:t>
            </w:r>
            <w:proofErr w:type="spellEnd"/>
          </w:p>
        </w:tc>
      </w:tr>
      <w:tr w:rsidR="00404FAE" w14:paraId="3DD7019B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0ABFD7" w14:textId="77777777" w:rsidR="00404FAE" w:rsidRDefault="00000000"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Codice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fiscale</w:t>
            </w:r>
            <w:proofErr w:type="spellEnd"/>
            <w:r>
              <w:rPr>
                <w:sz w:val="16"/>
              </w:rPr>
              <w:t xml:space="preserve"> del bambino/a e </w:t>
            </w:r>
            <w:proofErr w:type="spellStart"/>
            <w:r>
              <w:rPr>
                <w:sz w:val="16"/>
              </w:rPr>
              <w:t>dei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genitori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tutori</w:t>
            </w:r>
            <w:proofErr w:type="spellEnd"/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6E704D" w14:textId="77777777" w:rsidR="00404FAE" w:rsidRDefault="00000000"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Documentazione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vaccinale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richiesta</w:t>
            </w:r>
            <w:proofErr w:type="spellEnd"/>
          </w:p>
        </w:tc>
      </w:tr>
      <w:tr w:rsidR="00404FAE" w14:paraId="05DAFD8B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6563A8" w14:textId="77777777" w:rsidR="00404FAE" w:rsidRDefault="00000000"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Deleghe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ritiro</w:t>
            </w:r>
            <w:proofErr w:type="spellEnd"/>
            <w:r>
              <w:rPr>
                <w:sz w:val="16"/>
              </w:rPr>
              <w:t xml:space="preserve"> con </w:t>
            </w:r>
            <w:proofErr w:type="spellStart"/>
            <w:r>
              <w:rPr>
                <w:sz w:val="16"/>
              </w:rPr>
              <w:t>documenti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delegati</w:t>
            </w:r>
            <w:proofErr w:type="spellEnd"/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AD27C1" w14:textId="77777777" w:rsidR="00404FAE" w:rsidRDefault="00000000"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Eventuali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certificazioni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mediche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dietetiche</w:t>
            </w:r>
            <w:proofErr w:type="spellEnd"/>
          </w:p>
        </w:tc>
      </w:tr>
      <w:tr w:rsidR="00404FAE" w14:paraId="32E3326F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3D7C96" w14:textId="77777777" w:rsidR="00404FAE" w:rsidRDefault="00000000"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Informativa</w:t>
            </w:r>
            <w:proofErr w:type="spellEnd"/>
            <w:r>
              <w:rPr>
                <w:sz w:val="16"/>
              </w:rPr>
              <w:t xml:space="preserve"> privacy </w:t>
            </w:r>
            <w:proofErr w:type="spellStart"/>
            <w:r>
              <w:rPr>
                <w:sz w:val="16"/>
              </w:rPr>
              <w:t>ricevuta</w:t>
            </w:r>
            <w:proofErr w:type="spellEnd"/>
            <w:r>
              <w:rPr>
                <w:sz w:val="16"/>
              </w:rPr>
              <w:t xml:space="preserve"> e </w:t>
            </w:r>
            <w:proofErr w:type="spellStart"/>
            <w:r>
              <w:rPr>
                <w:sz w:val="16"/>
              </w:rPr>
              <w:t>consensi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compilati</w:t>
            </w:r>
            <w:proofErr w:type="spellEnd"/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15E15" w14:textId="77777777" w:rsidR="00404FAE" w:rsidRDefault="00000000">
            <w:r>
              <w:rPr>
                <w:sz w:val="16"/>
              </w:rPr>
              <w:t xml:space="preserve">□ Contratto di </w:t>
            </w:r>
            <w:proofErr w:type="spellStart"/>
            <w:r>
              <w:rPr>
                <w:sz w:val="16"/>
              </w:rPr>
              <w:t>iscrizione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sottoscritto</w:t>
            </w:r>
            <w:proofErr w:type="spellEnd"/>
          </w:p>
        </w:tc>
      </w:tr>
      <w:tr w:rsidR="00404FAE" w14:paraId="065CEA07" w14:textId="77777777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1287E4" w14:textId="75D85EB6" w:rsidR="00404FAE" w:rsidRDefault="00000000"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Regolamento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scolastico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1C6CB2">
              <w:rPr>
                <w:sz w:val="16"/>
              </w:rPr>
              <w:t>visionato</w:t>
            </w:r>
            <w:proofErr w:type="spellEnd"/>
            <w:r w:rsidR="001C6CB2">
              <w:rPr>
                <w:sz w:val="16"/>
              </w:rPr>
              <w:t xml:space="preserve"> online</w:t>
            </w:r>
          </w:p>
        </w:tc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F41F2D" w14:textId="77777777" w:rsidR="00404FAE" w:rsidRDefault="00000000">
            <w:r>
              <w:rPr>
                <w:sz w:val="16"/>
              </w:rPr>
              <w:t xml:space="preserve">□ Patto di </w:t>
            </w:r>
            <w:proofErr w:type="spellStart"/>
            <w:r>
              <w:rPr>
                <w:sz w:val="16"/>
              </w:rPr>
              <w:t>corresponsabilità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ricevuto</w:t>
            </w:r>
            <w:proofErr w:type="spellEnd"/>
            <w:r>
              <w:rPr>
                <w:sz w:val="16"/>
              </w:rPr>
              <w:t xml:space="preserve"> e </w:t>
            </w:r>
            <w:proofErr w:type="spellStart"/>
            <w:r>
              <w:rPr>
                <w:sz w:val="16"/>
              </w:rPr>
              <w:t>sottoscritto</w:t>
            </w:r>
            <w:proofErr w:type="spellEnd"/>
          </w:p>
        </w:tc>
      </w:tr>
      <w:tr w:rsidR="00404FAE" w14:paraId="25D4FBEA" w14:textId="77777777">
        <w:trPr>
          <w:gridAfter w:val="1"/>
          <w:wAfter w:w="80" w:type="dxa"/>
          <w:jc w:val="center"/>
        </w:trPr>
        <w:tc>
          <w:tcPr>
            <w:tcW w:w="10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7A64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58AB881" w14:textId="77777777" w:rsidR="00404FAE" w:rsidRDefault="00000000">
            <w:r>
              <w:rPr>
                <w:b/>
                <w:color w:val="FFFFFF"/>
              </w:rPr>
              <w:t>DICHIARAZIONE FINALE</w:t>
            </w:r>
          </w:p>
        </w:tc>
      </w:tr>
    </w:tbl>
    <w:p w14:paraId="76D10BAF" w14:textId="77777777" w:rsidR="00404FAE" w:rsidRDefault="00000000">
      <w:pPr>
        <w:jc w:val="both"/>
      </w:pPr>
      <w:r>
        <w:t xml:space="preserve">Il/La </w:t>
      </w:r>
      <w:proofErr w:type="spellStart"/>
      <w:r>
        <w:t>sottoscritto</w:t>
      </w:r>
      <w:proofErr w:type="spellEnd"/>
      <w:r>
        <w:t xml:space="preserve">/a, </w:t>
      </w:r>
      <w:proofErr w:type="spellStart"/>
      <w:r>
        <w:t>consapevole</w:t>
      </w:r>
      <w:proofErr w:type="spellEnd"/>
      <w:r>
        <w:t xml:space="preserve"> delle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dichiarazioni</w:t>
      </w:r>
      <w:proofErr w:type="spellEnd"/>
      <w:r>
        <w:t xml:space="preserve"> non </w:t>
      </w:r>
      <w:proofErr w:type="spellStart"/>
      <w:r>
        <w:t>veritiere</w:t>
      </w:r>
      <w:proofErr w:type="spellEnd"/>
      <w:r>
        <w:t xml:space="preserve">, </w:t>
      </w:r>
      <w:proofErr w:type="spellStart"/>
      <w:r>
        <w:t>dichiara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completi</w:t>
      </w:r>
      <w:proofErr w:type="spellEnd"/>
      <w:r>
        <w:t xml:space="preserve"> e </w:t>
      </w:r>
      <w:proofErr w:type="spellStart"/>
      <w:r>
        <w:t>corretti</w:t>
      </w:r>
      <w:proofErr w:type="spellEnd"/>
      <w:r>
        <w:t xml:space="preserve">; </w:t>
      </w:r>
      <w:proofErr w:type="spellStart"/>
      <w:r>
        <w:t>si</w:t>
      </w:r>
      <w:proofErr w:type="spellEnd"/>
      <w:r>
        <w:t xml:space="preserve"> </w:t>
      </w:r>
      <w:proofErr w:type="spellStart"/>
      <w:r>
        <w:t>impegna</w:t>
      </w:r>
      <w:proofErr w:type="spellEnd"/>
      <w:r>
        <w:t xml:space="preserve"> a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tempestivamente</w:t>
      </w:r>
      <w:proofErr w:type="spellEnd"/>
      <w:r>
        <w:t xml:space="preserve"> ogni </w:t>
      </w:r>
      <w:proofErr w:type="spellStart"/>
      <w:r>
        <w:t>variazione</w:t>
      </w:r>
      <w:proofErr w:type="spellEnd"/>
      <w:r>
        <w:t xml:space="preserve">; </w:t>
      </w:r>
      <w:proofErr w:type="spellStart"/>
      <w:r>
        <w:t>dichiara</w:t>
      </w:r>
      <w:proofErr w:type="spellEnd"/>
      <w:r>
        <w:t xml:space="preserve"> di aver </w:t>
      </w:r>
      <w:proofErr w:type="spellStart"/>
      <w:r>
        <w:t>ricevuto</w:t>
      </w:r>
      <w:proofErr w:type="spellEnd"/>
      <w:r>
        <w:t xml:space="preserve">, </w:t>
      </w:r>
      <w:proofErr w:type="spellStart"/>
      <w:r>
        <w:t>letto</w:t>
      </w:r>
      <w:proofErr w:type="spellEnd"/>
      <w:r>
        <w:t xml:space="preserve"> e </w:t>
      </w:r>
      <w:proofErr w:type="spellStart"/>
      <w:r>
        <w:t>accettato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, il </w:t>
      </w:r>
      <w:proofErr w:type="spellStart"/>
      <w:r>
        <w:t>contratto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, le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economiche</w:t>
      </w:r>
      <w:proofErr w:type="spellEnd"/>
      <w:r>
        <w:t xml:space="preserve"> e le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organizzative</w:t>
      </w:r>
      <w:proofErr w:type="spellEnd"/>
      <w:r>
        <w:t xml:space="preserve"> del </w:t>
      </w:r>
      <w:proofErr w:type="spellStart"/>
      <w:r>
        <w:t>servizio</w:t>
      </w:r>
      <w:proofErr w:type="spellEnd"/>
      <w:r>
        <w:t>.</w:t>
      </w:r>
    </w:p>
    <w:p w14:paraId="4CBA23F2" w14:textId="77777777" w:rsidR="00404FAE" w:rsidRDefault="00000000">
      <w:pPr>
        <w:spacing w:after="30"/>
      </w:pPr>
      <w:r>
        <w:rPr>
          <w:sz w:val="17"/>
        </w:rPr>
        <w:t xml:space="preserve">□ </w:t>
      </w:r>
      <w:proofErr w:type="spellStart"/>
      <w:r>
        <w:rPr>
          <w:sz w:val="17"/>
        </w:rPr>
        <w:t>Confermo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l’iscrizione</w:t>
      </w:r>
      <w:proofErr w:type="spellEnd"/>
      <w:r>
        <w:rPr>
          <w:sz w:val="17"/>
        </w:rPr>
        <w:t xml:space="preserve"> al </w:t>
      </w:r>
      <w:proofErr w:type="spellStart"/>
      <w:r>
        <w:rPr>
          <w:sz w:val="17"/>
        </w:rPr>
        <w:t>servizio</w:t>
      </w:r>
      <w:proofErr w:type="spellEnd"/>
      <w:r>
        <w:rPr>
          <w:sz w:val="17"/>
        </w:rPr>
        <w:t xml:space="preserve"> di Scuola </w:t>
      </w:r>
      <w:proofErr w:type="spellStart"/>
      <w:r>
        <w:rPr>
          <w:sz w:val="17"/>
        </w:rPr>
        <w:t>dell’Infanzia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Paritaria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Bimboscuola</w:t>
      </w:r>
      <w:proofErr w:type="spellEnd"/>
      <w:r>
        <w:rPr>
          <w:sz w:val="17"/>
        </w:rPr>
        <w:t>.</w:t>
      </w:r>
    </w:p>
    <w:p w14:paraId="1C01DFFF" w14:textId="77777777" w:rsidR="00404FAE" w:rsidRDefault="00000000">
      <w:pPr>
        <w:spacing w:after="30"/>
      </w:pPr>
      <w:r>
        <w:rPr>
          <w:sz w:val="17"/>
        </w:rPr>
        <w:t xml:space="preserve">□ Dichiaro di aver </w:t>
      </w:r>
      <w:proofErr w:type="spellStart"/>
      <w:r>
        <w:rPr>
          <w:sz w:val="17"/>
        </w:rPr>
        <w:t>indicato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eventuali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allergie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bisogni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specifici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provvedimenti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giudiziari</w:t>
      </w:r>
      <w:proofErr w:type="spellEnd"/>
      <w:r>
        <w:rPr>
          <w:sz w:val="17"/>
        </w:rPr>
        <w:t xml:space="preserve"> e </w:t>
      </w:r>
      <w:proofErr w:type="spellStart"/>
      <w:r>
        <w:rPr>
          <w:sz w:val="17"/>
        </w:rPr>
        <w:t>informazioni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rilevanti</w:t>
      </w:r>
      <w:proofErr w:type="spellEnd"/>
      <w:r>
        <w:rPr>
          <w:sz w:val="17"/>
        </w:rPr>
        <w:t xml:space="preserve"> per la </w:t>
      </w:r>
      <w:proofErr w:type="spellStart"/>
      <w:r>
        <w:rPr>
          <w:sz w:val="17"/>
        </w:rPr>
        <w:t>sicurezza</w:t>
      </w:r>
      <w:proofErr w:type="spellEnd"/>
      <w:r>
        <w:rPr>
          <w:sz w:val="17"/>
        </w:rPr>
        <w:t xml:space="preserve"> del bambino/a.</w:t>
      </w:r>
    </w:p>
    <w:p w14:paraId="0EFAEE64" w14:textId="77777777" w:rsidR="00404FAE" w:rsidRDefault="00000000">
      <w:pPr>
        <w:spacing w:after="30"/>
      </w:pPr>
      <w:r>
        <w:rPr>
          <w:sz w:val="17"/>
        </w:rPr>
        <w:t xml:space="preserve">□ </w:t>
      </w:r>
      <w:proofErr w:type="spellStart"/>
      <w:r>
        <w:rPr>
          <w:sz w:val="17"/>
        </w:rPr>
        <w:t>Autorizzo</w:t>
      </w:r>
      <w:proofErr w:type="spellEnd"/>
      <w:r>
        <w:rPr>
          <w:sz w:val="17"/>
        </w:rPr>
        <w:t xml:space="preserve"> la </w:t>
      </w:r>
      <w:proofErr w:type="spellStart"/>
      <w:r>
        <w:rPr>
          <w:sz w:val="17"/>
        </w:rPr>
        <w:t>scuola</w:t>
      </w:r>
      <w:proofErr w:type="spellEnd"/>
      <w:r>
        <w:rPr>
          <w:sz w:val="17"/>
        </w:rPr>
        <w:t xml:space="preserve"> a </w:t>
      </w:r>
      <w:proofErr w:type="spellStart"/>
      <w:r>
        <w:rPr>
          <w:sz w:val="17"/>
        </w:rPr>
        <w:t>verificare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nei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limiti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consentiti</w:t>
      </w:r>
      <w:proofErr w:type="spellEnd"/>
      <w:r>
        <w:rPr>
          <w:sz w:val="17"/>
        </w:rPr>
        <w:t xml:space="preserve">, la </w:t>
      </w:r>
      <w:proofErr w:type="spellStart"/>
      <w:r>
        <w:rPr>
          <w:sz w:val="17"/>
        </w:rPr>
        <w:t>completezza</w:t>
      </w:r>
      <w:proofErr w:type="spellEnd"/>
      <w:r>
        <w:rPr>
          <w:sz w:val="17"/>
        </w:rPr>
        <w:t xml:space="preserve"> della </w:t>
      </w:r>
      <w:proofErr w:type="spellStart"/>
      <w:r>
        <w:rPr>
          <w:sz w:val="17"/>
        </w:rPr>
        <w:t>documentazione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consegnata</w:t>
      </w:r>
      <w:proofErr w:type="spellEnd"/>
      <w:r>
        <w:rPr>
          <w:sz w:val="17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65"/>
        <w:gridCol w:w="2565"/>
        <w:gridCol w:w="168"/>
        <w:gridCol w:w="2397"/>
        <w:gridCol w:w="2565"/>
        <w:gridCol w:w="336"/>
      </w:tblGrid>
      <w:tr w:rsidR="00404FAE" w14:paraId="263729C9" w14:textId="77777777">
        <w:trPr>
          <w:jc w:val="center"/>
        </w:trPr>
        <w:tc>
          <w:tcPr>
            <w:tcW w:w="102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7053A3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B982102" w14:textId="77777777" w:rsidR="00404FAE" w:rsidRDefault="00000000">
            <w:r>
              <w:rPr>
                <w:b/>
                <w:color w:val="FFFFFF"/>
              </w:rPr>
              <w:t>SPAZIO RISERVATO ALLA SEGRETERIA</w:t>
            </w:r>
          </w:p>
        </w:tc>
      </w:tr>
      <w:tr w:rsidR="00404FAE" w14:paraId="574B3643" w14:textId="77777777">
        <w:trPr>
          <w:jc w:val="center"/>
        </w:trPr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4AD89D" w14:textId="77777777" w:rsidR="00404FAE" w:rsidRDefault="00000000">
            <w:r>
              <w:rPr>
                <w:b/>
                <w:sz w:val="18"/>
              </w:rPr>
              <w:t xml:space="preserve">Data </w:t>
            </w:r>
            <w:proofErr w:type="spellStart"/>
            <w:r>
              <w:rPr>
                <w:b/>
                <w:sz w:val="18"/>
              </w:rPr>
              <w:t>ricezione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domanda</w:t>
            </w:r>
            <w:proofErr w:type="spellEnd"/>
          </w:p>
        </w:tc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4DBA6" w14:textId="77777777" w:rsidR="00404FAE" w:rsidRDefault="00000000">
            <w:r>
              <w:rPr>
                <w:sz w:val="18"/>
              </w:rPr>
              <w:t>____ / ___</w:t>
            </w:r>
            <w:proofErr w:type="gramStart"/>
            <w:r>
              <w:rPr>
                <w:sz w:val="18"/>
              </w:rPr>
              <w:t>_ / _</w:t>
            </w:r>
            <w:proofErr w:type="gramEnd"/>
            <w:r>
              <w:rPr>
                <w:sz w:val="18"/>
              </w:rPr>
              <w:t>_____</w:t>
            </w:r>
          </w:p>
        </w:tc>
      </w:tr>
      <w:tr w:rsidR="00404FAE" w14:paraId="222A9E4D" w14:textId="77777777">
        <w:trPr>
          <w:jc w:val="center"/>
        </w:trPr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6D82B3" w14:textId="77777777" w:rsidR="00404FAE" w:rsidRDefault="00000000">
            <w:proofErr w:type="spellStart"/>
            <w:r>
              <w:rPr>
                <w:b/>
                <w:sz w:val="18"/>
              </w:rPr>
              <w:t>Protocollo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numero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pratica</w:t>
            </w:r>
            <w:proofErr w:type="spellEnd"/>
          </w:p>
        </w:tc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3C0F7B" w14:textId="77777777" w:rsidR="00404FAE" w:rsidRDefault="00000000">
            <w:r>
              <w:rPr>
                <w:sz w:val="18"/>
              </w:rPr>
              <w:t>_____________________________________________________________</w:t>
            </w:r>
          </w:p>
        </w:tc>
      </w:tr>
      <w:tr w:rsidR="00404FAE" w14:paraId="34B36624" w14:textId="77777777">
        <w:trPr>
          <w:jc w:val="center"/>
        </w:trPr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07C7CA" w14:textId="77777777" w:rsidR="00404FAE" w:rsidRDefault="00000000">
            <w:proofErr w:type="spellStart"/>
            <w:r>
              <w:rPr>
                <w:b/>
                <w:sz w:val="18"/>
              </w:rPr>
              <w:t>Documentazione</w:t>
            </w:r>
            <w:proofErr w:type="spellEnd"/>
            <w:r>
              <w:rPr>
                <w:b/>
                <w:sz w:val="18"/>
              </w:rPr>
              <w:t xml:space="preserve"> completa</w:t>
            </w:r>
          </w:p>
        </w:tc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8865BA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proofErr w:type="gramStart"/>
            <w:r>
              <w:rPr>
                <w:sz w:val="18"/>
              </w:rPr>
              <w:t>Sì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No - </w:t>
            </w:r>
            <w:proofErr w:type="spellStart"/>
            <w:r>
              <w:rPr>
                <w:sz w:val="18"/>
              </w:rPr>
              <w:t>integrazioni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richieste</w:t>
            </w:r>
            <w:proofErr w:type="spellEnd"/>
            <w:r>
              <w:rPr>
                <w:sz w:val="18"/>
              </w:rPr>
              <w:t xml:space="preserve"> _____________________________</w:t>
            </w:r>
          </w:p>
        </w:tc>
      </w:tr>
      <w:tr w:rsidR="00404FAE" w14:paraId="6D5D7C17" w14:textId="77777777">
        <w:trPr>
          <w:jc w:val="center"/>
        </w:trPr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623730" w14:textId="77777777" w:rsidR="00404FAE" w:rsidRDefault="00000000">
            <w:r>
              <w:rPr>
                <w:b/>
                <w:sz w:val="18"/>
              </w:rPr>
              <w:t xml:space="preserve">Quota di </w:t>
            </w:r>
            <w:proofErr w:type="spellStart"/>
            <w:r>
              <w:rPr>
                <w:b/>
                <w:sz w:val="18"/>
              </w:rPr>
              <w:t>iscrizione</w:t>
            </w:r>
            <w:proofErr w:type="spellEnd"/>
          </w:p>
        </w:tc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EC0A8D" w14:textId="77777777" w:rsidR="00404FAE" w:rsidRDefault="00000000">
            <w:r>
              <w:rPr>
                <w:sz w:val="18"/>
              </w:rPr>
              <w:t xml:space="preserve">□ </w:t>
            </w:r>
            <w:proofErr w:type="spellStart"/>
            <w:proofErr w:type="gramStart"/>
            <w:r>
              <w:rPr>
                <w:sz w:val="18"/>
              </w:rPr>
              <w:t>Versata</w:t>
            </w:r>
            <w:proofErr w:type="spellEnd"/>
            <w:r>
              <w:rPr>
                <w:sz w:val="18"/>
              </w:rPr>
              <w:t xml:space="preserve">  □</w:t>
            </w:r>
            <w:proofErr w:type="gramEnd"/>
            <w:r>
              <w:rPr>
                <w:sz w:val="18"/>
              </w:rPr>
              <w:t xml:space="preserve"> Da </w:t>
            </w:r>
            <w:proofErr w:type="spellStart"/>
            <w:proofErr w:type="gramStart"/>
            <w:r>
              <w:rPr>
                <w:sz w:val="18"/>
              </w:rPr>
              <w:t>versare</w:t>
            </w:r>
            <w:proofErr w:type="spellEnd"/>
            <w:r>
              <w:rPr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Importo</w:t>
            </w:r>
            <w:proofErr w:type="spellEnd"/>
            <w:proofErr w:type="gramEnd"/>
            <w:r>
              <w:rPr>
                <w:sz w:val="18"/>
              </w:rPr>
              <w:t xml:space="preserve"> € _________</w:t>
            </w:r>
            <w:proofErr w:type="gramStart"/>
            <w:r>
              <w:rPr>
                <w:sz w:val="18"/>
              </w:rPr>
              <w:t>_  Data</w:t>
            </w:r>
            <w:proofErr w:type="gramEnd"/>
            <w:r>
              <w:rPr>
                <w:sz w:val="18"/>
              </w:rPr>
              <w:t xml:space="preserve"> __________</w:t>
            </w:r>
          </w:p>
        </w:tc>
      </w:tr>
      <w:tr w:rsidR="00404FAE" w14:paraId="24C1B370" w14:textId="77777777">
        <w:trPr>
          <w:jc w:val="center"/>
        </w:trPr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E7963" w14:textId="77777777" w:rsidR="00404FAE" w:rsidRDefault="00000000">
            <w:r>
              <w:rPr>
                <w:b/>
                <w:sz w:val="18"/>
              </w:rPr>
              <w:t>Note</w:t>
            </w:r>
          </w:p>
        </w:tc>
        <w:tc>
          <w:tcPr>
            <w:tcW w:w="5298" w:type="dxa"/>
            <w:gridSpan w:val="3"/>
            <w:tcBorders>
              <w:top w:val="single" w:sz="4" w:space="0" w:color="B7C3CB"/>
              <w:left w:val="single" w:sz="4" w:space="0" w:color="B7C3CB"/>
              <w:bottom w:val="single" w:sz="4" w:space="0" w:color="B7C3CB"/>
              <w:right w:val="single" w:sz="4" w:space="0" w:color="B7C3CB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33AEB2" w14:textId="77777777" w:rsidR="00404FAE" w:rsidRDefault="00000000">
            <w:r>
              <w:rPr>
                <w:sz w:val="18"/>
              </w:rPr>
              <w:t>________________________________________________________________________</w:t>
            </w:r>
          </w:p>
        </w:tc>
      </w:tr>
      <w:tr w:rsidR="00404FAE" w14:paraId="537E94C0" w14:textId="77777777">
        <w:trPr>
          <w:gridAfter w:val="1"/>
          <w:wAfter w:w="8" w:type="dxa"/>
          <w:jc w:val="center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360DA22F" w14:textId="77777777" w:rsidR="00404FAE" w:rsidRDefault="00000000">
            <w:pPr>
              <w:jc w:val="center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4413BE64" w14:textId="77777777" w:rsidR="00404FAE" w:rsidRDefault="00000000">
            <w:pPr>
              <w:jc w:val="center"/>
            </w:pPr>
            <w:proofErr w:type="spellStart"/>
            <w:r>
              <w:rPr>
                <w:b/>
                <w:sz w:val="17"/>
              </w:rPr>
              <w:t>Firma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genitore</w:t>
            </w:r>
            <w:proofErr w:type="spellEnd"/>
            <w:r>
              <w:rPr>
                <w:b/>
                <w:sz w:val="17"/>
              </w:rPr>
              <w:t>/</w:t>
            </w:r>
            <w:proofErr w:type="spellStart"/>
            <w:r>
              <w:rPr>
                <w:b/>
                <w:sz w:val="17"/>
              </w:rPr>
              <w:t>tutore</w:t>
            </w:r>
            <w:proofErr w:type="spellEnd"/>
            <w:r>
              <w:rPr>
                <w:b/>
                <w:sz w:val="17"/>
              </w:rPr>
              <w:t xml:space="preserve"> 1</w:t>
            </w:r>
          </w:p>
        </w:tc>
        <w:tc>
          <w:tcPr>
            <w:tcW w:w="25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BC996" w14:textId="77777777" w:rsidR="00404FAE" w:rsidRDefault="00000000">
            <w:pPr>
              <w:jc w:val="center"/>
            </w:pPr>
            <w:proofErr w:type="spellStart"/>
            <w:r>
              <w:rPr>
                <w:b/>
                <w:sz w:val="17"/>
              </w:rPr>
              <w:t>Firma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genitore</w:t>
            </w:r>
            <w:proofErr w:type="spellEnd"/>
            <w:r>
              <w:rPr>
                <w:b/>
                <w:sz w:val="17"/>
              </w:rPr>
              <w:t>/</w:t>
            </w:r>
            <w:proofErr w:type="spellStart"/>
            <w:r>
              <w:rPr>
                <w:b/>
                <w:sz w:val="17"/>
              </w:rPr>
              <w:t>tutore</w:t>
            </w:r>
            <w:proofErr w:type="spellEnd"/>
            <w:r>
              <w:rPr>
                <w:b/>
                <w:sz w:val="17"/>
              </w:rPr>
              <w:t xml:space="preserve"> 2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5BF14F5D" w14:textId="77777777" w:rsidR="00404FAE" w:rsidRDefault="00000000">
            <w:pPr>
              <w:jc w:val="center"/>
            </w:pPr>
            <w:proofErr w:type="spellStart"/>
            <w:r>
              <w:rPr>
                <w:b/>
                <w:sz w:val="17"/>
              </w:rPr>
              <w:t>Firma</w:t>
            </w:r>
            <w:proofErr w:type="spellEnd"/>
            <w:r>
              <w:rPr>
                <w:b/>
                <w:sz w:val="17"/>
              </w:rPr>
              <w:t xml:space="preserve"> della </w:t>
            </w:r>
            <w:proofErr w:type="spellStart"/>
            <w:r>
              <w:rPr>
                <w:b/>
                <w:sz w:val="17"/>
              </w:rPr>
              <w:t>Direzione</w:t>
            </w:r>
            <w:proofErr w:type="spellEnd"/>
          </w:p>
        </w:tc>
      </w:tr>
      <w:tr w:rsidR="00404FAE" w14:paraId="725AFD00" w14:textId="77777777">
        <w:trPr>
          <w:gridAfter w:val="1"/>
          <w:wAfter w:w="8" w:type="dxa"/>
          <w:jc w:val="center"/>
        </w:trPr>
        <w:tc>
          <w:tcPr>
            <w:tcW w:w="2565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3A1D6E28" w14:textId="77777777" w:rsidR="00404FAE" w:rsidRDefault="00000000">
            <w:r>
              <w:br/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1617B74C" w14:textId="77777777" w:rsidR="00404FAE" w:rsidRDefault="00000000">
            <w:r>
              <w:br/>
            </w:r>
          </w:p>
        </w:tc>
        <w:tc>
          <w:tcPr>
            <w:tcW w:w="2565" w:type="dxa"/>
            <w:gridSpan w:val="2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26DF8C05" w14:textId="77777777" w:rsidR="00404FAE" w:rsidRDefault="00000000">
            <w:r>
              <w:br/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263238"/>
              <w:right w:val="nil"/>
            </w:tcBorders>
          </w:tcPr>
          <w:p w14:paraId="690B5223" w14:textId="77777777" w:rsidR="00404FAE" w:rsidRDefault="00000000">
            <w:r>
              <w:br/>
            </w:r>
          </w:p>
        </w:tc>
      </w:tr>
    </w:tbl>
    <w:p w14:paraId="27A8E59C" w14:textId="77777777" w:rsidR="00404FAE" w:rsidRDefault="00000000">
      <w:pPr>
        <w:pStyle w:val="SmallNote"/>
      </w:pPr>
      <w:proofErr w:type="spellStart"/>
      <w:r>
        <w:t>Dichiarazioni</w:t>
      </w:r>
      <w:proofErr w:type="spellEnd"/>
      <w:r>
        <w:t xml:space="preserve"> rese ai sensi degli </w:t>
      </w:r>
      <w:proofErr w:type="spellStart"/>
      <w:r>
        <w:t>artt</w:t>
      </w:r>
      <w:proofErr w:type="spellEnd"/>
      <w:r>
        <w:t xml:space="preserve">. 46 e 47 del D.P.R. 445/2000.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dichiarazioni</w:t>
      </w:r>
      <w:proofErr w:type="spellEnd"/>
      <w:r>
        <w:t xml:space="preserve"> non </w:t>
      </w:r>
      <w:proofErr w:type="spellStart"/>
      <w:r>
        <w:t>veritiere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applicano</w:t>
      </w:r>
      <w:proofErr w:type="spellEnd"/>
      <w:r>
        <w:t xml:space="preserve"> le </w:t>
      </w:r>
      <w:proofErr w:type="spellStart"/>
      <w:r>
        <w:t>conseguenze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vigente</w:t>
      </w:r>
      <w:proofErr w:type="spellEnd"/>
      <w:r>
        <w:t>.</w:t>
      </w:r>
    </w:p>
    <w:sectPr w:rsidR="00404FAE" w:rsidSect="00034616">
      <w:pgSz w:w="12240" w:h="15840"/>
      <w:pgMar w:top="1332" w:right="822" w:bottom="992" w:left="822" w:header="198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22CA" w14:textId="77777777" w:rsidR="00E95FCA" w:rsidRDefault="00E95FCA">
      <w:pPr>
        <w:spacing w:after="0" w:line="240" w:lineRule="auto"/>
      </w:pPr>
      <w:r>
        <w:separator/>
      </w:r>
    </w:p>
  </w:endnote>
  <w:endnote w:type="continuationSeparator" w:id="0">
    <w:p w14:paraId="00E3CECC" w14:textId="77777777" w:rsidR="00E95FCA" w:rsidRDefault="00E95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DCCA7" w14:textId="77777777" w:rsidR="00404FAE" w:rsidRDefault="00404FAE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052"/>
      <w:gridCol w:w="2052"/>
      <w:gridCol w:w="2052"/>
      <w:gridCol w:w="2052"/>
      <w:gridCol w:w="2052"/>
    </w:tblGrid>
    <w:tr w:rsidR="00404FAE" w14:paraId="687743D8" w14:textId="77777777">
      <w:trPr>
        <w:jc w:val="center"/>
      </w:trPr>
      <w:tc>
        <w:tcPr>
          <w:tcW w:w="2052" w:type="dxa"/>
          <w:tcBorders>
            <w:top w:val="nil"/>
            <w:left w:val="nil"/>
            <w:bottom w:val="nil"/>
            <w:right w:val="nil"/>
          </w:tcBorders>
          <w:shd w:val="clear" w:color="auto" w:fill="E79A2B"/>
          <w:tcMar>
            <w:top w:w="0" w:type="dxa"/>
            <w:left w:w="0" w:type="dxa"/>
            <w:bottom w:w="0" w:type="dxa"/>
            <w:right w:w="0" w:type="dxa"/>
          </w:tcMar>
        </w:tcPr>
        <w:p w14:paraId="4CF0DF49" w14:textId="77777777" w:rsidR="00404FAE" w:rsidRDefault="00404FAE"/>
      </w:tc>
      <w:tc>
        <w:tcPr>
          <w:tcW w:w="2052" w:type="dxa"/>
          <w:tcBorders>
            <w:top w:val="nil"/>
            <w:left w:val="nil"/>
            <w:bottom w:val="nil"/>
            <w:right w:val="nil"/>
          </w:tcBorders>
          <w:shd w:val="clear" w:color="auto" w:fill="D83B34"/>
          <w:tcMar>
            <w:top w:w="0" w:type="dxa"/>
            <w:left w:w="0" w:type="dxa"/>
            <w:bottom w:w="0" w:type="dxa"/>
            <w:right w:w="0" w:type="dxa"/>
          </w:tcMar>
        </w:tcPr>
        <w:p w14:paraId="4FB2CB56" w14:textId="77777777" w:rsidR="00404FAE" w:rsidRDefault="00404FAE"/>
      </w:tc>
      <w:tc>
        <w:tcPr>
          <w:tcW w:w="2052" w:type="dxa"/>
          <w:tcBorders>
            <w:top w:val="nil"/>
            <w:left w:val="nil"/>
            <w:bottom w:val="nil"/>
            <w:right w:val="nil"/>
          </w:tcBorders>
          <w:shd w:val="clear" w:color="auto" w:fill="7053A3"/>
          <w:tcMar>
            <w:top w:w="0" w:type="dxa"/>
            <w:left w:w="0" w:type="dxa"/>
            <w:bottom w:w="0" w:type="dxa"/>
            <w:right w:w="0" w:type="dxa"/>
          </w:tcMar>
        </w:tcPr>
        <w:p w14:paraId="192F7797" w14:textId="77777777" w:rsidR="00404FAE" w:rsidRDefault="00404FAE"/>
      </w:tc>
      <w:tc>
        <w:tcPr>
          <w:tcW w:w="2052" w:type="dxa"/>
          <w:tcBorders>
            <w:top w:val="nil"/>
            <w:left w:val="nil"/>
            <w:bottom w:val="nil"/>
            <w:right w:val="nil"/>
          </w:tcBorders>
          <w:shd w:val="clear" w:color="auto" w:fill="57A64A"/>
          <w:tcMar>
            <w:top w:w="0" w:type="dxa"/>
            <w:left w:w="0" w:type="dxa"/>
            <w:bottom w:w="0" w:type="dxa"/>
            <w:right w:w="0" w:type="dxa"/>
          </w:tcMar>
        </w:tcPr>
        <w:p w14:paraId="4D0B8B0F" w14:textId="77777777" w:rsidR="00404FAE" w:rsidRDefault="00404FAE"/>
      </w:tc>
      <w:tc>
        <w:tcPr>
          <w:tcW w:w="2052" w:type="dxa"/>
          <w:tcBorders>
            <w:top w:val="nil"/>
            <w:left w:val="nil"/>
            <w:bottom w:val="nil"/>
            <w:right w:val="nil"/>
          </w:tcBorders>
          <w:shd w:val="clear" w:color="auto" w:fill="2297C9"/>
          <w:tcMar>
            <w:top w:w="0" w:type="dxa"/>
            <w:left w:w="0" w:type="dxa"/>
            <w:bottom w:w="0" w:type="dxa"/>
            <w:right w:w="0" w:type="dxa"/>
          </w:tcMar>
        </w:tcPr>
        <w:p w14:paraId="4EE2A8EC" w14:textId="77777777" w:rsidR="00404FAE" w:rsidRDefault="00404FAE"/>
      </w:tc>
    </w:tr>
    <w:tr w:rsidR="00404FAE" w14:paraId="40BF920F" w14:textId="77777777">
      <w:trPr>
        <w:jc w:val="center"/>
      </w:trPr>
      <w:tc>
        <w:tcPr>
          <w:tcW w:w="10260" w:type="dxa"/>
          <w:gridSpan w:val="5"/>
          <w:tcBorders>
            <w:top w:val="nil"/>
            <w:left w:val="nil"/>
            <w:bottom w:val="nil"/>
            <w:right w:val="nil"/>
          </w:tcBorders>
          <w:tcMar>
            <w:top w:w="20" w:type="dxa"/>
            <w:left w:w="0" w:type="dxa"/>
            <w:bottom w:w="0" w:type="dxa"/>
            <w:right w:w="0" w:type="dxa"/>
          </w:tcMar>
        </w:tcPr>
        <w:p w14:paraId="427294B4" w14:textId="77777777" w:rsidR="00404FAE" w:rsidRDefault="00000000">
          <w:pPr>
            <w:jc w:val="center"/>
          </w:pPr>
          <w:proofErr w:type="spellStart"/>
          <w:r>
            <w:rPr>
              <w:color w:val="6B747A"/>
              <w:sz w:val="14"/>
            </w:rPr>
            <w:t>Bimboscuola</w:t>
          </w:r>
          <w:proofErr w:type="spellEnd"/>
          <w:r>
            <w:rPr>
              <w:color w:val="6B747A"/>
              <w:sz w:val="14"/>
            </w:rPr>
            <w:t xml:space="preserve"> - Moduli di </w:t>
          </w:r>
          <w:proofErr w:type="spellStart"/>
          <w:r>
            <w:rPr>
              <w:color w:val="6B747A"/>
              <w:sz w:val="14"/>
            </w:rPr>
            <w:t>iscrizione</w:t>
          </w:r>
          <w:proofErr w:type="spellEnd"/>
          <w:r>
            <w:rPr>
              <w:color w:val="6B747A"/>
              <w:sz w:val="14"/>
            </w:rPr>
            <w:t xml:space="preserve"> A.S. 2026/2027   |   </w:t>
          </w:r>
          <w:proofErr w:type="spellStart"/>
          <w:r>
            <w:t>pag</w:t>
          </w:r>
          <w:proofErr w:type="spellEnd"/>
          <w:r>
            <w:t xml:space="preserve">.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E20665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731C1" w14:textId="77777777" w:rsidR="00E95FCA" w:rsidRDefault="00E95FCA">
      <w:pPr>
        <w:spacing w:after="0" w:line="240" w:lineRule="auto"/>
      </w:pPr>
      <w:r>
        <w:separator/>
      </w:r>
    </w:p>
  </w:footnote>
  <w:footnote w:type="continuationSeparator" w:id="0">
    <w:p w14:paraId="0A97B9F8" w14:textId="77777777" w:rsidR="00E95FCA" w:rsidRDefault="00E95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B8CA5" w14:textId="77777777" w:rsidR="00404FAE" w:rsidRDefault="00404FAE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494"/>
      <w:gridCol w:w="7767"/>
    </w:tblGrid>
    <w:tr w:rsidR="00404FAE" w14:paraId="0A2DBD86" w14:textId="77777777">
      <w:trPr>
        <w:jc w:val="center"/>
      </w:trPr>
      <w:tc>
        <w:tcPr>
          <w:tcW w:w="2494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0CF7BB2" w14:textId="77777777" w:rsidR="00404FAE" w:rsidRDefault="00000000">
          <w:r>
            <w:rPr>
              <w:noProof/>
            </w:rPr>
            <w:drawing>
              <wp:inline distT="0" distB="0" distL="0" distR="0" wp14:anchorId="4E20A9C3" wp14:editId="561D7667">
                <wp:extent cx="1368000" cy="700157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imboscuola_upscaled_for_doc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8000" cy="7001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7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2C928C4" w14:textId="77777777" w:rsidR="00404FAE" w:rsidRDefault="00000000">
          <w:pPr>
            <w:jc w:val="right"/>
          </w:pPr>
          <w:r>
            <w:rPr>
              <w:b/>
              <w:color w:val="263238"/>
            </w:rPr>
            <w:t>ASSOCIAZIONE BIMBOSCUOLA</w:t>
          </w:r>
          <w:r>
            <w:rPr>
              <w:b/>
              <w:color w:val="263238"/>
            </w:rPr>
            <w:br/>
          </w:r>
          <w:r>
            <w:rPr>
              <w:b/>
              <w:color w:val="57A64A"/>
              <w:sz w:val="17"/>
            </w:rPr>
            <w:t xml:space="preserve">Scuola </w:t>
          </w:r>
          <w:proofErr w:type="spellStart"/>
          <w:r>
            <w:rPr>
              <w:b/>
              <w:color w:val="57A64A"/>
              <w:sz w:val="17"/>
            </w:rPr>
            <w:t>dell’Infanzia</w:t>
          </w:r>
          <w:proofErr w:type="spellEnd"/>
          <w:r>
            <w:rPr>
              <w:b/>
              <w:color w:val="57A64A"/>
              <w:sz w:val="17"/>
            </w:rPr>
            <w:t xml:space="preserve"> </w:t>
          </w:r>
          <w:proofErr w:type="spellStart"/>
          <w:r>
            <w:rPr>
              <w:b/>
              <w:color w:val="57A64A"/>
              <w:sz w:val="17"/>
            </w:rPr>
            <w:t>Paritaria</w:t>
          </w:r>
          <w:proofErr w:type="spellEnd"/>
          <w:r>
            <w:rPr>
              <w:b/>
              <w:color w:val="57A64A"/>
              <w:sz w:val="17"/>
            </w:rPr>
            <w:br/>
          </w:r>
          <w:r>
            <w:rPr>
              <w:color w:val="6B747A"/>
              <w:sz w:val="15"/>
            </w:rPr>
            <w:t xml:space="preserve">Via </w:t>
          </w:r>
          <w:proofErr w:type="spellStart"/>
          <w:r>
            <w:rPr>
              <w:color w:val="6B747A"/>
              <w:sz w:val="15"/>
            </w:rPr>
            <w:t>dei</w:t>
          </w:r>
          <w:proofErr w:type="spellEnd"/>
          <w:r>
            <w:rPr>
              <w:color w:val="6B747A"/>
              <w:sz w:val="15"/>
            </w:rPr>
            <w:t xml:space="preserve"> Mille, 50 - 80035 Nola (NA)</w:t>
          </w:r>
          <w:r>
            <w:rPr>
              <w:color w:val="6B747A"/>
              <w:sz w:val="15"/>
            </w:rPr>
            <w:br/>
            <w:t>Tel. 081 8214177 - Cell. 388 099 3290</w:t>
          </w:r>
          <w:r>
            <w:rPr>
              <w:color w:val="6B747A"/>
              <w:sz w:val="15"/>
            </w:rPr>
            <w:br/>
            <w:t>bimbo.scuola@virgilio.it - www.bimboscuolanola.it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5495472">
    <w:abstractNumId w:val="8"/>
  </w:num>
  <w:num w:numId="2" w16cid:durableId="2027362755">
    <w:abstractNumId w:val="6"/>
  </w:num>
  <w:num w:numId="3" w16cid:durableId="724331594">
    <w:abstractNumId w:val="5"/>
  </w:num>
  <w:num w:numId="4" w16cid:durableId="260378623">
    <w:abstractNumId w:val="4"/>
  </w:num>
  <w:num w:numId="5" w16cid:durableId="722292915">
    <w:abstractNumId w:val="7"/>
  </w:num>
  <w:num w:numId="6" w16cid:durableId="1140224464">
    <w:abstractNumId w:val="3"/>
  </w:num>
  <w:num w:numId="7" w16cid:durableId="752622760">
    <w:abstractNumId w:val="2"/>
  </w:num>
  <w:num w:numId="8" w16cid:durableId="153762452">
    <w:abstractNumId w:val="1"/>
  </w:num>
  <w:num w:numId="9" w16cid:durableId="1577402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6CB2"/>
    <w:rsid w:val="0029639D"/>
    <w:rsid w:val="00326F90"/>
    <w:rsid w:val="00404FAE"/>
    <w:rsid w:val="00507E5F"/>
    <w:rsid w:val="00AA1D8D"/>
    <w:rsid w:val="00B47730"/>
    <w:rsid w:val="00C160F7"/>
    <w:rsid w:val="00CB0664"/>
    <w:rsid w:val="00E20665"/>
    <w:rsid w:val="00E82528"/>
    <w:rsid w:val="00E95F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77F25A"/>
  <w14:defaultImageDpi w14:val="300"/>
  <w15:docId w15:val="{BE887821-AE5A-47C0-8A73-6F89EB61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uleTitle">
    <w:name w:val="Module Title"/>
    <w:pPr>
      <w:spacing w:after="60"/>
    </w:pPr>
    <w:rPr>
      <w:rFonts w:ascii="Arial" w:eastAsia="Arial" w:hAnsi="Arial"/>
      <w:b/>
      <w:color w:val="263238"/>
      <w:sz w:val="30"/>
    </w:rPr>
  </w:style>
  <w:style w:type="paragraph" w:customStyle="1" w:styleId="SectionTitle">
    <w:name w:val="Section Title"/>
    <w:pPr>
      <w:spacing w:after="60"/>
    </w:pPr>
    <w:rPr>
      <w:rFonts w:ascii="Arial" w:eastAsia="Arial" w:hAnsi="Arial"/>
      <w:b/>
      <w:color w:val="263238"/>
      <w:sz w:val="21"/>
    </w:rPr>
  </w:style>
  <w:style w:type="paragraph" w:customStyle="1" w:styleId="SmallNote">
    <w:name w:val="Small Note"/>
    <w:pPr>
      <w:spacing w:after="60"/>
    </w:pPr>
    <w:rPr>
      <w:rFonts w:ascii="Arial" w:eastAsia="Arial" w:hAnsi="Arial"/>
      <w:color w:val="6B747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2223</Words>
  <Characters>12676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Moduli di iscrizione Scuola dell’Infanzia Paritaria Bimboscuola - A.S. 2026/2027</dc:title>
  <dc:subject>Pacchetto iscrizione</dc:subject>
  <dc:creator>Associazione Bimboscuola</dc:creator>
  <cp:keywords/>
  <dc:description>generated by python-docx</dc:description>
  <cp:lastModifiedBy>Grazia Petillo</cp:lastModifiedBy>
  <cp:revision>3</cp:revision>
  <dcterms:created xsi:type="dcterms:W3CDTF">2026-07-13T13:37:00Z</dcterms:created>
  <dcterms:modified xsi:type="dcterms:W3CDTF">2026-07-20T12:57:00Z</dcterms:modified>
  <cp:category/>
</cp:coreProperties>
</file>