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AE592" w14:textId="77777777" w:rsidR="00170B2E" w:rsidRDefault="00000000">
      <w:pPr>
        <w:spacing w:after="20"/>
        <w:jc w:val="center"/>
      </w:pPr>
      <w:r>
        <w:rPr>
          <w:noProof/>
        </w:rPr>
        <w:drawing>
          <wp:inline distT="0" distB="0" distL="0" distR="0" wp14:anchorId="1CCBF6C0" wp14:editId="2533F6EA">
            <wp:extent cx="2214636" cy="1133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piccol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21131" cy="113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20117" w14:textId="77777777" w:rsidR="005F308D" w:rsidRDefault="005F308D">
      <w:pPr>
        <w:spacing w:after="0"/>
        <w:jc w:val="center"/>
        <w:rPr>
          <w:b/>
          <w:color w:val="395B7D"/>
          <w:sz w:val="34"/>
        </w:rPr>
      </w:pPr>
    </w:p>
    <w:p w14:paraId="0755F420" w14:textId="55944759" w:rsidR="00170B2E" w:rsidRDefault="00000000">
      <w:pPr>
        <w:spacing w:after="0"/>
        <w:jc w:val="center"/>
      </w:pPr>
      <w:r>
        <w:rPr>
          <w:b/>
          <w:color w:val="395B7D"/>
          <w:sz w:val="34"/>
        </w:rPr>
        <w:t>SEZIONE PRIMAVERA 18-36 MESI</w:t>
      </w:r>
    </w:p>
    <w:p w14:paraId="07831A30" w14:textId="7A70AE70" w:rsidR="00170B2E" w:rsidRDefault="00000000">
      <w:pPr>
        <w:spacing w:after="120"/>
        <w:jc w:val="center"/>
      </w:pPr>
      <w:r>
        <w:rPr>
          <w:i/>
          <w:sz w:val="21"/>
        </w:rPr>
        <w:t xml:space="preserve">Divisione dei gruppi per l’accoglienza e l’ambientamento </w:t>
      </w:r>
    </w:p>
    <w:tbl>
      <w:tblPr>
        <w:tblW w:w="0" w:type="auto"/>
        <w:jc w:val="center"/>
        <w:tblBorders>
          <w:top w:val="single" w:sz="7" w:space="0" w:color="A9C4D8"/>
          <w:left w:val="single" w:sz="7" w:space="0" w:color="A9C4D8"/>
          <w:bottom w:val="single" w:sz="7" w:space="0" w:color="A9C4D8"/>
          <w:right w:val="single" w:sz="7" w:space="0" w:color="A9C4D8"/>
          <w:insideH w:val="single" w:sz="7" w:space="0" w:color="A9C4D8"/>
          <w:insideV w:val="single" w:sz="7" w:space="0" w:color="A9C4D8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170B2E" w14:paraId="50FF5017" w14:textId="77777777">
        <w:trPr>
          <w:jc w:val="center"/>
        </w:trPr>
        <w:tc>
          <w:tcPr>
            <w:tcW w:w="3288" w:type="dxa"/>
            <w:shd w:val="clear" w:color="auto" w:fill="D9EAF7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B905D82" w14:textId="77777777" w:rsidR="00170B2E" w:rsidRDefault="00000000">
            <w:pPr>
              <w:spacing w:after="0"/>
              <w:jc w:val="center"/>
            </w:pPr>
            <w:r>
              <w:rPr>
                <w:b/>
                <w:color w:val="395B7D"/>
              </w:rPr>
              <w:t>TOTALE BAMBINI</w:t>
            </w:r>
          </w:p>
        </w:tc>
        <w:tc>
          <w:tcPr>
            <w:tcW w:w="3288" w:type="dxa"/>
            <w:shd w:val="clear" w:color="auto" w:fill="D9EAF7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C60154C" w14:textId="77777777" w:rsidR="00170B2E" w:rsidRDefault="00000000">
            <w:pPr>
              <w:spacing w:after="0"/>
              <w:jc w:val="center"/>
            </w:pPr>
            <w:r>
              <w:rPr>
                <w:b/>
                <w:color w:val="395B7D"/>
              </w:rPr>
              <w:t>GRUPPO A</w:t>
            </w:r>
          </w:p>
        </w:tc>
        <w:tc>
          <w:tcPr>
            <w:tcW w:w="3288" w:type="dxa"/>
            <w:shd w:val="clear" w:color="auto" w:fill="D9EAF7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D1DF2FB" w14:textId="77777777" w:rsidR="00170B2E" w:rsidRDefault="00000000">
            <w:pPr>
              <w:spacing w:after="0"/>
              <w:jc w:val="center"/>
            </w:pPr>
            <w:r>
              <w:rPr>
                <w:b/>
                <w:color w:val="395B7D"/>
              </w:rPr>
              <w:t>GRUPPO B</w:t>
            </w:r>
          </w:p>
        </w:tc>
      </w:tr>
      <w:tr w:rsidR="00170B2E" w14:paraId="5AA0AD13" w14:textId="77777777">
        <w:trPr>
          <w:jc w:val="center"/>
        </w:trPr>
        <w:tc>
          <w:tcPr>
            <w:tcW w:w="3288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DB05214" w14:textId="77777777" w:rsidR="00170B2E" w:rsidRDefault="00000000">
            <w:pPr>
              <w:spacing w:after="0"/>
              <w:jc w:val="center"/>
            </w:pPr>
            <w:r>
              <w:rPr>
                <w:b/>
                <w:sz w:val="22"/>
              </w:rPr>
              <w:t>13</w:t>
            </w:r>
          </w:p>
        </w:tc>
        <w:tc>
          <w:tcPr>
            <w:tcW w:w="3288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049AD4C" w14:textId="77777777" w:rsidR="00170B2E" w:rsidRDefault="00000000">
            <w:pPr>
              <w:spacing w:after="0"/>
              <w:jc w:val="center"/>
            </w:pPr>
            <w:r>
              <w:rPr>
                <w:b/>
                <w:sz w:val="22"/>
              </w:rPr>
              <w:t>6 bambini</w:t>
            </w:r>
          </w:p>
        </w:tc>
        <w:tc>
          <w:tcPr>
            <w:tcW w:w="3288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58A02F8" w14:textId="77777777" w:rsidR="00170B2E" w:rsidRDefault="00000000">
            <w:pPr>
              <w:spacing w:after="0"/>
              <w:jc w:val="center"/>
            </w:pPr>
            <w:r>
              <w:rPr>
                <w:b/>
                <w:sz w:val="22"/>
              </w:rPr>
              <w:t>7 bambini</w:t>
            </w:r>
          </w:p>
        </w:tc>
      </w:tr>
    </w:tbl>
    <w:p w14:paraId="56467543" w14:textId="77777777" w:rsidR="005F308D" w:rsidRDefault="00000000">
      <w:pPr>
        <w:keepNext/>
        <w:spacing w:before="100" w:after="60"/>
        <w:jc w:val="center"/>
        <w:rPr>
          <w:b/>
          <w:color w:val="395B7D"/>
          <w:sz w:val="32"/>
          <w:szCs w:val="32"/>
        </w:rPr>
      </w:pPr>
      <w:r w:rsidRPr="005F308D">
        <w:rPr>
          <w:b/>
          <w:color w:val="395B7D"/>
          <w:sz w:val="32"/>
          <w:szCs w:val="32"/>
        </w:rPr>
        <w:t xml:space="preserve">ORARI DEI GRUPPI </w:t>
      </w:r>
    </w:p>
    <w:p w14:paraId="611C8898" w14:textId="09C1437B" w:rsidR="00170B2E" w:rsidRPr="005F308D" w:rsidRDefault="00000000">
      <w:pPr>
        <w:keepNext/>
        <w:spacing w:before="100" w:after="60"/>
        <w:jc w:val="center"/>
        <w:rPr>
          <w:sz w:val="32"/>
          <w:szCs w:val="32"/>
        </w:rPr>
      </w:pPr>
      <w:r w:rsidRPr="005F308D">
        <w:rPr>
          <w:b/>
          <w:sz w:val="32"/>
          <w:szCs w:val="32"/>
        </w:rPr>
        <w:t xml:space="preserve"> 1, 2 E 3 SETTEMBRE</w:t>
      </w:r>
    </w:p>
    <w:tbl>
      <w:tblPr>
        <w:tblW w:w="0" w:type="auto"/>
        <w:jc w:val="center"/>
        <w:tblBorders>
          <w:top w:val="single" w:sz="7" w:space="0" w:color="A9C4D8"/>
          <w:left w:val="single" w:sz="7" w:space="0" w:color="A9C4D8"/>
          <w:bottom w:val="single" w:sz="7" w:space="0" w:color="A9C4D8"/>
          <w:right w:val="single" w:sz="7" w:space="0" w:color="A9C4D8"/>
          <w:insideH w:val="single" w:sz="7" w:space="0" w:color="A9C4D8"/>
          <w:insideV w:val="single" w:sz="7" w:space="0" w:color="A9C4D8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798"/>
        <w:gridCol w:w="3798"/>
      </w:tblGrid>
      <w:tr w:rsidR="00170B2E" w14:paraId="75388150" w14:textId="77777777">
        <w:trPr>
          <w:jc w:val="center"/>
        </w:trPr>
        <w:tc>
          <w:tcPr>
            <w:tcW w:w="2268" w:type="dxa"/>
            <w:shd w:val="clear" w:color="auto" w:fill="D9EAF7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EB10F21" w14:textId="77777777" w:rsidR="00170B2E" w:rsidRDefault="00000000">
            <w:pPr>
              <w:spacing w:after="0"/>
              <w:jc w:val="center"/>
            </w:pPr>
            <w:r>
              <w:rPr>
                <w:b/>
                <w:color w:val="395B7D"/>
                <w:sz w:val="19"/>
              </w:rPr>
              <w:t>GIORNI</w:t>
            </w:r>
          </w:p>
        </w:tc>
        <w:tc>
          <w:tcPr>
            <w:tcW w:w="3798" w:type="dxa"/>
            <w:shd w:val="clear" w:color="auto" w:fill="D9EAF7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099E2BA6" w14:textId="77777777" w:rsidR="00170B2E" w:rsidRDefault="00000000">
            <w:pPr>
              <w:spacing w:after="0"/>
              <w:jc w:val="center"/>
            </w:pPr>
            <w:r>
              <w:rPr>
                <w:b/>
                <w:color w:val="395B7D"/>
                <w:sz w:val="19"/>
              </w:rPr>
              <w:t>GRUPPO A</w:t>
            </w:r>
          </w:p>
        </w:tc>
        <w:tc>
          <w:tcPr>
            <w:tcW w:w="3798" w:type="dxa"/>
            <w:shd w:val="clear" w:color="auto" w:fill="D9EAF7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3FD3DCC" w14:textId="77777777" w:rsidR="00170B2E" w:rsidRDefault="00000000">
            <w:pPr>
              <w:spacing w:after="0"/>
              <w:jc w:val="center"/>
            </w:pPr>
            <w:r>
              <w:rPr>
                <w:b/>
                <w:color w:val="395B7D"/>
                <w:sz w:val="19"/>
              </w:rPr>
              <w:t>GRUPPO B</w:t>
            </w:r>
          </w:p>
        </w:tc>
      </w:tr>
      <w:tr w:rsidR="00170B2E" w14:paraId="2EB74369" w14:textId="77777777">
        <w:trPr>
          <w:jc w:val="center"/>
        </w:trPr>
        <w:tc>
          <w:tcPr>
            <w:tcW w:w="2268" w:type="dxa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13C5E1D6" w14:textId="77777777" w:rsidR="00170B2E" w:rsidRDefault="00000000">
            <w:pPr>
              <w:spacing w:after="0"/>
              <w:jc w:val="center"/>
            </w:pPr>
            <w:r>
              <w:rPr>
                <w:b/>
              </w:rPr>
              <w:t>1, 2 e 3 settembre</w:t>
            </w:r>
          </w:p>
        </w:tc>
        <w:tc>
          <w:tcPr>
            <w:tcW w:w="3798" w:type="dxa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29758751" w14:textId="77777777" w:rsidR="00170B2E" w:rsidRDefault="00000000">
            <w:pPr>
              <w:spacing w:after="0"/>
              <w:jc w:val="center"/>
            </w:pPr>
            <w:r>
              <w:rPr>
                <w:b/>
              </w:rPr>
              <w:t>8:30 - 10:00</w:t>
            </w:r>
          </w:p>
        </w:tc>
        <w:tc>
          <w:tcPr>
            <w:tcW w:w="3798" w:type="dxa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1CD4E739" w14:textId="77777777" w:rsidR="00170B2E" w:rsidRDefault="00000000">
            <w:pPr>
              <w:spacing w:after="0"/>
              <w:jc w:val="center"/>
            </w:pPr>
            <w:r>
              <w:rPr>
                <w:b/>
              </w:rPr>
              <w:t>10:15 - 11:45</w:t>
            </w:r>
          </w:p>
        </w:tc>
      </w:tr>
    </w:tbl>
    <w:p w14:paraId="5C514E70" w14:textId="77777777" w:rsidR="005F308D" w:rsidRDefault="005F308D">
      <w:pPr>
        <w:spacing w:before="60" w:after="80"/>
        <w:jc w:val="center"/>
        <w:rPr>
          <w:b/>
          <w:i/>
          <w:sz w:val="24"/>
          <w:szCs w:val="24"/>
        </w:rPr>
      </w:pPr>
    </w:p>
    <w:p w14:paraId="47A1D47B" w14:textId="1A557AB6" w:rsidR="00170B2E" w:rsidRPr="005F308D" w:rsidRDefault="00000000">
      <w:pPr>
        <w:spacing w:before="60" w:after="80"/>
        <w:jc w:val="center"/>
        <w:rPr>
          <w:b/>
          <w:i/>
          <w:sz w:val="24"/>
          <w:szCs w:val="24"/>
        </w:rPr>
      </w:pPr>
      <w:r w:rsidRPr="005F308D">
        <w:rPr>
          <w:b/>
          <w:i/>
          <w:sz w:val="24"/>
          <w:szCs w:val="24"/>
        </w:rPr>
        <w:t xml:space="preserve">In </w:t>
      </w:r>
      <w:proofErr w:type="spellStart"/>
      <w:r w:rsidRPr="005F308D">
        <w:rPr>
          <w:b/>
          <w:i/>
          <w:sz w:val="24"/>
          <w:szCs w:val="24"/>
        </w:rPr>
        <w:t>ciascun</w:t>
      </w:r>
      <w:proofErr w:type="spellEnd"/>
      <w:r w:rsidRPr="005F308D">
        <w:rPr>
          <w:b/>
          <w:i/>
          <w:sz w:val="24"/>
          <w:szCs w:val="24"/>
        </w:rPr>
        <w:t xml:space="preserve"> </w:t>
      </w:r>
      <w:proofErr w:type="spellStart"/>
      <w:r w:rsidRPr="005F308D">
        <w:rPr>
          <w:b/>
          <w:i/>
          <w:sz w:val="24"/>
          <w:szCs w:val="24"/>
        </w:rPr>
        <w:t>gruppo</w:t>
      </w:r>
      <w:proofErr w:type="spellEnd"/>
      <w:r w:rsidRPr="005F308D">
        <w:rPr>
          <w:b/>
          <w:i/>
          <w:sz w:val="24"/>
          <w:szCs w:val="24"/>
        </w:rPr>
        <w:t xml:space="preserve"> </w:t>
      </w:r>
      <w:proofErr w:type="gramStart"/>
      <w:r w:rsidR="005F308D" w:rsidRPr="005F308D">
        <w:rPr>
          <w:b/>
          <w:i/>
          <w:sz w:val="24"/>
          <w:szCs w:val="24"/>
        </w:rPr>
        <w:t xml:space="preserve">è </w:t>
      </w:r>
      <w:r w:rsidRPr="005F308D">
        <w:rPr>
          <w:b/>
          <w:i/>
          <w:sz w:val="24"/>
          <w:szCs w:val="24"/>
        </w:rPr>
        <w:t xml:space="preserve"> </w:t>
      </w:r>
      <w:proofErr w:type="spellStart"/>
      <w:r w:rsidRPr="005F308D">
        <w:rPr>
          <w:b/>
          <w:i/>
          <w:sz w:val="24"/>
          <w:szCs w:val="24"/>
        </w:rPr>
        <w:t>inserito</w:t>
      </w:r>
      <w:proofErr w:type="spellEnd"/>
      <w:proofErr w:type="gramEnd"/>
      <w:r w:rsidRPr="005F308D">
        <w:rPr>
          <w:b/>
          <w:i/>
          <w:sz w:val="24"/>
          <w:szCs w:val="24"/>
        </w:rPr>
        <w:t xml:space="preserve"> uno </w:t>
      </w:r>
      <w:proofErr w:type="spellStart"/>
      <w:r w:rsidRPr="005F308D">
        <w:rPr>
          <w:b/>
          <w:i/>
          <w:sz w:val="24"/>
          <w:szCs w:val="24"/>
        </w:rPr>
        <w:t>dei</w:t>
      </w:r>
      <w:proofErr w:type="spellEnd"/>
      <w:r w:rsidRPr="005F308D">
        <w:rPr>
          <w:b/>
          <w:i/>
          <w:sz w:val="24"/>
          <w:szCs w:val="24"/>
        </w:rPr>
        <w:t xml:space="preserve"> due </w:t>
      </w:r>
      <w:proofErr w:type="spellStart"/>
      <w:r w:rsidRPr="005F308D">
        <w:rPr>
          <w:b/>
          <w:i/>
          <w:sz w:val="24"/>
          <w:szCs w:val="24"/>
        </w:rPr>
        <w:t>nuovi</w:t>
      </w:r>
      <w:proofErr w:type="spellEnd"/>
      <w:r w:rsidRPr="005F308D">
        <w:rPr>
          <w:b/>
          <w:i/>
          <w:sz w:val="24"/>
          <w:szCs w:val="24"/>
        </w:rPr>
        <w:t xml:space="preserve"> </w:t>
      </w:r>
      <w:proofErr w:type="spellStart"/>
      <w:r w:rsidRPr="005F308D">
        <w:rPr>
          <w:b/>
          <w:i/>
          <w:sz w:val="24"/>
          <w:szCs w:val="24"/>
        </w:rPr>
        <w:t>iscritti</w:t>
      </w:r>
      <w:proofErr w:type="spellEnd"/>
      <w:r w:rsidR="005F308D" w:rsidRPr="005F308D">
        <w:rPr>
          <w:b/>
          <w:i/>
          <w:sz w:val="24"/>
          <w:szCs w:val="24"/>
        </w:rPr>
        <w:t>*.</w:t>
      </w:r>
    </w:p>
    <w:p w14:paraId="2E6CE436" w14:textId="77777777" w:rsidR="005F308D" w:rsidRDefault="005F308D">
      <w:pPr>
        <w:spacing w:before="60" w:after="80"/>
        <w:jc w:val="center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04"/>
        <w:gridCol w:w="4904"/>
      </w:tblGrid>
      <w:tr w:rsidR="00170B2E" w14:paraId="00BCD630" w14:textId="77777777">
        <w:trPr>
          <w:jc w:val="center"/>
        </w:trPr>
        <w:tc>
          <w:tcPr>
            <w:tcW w:w="4904" w:type="dxa"/>
            <w:shd w:val="clear" w:color="auto" w:fill="5B9BD5"/>
            <w:tcMar>
              <w:top w:w="0" w:type="dxa"/>
              <w:left w:w="25" w:type="dxa"/>
              <w:bottom w:w="0" w:type="dxa"/>
              <w:right w:w="65" w:type="dxa"/>
            </w:tcMar>
          </w:tcPr>
          <w:p w14:paraId="26615B83" w14:textId="77777777" w:rsidR="00170B2E" w:rsidRDefault="00000000">
            <w:pPr>
              <w:spacing w:after="40"/>
              <w:jc w:val="center"/>
            </w:pPr>
            <w:r>
              <w:rPr>
                <w:b/>
                <w:color w:val="FFFFFF"/>
                <w:sz w:val="21"/>
              </w:rPr>
              <w:t>GRUPPO A - 6 BAMBINI</w:t>
            </w:r>
          </w:p>
          <w:tbl>
            <w:tblPr>
              <w:tblW w:w="0" w:type="auto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single" w:sz="6" w:space="0" w:color="A6A6A6"/>
                <w:insideV w:val="single" w:sz="6" w:space="0" w:color="A6A6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2"/>
              <w:gridCol w:w="4280"/>
            </w:tblGrid>
            <w:tr w:rsidR="00170B2E" w14:paraId="07ED12C7" w14:textId="77777777">
              <w:trPr>
                <w:tblHeader/>
                <w:jc w:val="center"/>
              </w:trPr>
              <w:tc>
                <w:tcPr>
                  <w:tcW w:w="482" w:type="dxa"/>
                  <w:shd w:val="clear" w:color="auto" w:fill="DDEBF7"/>
                  <w:tcMar>
                    <w:top w:w="65" w:type="dxa"/>
                    <w:left w:w="50" w:type="dxa"/>
                    <w:bottom w:w="65" w:type="dxa"/>
                    <w:right w:w="50" w:type="dxa"/>
                  </w:tcMar>
                </w:tcPr>
                <w:p w14:paraId="0000687E" w14:textId="77777777" w:rsidR="00170B2E" w:rsidRDefault="00000000">
                  <w:pPr>
                    <w:spacing w:after="0"/>
                    <w:jc w:val="center"/>
                  </w:pPr>
                  <w:r>
                    <w:rPr>
                      <w:b/>
                      <w:sz w:val="18"/>
                    </w:rPr>
                    <w:t>N.</w:t>
                  </w:r>
                </w:p>
              </w:tc>
              <w:tc>
                <w:tcPr>
                  <w:tcW w:w="4280" w:type="dxa"/>
                  <w:shd w:val="clear" w:color="auto" w:fill="DDEBF7"/>
                  <w:tcMar>
                    <w:top w:w="65" w:type="dxa"/>
                    <w:left w:w="50" w:type="dxa"/>
                    <w:bottom w:w="65" w:type="dxa"/>
                    <w:right w:w="50" w:type="dxa"/>
                  </w:tcMar>
                </w:tcPr>
                <w:p w14:paraId="2AB54A38" w14:textId="77777777" w:rsidR="00170B2E" w:rsidRDefault="00000000">
                  <w:pPr>
                    <w:spacing w:after="0"/>
                    <w:jc w:val="center"/>
                  </w:pPr>
                  <w:r>
                    <w:rPr>
                      <w:b/>
                      <w:sz w:val="18"/>
                    </w:rPr>
                    <w:t>NOMINATIVO</w:t>
                  </w:r>
                </w:p>
              </w:tc>
            </w:tr>
            <w:tr w:rsidR="00170B2E" w14:paraId="6DF09C1A" w14:textId="77777777">
              <w:trPr>
                <w:jc w:val="center"/>
              </w:trPr>
              <w:tc>
                <w:tcPr>
                  <w:tcW w:w="482" w:type="dxa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2CF601AF" w14:textId="77777777" w:rsidR="00170B2E" w:rsidRDefault="00000000">
                  <w:pPr>
                    <w:spacing w:after="0"/>
                    <w:jc w:val="center"/>
                  </w:pPr>
                  <w:r>
                    <w:rPr>
                      <w:sz w:val="17"/>
                    </w:rPr>
                    <w:t>1</w:t>
                  </w:r>
                </w:p>
              </w:tc>
              <w:tc>
                <w:tcPr>
                  <w:tcW w:w="4280" w:type="dxa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74AB628C" w14:textId="77777777" w:rsidR="00170B2E" w:rsidRDefault="00000000">
                  <w:pPr>
                    <w:spacing w:after="0"/>
                  </w:pPr>
                  <w:r>
                    <w:rPr>
                      <w:b/>
                      <w:sz w:val="17"/>
                    </w:rPr>
                    <w:t>AMARIEI GRACE</w:t>
                  </w:r>
                </w:p>
              </w:tc>
            </w:tr>
            <w:tr w:rsidR="00170B2E" w14:paraId="30D361BC" w14:textId="77777777">
              <w:trPr>
                <w:jc w:val="center"/>
              </w:trPr>
              <w:tc>
                <w:tcPr>
                  <w:tcW w:w="482" w:type="dxa"/>
                  <w:shd w:val="clear" w:color="auto" w:fill="F4F4F4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42A18C67" w14:textId="77777777" w:rsidR="00170B2E" w:rsidRDefault="00000000">
                  <w:pPr>
                    <w:spacing w:after="0"/>
                    <w:jc w:val="center"/>
                  </w:pPr>
                  <w:r>
                    <w:rPr>
                      <w:sz w:val="17"/>
                    </w:rPr>
                    <w:t>2</w:t>
                  </w:r>
                </w:p>
              </w:tc>
              <w:tc>
                <w:tcPr>
                  <w:tcW w:w="4280" w:type="dxa"/>
                  <w:shd w:val="clear" w:color="auto" w:fill="F4F4F4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4A94281B" w14:textId="77777777" w:rsidR="00170B2E" w:rsidRDefault="00000000">
                  <w:pPr>
                    <w:spacing w:after="0"/>
                  </w:pPr>
                  <w:r>
                    <w:rPr>
                      <w:b/>
                      <w:sz w:val="17"/>
                    </w:rPr>
                    <w:t>BARBERINO MARIA TERESA</w:t>
                  </w:r>
                </w:p>
              </w:tc>
            </w:tr>
            <w:tr w:rsidR="00170B2E" w14:paraId="13643F9B" w14:textId="77777777">
              <w:trPr>
                <w:jc w:val="center"/>
              </w:trPr>
              <w:tc>
                <w:tcPr>
                  <w:tcW w:w="482" w:type="dxa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38593F8A" w14:textId="77777777" w:rsidR="00170B2E" w:rsidRDefault="00000000">
                  <w:pPr>
                    <w:spacing w:after="0"/>
                    <w:jc w:val="center"/>
                  </w:pPr>
                  <w:r>
                    <w:rPr>
                      <w:sz w:val="17"/>
                    </w:rPr>
                    <w:t>3</w:t>
                  </w:r>
                </w:p>
              </w:tc>
              <w:tc>
                <w:tcPr>
                  <w:tcW w:w="4280" w:type="dxa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52E76D98" w14:textId="77777777" w:rsidR="00170B2E" w:rsidRDefault="00000000">
                  <w:pPr>
                    <w:spacing w:after="0"/>
                  </w:pPr>
                  <w:r>
                    <w:rPr>
                      <w:b/>
                      <w:sz w:val="17"/>
                    </w:rPr>
                    <w:t>CIMMINO BEATRICE</w:t>
                  </w:r>
                </w:p>
              </w:tc>
            </w:tr>
            <w:tr w:rsidR="00170B2E" w14:paraId="06EA44E7" w14:textId="77777777">
              <w:trPr>
                <w:jc w:val="center"/>
              </w:trPr>
              <w:tc>
                <w:tcPr>
                  <w:tcW w:w="482" w:type="dxa"/>
                  <w:shd w:val="clear" w:color="auto" w:fill="F4F4F4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07E8D98E" w14:textId="77777777" w:rsidR="00170B2E" w:rsidRDefault="00000000">
                  <w:pPr>
                    <w:spacing w:after="0"/>
                    <w:jc w:val="center"/>
                  </w:pPr>
                  <w:r>
                    <w:rPr>
                      <w:sz w:val="17"/>
                    </w:rPr>
                    <w:t>4</w:t>
                  </w:r>
                </w:p>
              </w:tc>
              <w:tc>
                <w:tcPr>
                  <w:tcW w:w="4280" w:type="dxa"/>
                  <w:shd w:val="clear" w:color="auto" w:fill="F4F4F4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0AEED190" w14:textId="77777777" w:rsidR="00170B2E" w:rsidRDefault="00000000">
                  <w:pPr>
                    <w:spacing w:after="0"/>
                  </w:pPr>
                  <w:r>
                    <w:rPr>
                      <w:b/>
                      <w:sz w:val="17"/>
                    </w:rPr>
                    <w:t>CIRILLO DANIELE</w:t>
                  </w:r>
                </w:p>
              </w:tc>
            </w:tr>
            <w:tr w:rsidR="00170B2E" w14:paraId="31936F24" w14:textId="77777777">
              <w:trPr>
                <w:jc w:val="center"/>
              </w:trPr>
              <w:tc>
                <w:tcPr>
                  <w:tcW w:w="482" w:type="dxa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6461FF3F" w14:textId="77777777" w:rsidR="00170B2E" w:rsidRDefault="00000000">
                  <w:pPr>
                    <w:spacing w:after="0"/>
                    <w:jc w:val="center"/>
                  </w:pPr>
                  <w:r>
                    <w:rPr>
                      <w:sz w:val="17"/>
                    </w:rPr>
                    <w:t>5</w:t>
                  </w:r>
                </w:p>
              </w:tc>
              <w:tc>
                <w:tcPr>
                  <w:tcW w:w="4280" w:type="dxa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1E8A0FF8" w14:textId="4CDC5E91" w:rsidR="00170B2E" w:rsidRDefault="00000000">
                  <w:pPr>
                    <w:spacing w:after="0"/>
                  </w:pPr>
                  <w:r>
                    <w:rPr>
                      <w:b/>
                      <w:sz w:val="17"/>
                    </w:rPr>
                    <w:t>CONTE MATTIA</w:t>
                  </w:r>
                  <w:r w:rsidR="005F308D">
                    <w:rPr>
                      <w:b/>
                      <w:sz w:val="17"/>
                    </w:rPr>
                    <w:t>*</w:t>
                  </w:r>
                </w:p>
              </w:tc>
            </w:tr>
            <w:tr w:rsidR="00170B2E" w14:paraId="66F5B12E" w14:textId="77777777">
              <w:trPr>
                <w:jc w:val="center"/>
              </w:trPr>
              <w:tc>
                <w:tcPr>
                  <w:tcW w:w="482" w:type="dxa"/>
                  <w:shd w:val="clear" w:color="auto" w:fill="F4F4F4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001B8DF3" w14:textId="77777777" w:rsidR="00170B2E" w:rsidRDefault="00000000">
                  <w:pPr>
                    <w:spacing w:after="0"/>
                    <w:jc w:val="center"/>
                  </w:pPr>
                  <w:r>
                    <w:rPr>
                      <w:sz w:val="17"/>
                    </w:rPr>
                    <w:t>6</w:t>
                  </w:r>
                </w:p>
              </w:tc>
              <w:tc>
                <w:tcPr>
                  <w:tcW w:w="4280" w:type="dxa"/>
                  <w:shd w:val="clear" w:color="auto" w:fill="F4F4F4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3C215CE6" w14:textId="77777777" w:rsidR="00170B2E" w:rsidRDefault="00000000">
                  <w:pPr>
                    <w:spacing w:after="0"/>
                  </w:pPr>
                  <w:r>
                    <w:rPr>
                      <w:b/>
                      <w:sz w:val="17"/>
                    </w:rPr>
                    <w:t>DE ROSA JOELE</w:t>
                  </w:r>
                </w:p>
              </w:tc>
            </w:tr>
          </w:tbl>
          <w:p w14:paraId="7A9B20D4" w14:textId="77777777" w:rsidR="00170B2E" w:rsidRDefault="00170B2E"/>
          <w:p w14:paraId="2C474D2B" w14:textId="34A80342" w:rsidR="00170B2E" w:rsidRDefault="00170B2E">
            <w:pPr>
              <w:spacing w:before="60" w:after="0"/>
            </w:pPr>
          </w:p>
        </w:tc>
        <w:tc>
          <w:tcPr>
            <w:tcW w:w="4904" w:type="dxa"/>
            <w:shd w:val="clear" w:color="auto" w:fill="70AD47"/>
            <w:tcMar>
              <w:top w:w="0" w:type="dxa"/>
              <w:left w:w="65" w:type="dxa"/>
              <w:bottom w:w="0" w:type="dxa"/>
              <w:right w:w="25" w:type="dxa"/>
            </w:tcMar>
          </w:tcPr>
          <w:p w14:paraId="466830AE" w14:textId="77777777" w:rsidR="00170B2E" w:rsidRDefault="00000000">
            <w:pPr>
              <w:spacing w:after="40"/>
              <w:jc w:val="center"/>
            </w:pPr>
            <w:r>
              <w:rPr>
                <w:b/>
                <w:color w:val="FFFFFF"/>
                <w:sz w:val="21"/>
              </w:rPr>
              <w:t>GRUPPO B - 7 BAMBINI</w:t>
            </w:r>
          </w:p>
          <w:tbl>
            <w:tblPr>
              <w:tblW w:w="0" w:type="auto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single" w:sz="6" w:space="0" w:color="A6A6A6"/>
                <w:insideV w:val="single" w:sz="6" w:space="0" w:color="A6A6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2"/>
              <w:gridCol w:w="4280"/>
            </w:tblGrid>
            <w:tr w:rsidR="00170B2E" w14:paraId="3A420C60" w14:textId="77777777">
              <w:trPr>
                <w:tblHeader/>
                <w:jc w:val="center"/>
              </w:trPr>
              <w:tc>
                <w:tcPr>
                  <w:tcW w:w="482" w:type="dxa"/>
                  <w:shd w:val="clear" w:color="auto" w:fill="E2F0D9"/>
                  <w:tcMar>
                    <w:top w:w="65" w:type="dxa"/>
                    <w:left w:w="50" w:type="dxa"/>
                    <w:bottom w:w="65" w:type="dxa"/>
                    <w:right w:w="50" w:type="dxa"/>
                  </w:tcMar>
                </w:tcPr>
                <w:p w14:paraId="262056AF" w14:textId="77777777" w:rsidR="00170B2E" w:rsidRDefault="00000000">
                  <w:pPr>
                    <w:spacing w:after="0"/>
                    <w:jc w:val="center"/>
                  </w:pPr>
                  <w:r>
                    <w:rPr>
                      <w:b/>
                      <w:sz w:val="18"/>
                    </w:rPr>
                    <w:t>N.</w:t>
                  </w:r>
                </w:p>
              </w:tc>
              <w:tc>
                <w:tcPr>
                  <w:tcW w:w="4280" w:type="dxa"/>
                  <w:shd w:val="clear" w:color="auto" w:fill="E2F0D9"/>
                  <w:tcMar>
                    <w:top w:w="65" w:type="dxa"/>
                    <w:left w:w="50" w:type="dxa"/>
                    <w:bottom w:w="65" w:type="dxa"/>
                    <w:right w:w="50" w:type="dxa"/>
                  </w:tcMar>
                </w:tcPr>
                <w:p w14:paraId="41AA3863" w14:textId="77777777" w:rsidR="00170B2E" w:rsidRDefault="00000000">
                  <w:pPr>
                    <w:spacing w:after="0"/>
                    <w:jc w:val="center"/>
                  </w:pPr>
                  <w:r>
                    <w:rPr>
                      <w:b/>
                      <w:sz w:val="18"/>
                    </w:rPr>
                    <w:t>NOMINATIVO</w:t>
                  </w:r>
                </w:p>
              </w:tc>
            </w:tr>
            <w:tr w:rsidR="00170B2E" w14:paraId="6F896EFD" w14:textId="77777777">
              <w:trPr>
                <w:jc w:val="center"/>
              </w:trPr>
              <w:tc>
                <w:tcPr>
                  <w:tcW w:w="482" w:type="dxa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12E1939F" w14:textId="77777777" w:rsidR="00170B2E" w:rsidRDefault="00000000">
                  <w:pPr>
                    <w:spacing w:after="0"/>
                    <w:jc w:val="center"/>
                  </w:pPr>
                  <w:r>
                    <w:rPr>
                      <w:sz w:val="17"/>
                    </w:rPr>
                    <w:t>1</w:t>
                  </w:r>
                </w:p>
              </w:tc>
              <w:tc>
                <w:tcPr>
                  <w:tcW w:w="4280" w:type="dxa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72E8FEF2" w14:textId="77777777" w:rsidR="00170B2E" w:rsidRDefault="00000000">
                  <w:pPr>
                    <w:spacing w:after="0"/>
                  </w:pPr>
                  <w:r>
                    <w:rPr>
                      <w:b/>
                      <w:sz w:val="17"/>
                    </w:rPr>
                    <w:t>ESPOSITO NICOLO’</w:t>
                  </w:r>
                </w:p>
              </w:tc>
            </w:tr>
            <w:tr w:rsidR="00170B2E" w14:paraId="7ADE3E8B" w14:textId="77777777">
              <w:trPr>
                <w:jc w:val="center"/>
              </w:trPr>
              <w:tc>
                <w:tcPr>
                  <w:tcW w:w="482" w:type="dxa"/>
                  <w:shd w:val="clear" w:color="auto" w:fill="F4F4F4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0673E177" w14:textId="77777777" w:rsidR="00170B2E" w:rsidRDefault="00000000">
                  <w:pPr>
                    <w:spacing w:after="0"/>
                    <w:jc w:val="center"/>
                  </w:pPr>
                  <w:r>
                    <w:rPr>
                      <w:sz w:val="17"/>
                    </w:rPr>
                    <w:t>2</w:t>
                  </w:r>
                </w:p>
              </w:tc>
              <w:tc>
                <w:tcPr>
                  <w:tcW w:w="4280" w:type="dxa"/>
                  <w:shd w:val="clear" w:color="auto" w:fill="F4F4F4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269D47F5" w14:textId="77777777" w:rsidR="00170B2E" w:rsidRDefault="00000000">
                  <w:pPr>
                    <w:spacing w:after="0"/>
                  </w:pPr>
                  <w:r>
                    <w:rPr>
                      <w:b/>
                      <w:sz w:val="17"/>
                    </w:rPr>
                    <w:t>GIORDANO MATTEO</w:t>
                  </w:r>
                </w:p>
              </w:tc>
            </w:tr>
            <w:tr w:rsidR="00170B2E" w14:paraId="3DC22769" w14:textId="77777777">
              <w:trPr>
                <w:jc w:val="center"/>
              </w:trPr>
              <w:tc>
                <w:tcPr>
                  <w:tcW w:w="482" w:type="dxa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3B1251B5" w14:textId="77777777" w:rsidR="00170B2E" w:rsidRDefault="00000000">
                  <w:pPr>
                    <w:spacing w:after="0"/>
                    <w:jc w:val="center"/>
                  </w:pPr>
                  <w:r>
                    <w:rPr>
                      <w:sz w:val="17"/>
                    </w:rPr>
                    <w:t>3</w:t>
                  </w:r>
                </w:p>
              </w:tc>
              <w:tc>
                <w:tcPr>
                  <w:tcW w:w="4280" w:type="dxa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48D5664B" w14:textId="77777777" w:rsidR="00170B2E" w:rsidRDefault="00000000">
                  <w:pPr>
                    <w:spacing w:after="0"/>
                  </w:pPr>
                  <w:r>
                    <w:rPr>
                      <w:b/>
                      <w:sz w:val="17"/>
                    </w:rPr>
                    <w:t>GIUGLIANO GIOIA</w:t>
                  </w:r>
                </w:p>
              </w:tc>
            </w:tr>
            <w:tr w:rsidR="00170B2E" w14:paraId="3750DB51" w14:textId="77777777">
              <w:trPr>
                <w:jc w:val="center"/>
              </w:trPr>
              <w:tc>
                <w:tcPr>
                  <w:tcW w:w="482" w:type="dxa"/>
                  <w:shd w:val="clear" w:color="auto" w:fill="F4F4F4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5C6EAAA7" w14:textId="77777777" w:rsidR="00170B2E" w:rsidRDefault="00000000">
                  <w:pPr>
                    <w:spacing w:after="0"/>
                    <w:jc w:val="center"/>
                  </w:pPr>
                  <w:r>
                    <w:rPr>
                      <w:sz w:val="17"/>
                    </w:rPr>
                    <w:t>4</w:t>
                  </w:r>
                </w:p>
              </w:tc>
              <w:tc>
                <w:tcPr>
                  <w:tcW w:w="4280" w:type="dxa"/>
                  <w:shd w:val="clear" w:color="auto" w:fill="F4F4F4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1C95BBC3" w14:textId="2DEB3DA1" w:rsidR="00170B2E" w:rsidRDefault="00000000">
                  <w:pPr>
                    <w:spacing w:after="0"/>
                  </w:pPr>
                  <w:r>
                    <w:rPr>
                      <w:b/>
                      <w:sz w:val="17"/>
                    </w:rPr>
                    <w:t>IERVOLINO ANGELO</w:t>
                  </w:r>
                  <w:r w:rsidR="005F308D">
                    <w:rPr>
                      <w:b/>
                      <w:sz w:val="17"/>
                    </w:rPr>
                    <w:t>*</w:t>
                  </w:r>
                </w:p>
              </w:tc>
            </w:tr>
            <w:tr w:rsidR="00170B2E" w14:paraId="25DBCC2F" w14:textId="77777777">
              <w:trPr>
                <w:jc w:val="center"/>
              </w:trPr>
              <w:tc>
                <w:tcPr>
                  <w:tcW w:w="482" w:type="dxa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33FA8419" w14:textId="77777777" w:rsidR="00170B2E" w:rsidRDefault="00000000">
                  <w:pPr>
                    <w:spacing w:after="0"/>
                    <w:jc w:val="center"/>
                  </w:pPr>
                  <w:r>
                    <w:rPr>
                      <w:sz w:val="17"/>
                    </w:rPr>
                    <w:t>5</w:t>
                  </w:r>
                </w:p>
              </w:tc>
              <w:tc>
                <w:tcPr>
                  <w:tcW w:w="4280" w:type="dxa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2CAA8C79" w14:textId="77777777" w:rsidR="00170B2E" w:rsidRDefault="00000000">
                  <w:pPr>
                    <w:spacing w:after="0"/>
                  </w:pPr>
                  <w:r>
                    <w:rPr>
                      <w:b/>
                      <w:sz w:val="17"/>
                    </w:rPr>
                    <w:t>MAROTTA ANTONIO</w:t>
                  </w:r>
                </w:p>
              </w:tc>
            </w:tr>
            <w:tr w:rsidR="00170B2E" w14:paraId="41FF434E" w14:textId="77777777">
              <w:trPr>
                <w:jc w:val="center"/>
              </w:trPr>
              <w:tc>
                <w:tcPr>
                  <w:tcW w:w="482" w:type="dxa"/>
                  <w:shd w:val="clear" w:color="auto" w:fill="F4F4F4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7C34F2D3" w14:textId="77777777" w:rsidR="00170B2E" w:rsidRDefault="00000000">
                  <w:pPr>
                    <w:spacing w:after="0"/>
                    <w:jc w:val="center"/>
                  </w:pPr>
                  <w:r>
                    <w:rPr>
                      <w:sz w:val="17"/>
                    </w:rPr>
                    <w:t>6</w:t>
                  </w:r>
                </w:p>
              </w:tc>
              <w:tc>
                <w:tcPr>
                  <w:tcW w:w="4280" w:type="dxa"/>
                  <w:shd w:val="clear" w:color="auto" w:fill="F4F4F4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16547AFF" w14:textId="77777777" w:rsidR="00170B2E" w:rsidRDefault="00000000">
                  <w:pPr>
                    <w:spacing w:after="0"/>
                  </w:pPr>
                  <w:r>
                    <w:rPr>
                      <w:b/>
                      <w:sz w:val="17"/>
                    </w:rPr>
                    <w:t>PECCERELLA SALVATORE</w:t>
                  </w:r>
                </w:p>
              </w:tc>
            </w:tr>
            <w:tr w:rsidR="00170B2E" w14:paraId="2BA523B5" w14:textId="77777777">
              <w:trPr>
                <w:jc w:val="center"/>
              </w:trPr>
              <w:tc>
                <w:tcPr>
                  <w:tcW w:w="482" w:type="dxa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78C5E9CA" w14:textId="77777777" w:rsidR="00170B2E" w:rsidRDefault="00000000">
                  <w:pPr>
                    <w:spacing w:after="0"/>
                    <w:jc w:val="center"/>
                  </w:pPr>
                  <w:r>
                    <w:rPr>
                      <w:sz w:val="17"/>
                    </w:rPr>
                    <w:t>7</w:t>
                  </w:r>
                </w:p>
              </w:tc>
              <w:tc>
                <w:tcPr>
                  <w:tcW w:w="4280" w:type="dxa"/>
                  <w:tcMar>
                    <w:top w:w="80" w:type="dxa"/>
                    <w:left w:w="55" w:type="dxa"/>
                    <w:bottom w:w="80" w:type="dxa"/>
                    <w:right w:w="55" w:type="dxa"/>
                  </w:tcMar>
                </w:tcPr>
                <w:p w14:paraId="5BA6DE25" w14:textId="77777777" w:rsidR="00170B2E" w:rsidRDefault="00000000">
                  <w:pPr>
                    <w:spacing w:after="0"/>
                  </w:pPr>
                  <w:r>
                    <w:rPr>
                      <w:b/>
                      <w:sz w:val="17"/>
                    </w:rPr>
                    <w:t>PRISCO BEATRICE</w:t>
                  </w:r>
                </w:p>
              </w:tc>
            </w:tr>
          </w:tbl>
          <w:p w14:paraId="342168C3" w14:textId="63167DD0" w:rsidR="00170B2E" w:rsidRDefault="00170B2E">
            <w:pPr>
              <w:spacing w:before="60" w:after="0"/>
            </w:pPr>
          </w:p>
        </w:tc>
      </w:tr>
    </w:tbl>
    <w:p w14:paraId="67719EA4" w14:textId="77777777" w:rsidR="00170B2E" w:rsidRDefault="00000000">
      <w:r>
        <w:br w:type="page"/>
      </w:r>
    </w:p>
    <w:p w14:paraId="0CDFE40E" w14:textId="77777777" w:rsidR="00170B2E" w:rsidRDefault="00000000">
      <w:pPr>
        <w:spacing w:after="80"/>
        <w:jc w:val="center"/>
      </w:pPr>
      <w:r>
        <w:rPr>
          <w:b/>
          <w:color w:val="395B7D"/>
          <w:sz w:val="26"/>
        </w:rPr>
        <w:lastRenderedPageBreak/>
        <w:t>INDICAZIONI PER L’AMBIENTAMENTO</w:t>
      </w:r>
    </w:p>
    <w:tbl>
      <w:tblPr>
        <w:tblW w:w="0" w:type="auto"/>
        <w:jc w:val="center"/>
        <w:tblBorders>
          <w:top w:val="single" w:sz="7" w:space="0" w:color="D6B656"/>
          <w:left w:val="single" w:sz="7" w:space="0" w:color="D6B656"/>
          <w:bottom w:val="single" w:sz="7" w:space="0" w:color="D6B656"/>
          <w:right w:val="single" w:sz="7" w:space="0" w:color="D6B656"/>
          <w:insideH w:val="single" w:sz="7" w:space="0" w:color="D6B656"/>
          <w:insideV w:val="single" w:sz="7" w:space="0" w:color="D6B656"/>
        </w:tblBorders>
        <w:tblLook w:val="04A0" w:firstRow="1" w:lastRow="0" w:firstColumn="1" w:lastColumn="0" w:noHBand="0" w:noVBand="1"/>
      </w:tblPr>
      <w:tblGrid>
        <w:gridCol w:w="10804"/>
      </w:tblGrid>
      <w:tr w:rsidR="00170B2E" w14:paraId="1416A8FF" w14:textId="77777777">
        <w:trPr>
          <w:jc w:val="center"/>
        </w:trPr>
        <w:tc>
          <w:tcPr>
            <w:tcW w:w="10822" w:type="dxa"/>
            <w:shd w:val="clear" w:color="auto" w:fill="FFF2CC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43CB04D" w14:textId="227BAAC9" w:rsidR="00170B2E" w:rsidRDefault="00000000">
            <w:pPr>
              <w:spacing w:after="60"/>
            </w:pPr>
            <w:r>
              <w:rPr>
                <w:b/>
                <w:color w:val="395B7D"/>
                <w:sz w:val="21"/>
              </w:rPr>
              <w:t>NUOVI ISCRITTI</w:t>
            </w:r>
            <w:r w:rsidR="005F308D">
              <w:rPr>
                <w:b/>
                <w:color w:val="395B7D"/>
                <w:sz w:val="21"/>
              </w:rPr>
              <w:t>*</w:t>
            </w:r>
          </w:p>
          <w:p w14:paraId="27442AD4" w14:textId="77777777" w:rsidR="00170B2E" w:rsidRDefault="00000000">
            <w:pPr>
              <w:spacing w:after="40"/>
            </w:pPr>
            <w:r>
              <w:rPr>
                <w:b/>
              </w:rPr>
              <w:t xml:space="preserve">• 1° e 2 settembre: </w:t>
            </w:r>
            <w:r>
              <w:t>il bambino resterà per 1 ora con la figura di riferimento (mamma o papà).</w:t>
            </w:r>
          </w:p>
          <w:p w14:paraId="7D2BCAF9" w14:textId="77777777" w:rsidR="00170B2E" w:rsidRDefault="00000000">
            <w:pPr>
              <w:spacing w:after="0"/>
            </w:pPr>
            <w:r>
              <w:rPr>
                <w:b/>
              </w:rPr>
              <w:t xml:space="preserve">• 3 settembre: </w:t>
            </w:r>
            <w:r>
              <w:t>30 minuti con la figura di riferimento (mamma o papà) e 30 minuti senza la figura di riferimento, affidato all’educatrice.</w:t>
            </w:r>
          </w:p>
        </w:tc>
      </w:tr>
    </w:tbl>
    <w:p w14:paraId="445DFFE6" w14:textId="77777777" w:rsidR="00170B2E" w:rsidRDefault="00170B2E">
      <w:pPr>
        <w:spacing w:before="100" w:after="0"/>
      </w:pPr>
    </w:p>
    <w:tbl>
      <w:tblPr>
        <w:tblW w:w="0" w:type="auto"/>
        <w:jc w:val="center"/>
        <w:tblBorders>
          <w:top w:val="single" w:sz="7" w:space="0" w:color="70AD47"/>
          <w:left w:val="single" w:sz="7" w:space="0" w:color="70AD47"/>
          <w:bottom w:val="single" w:sz="7" w:space="0" w:color="70AD47"/>
          <w:right w:val="single" w:sz="7" w:space="0" w:color="70AD47"/>
          <w:insideH w:val="single" w:sz="7" w:space="0" w:color="70AD47"/>
          <w:insideV w:val="single" w:sz="7" w:space="0" w:color="70AD47"/>
        </w:tblBorders>
        <w:tblLook w:val="04A0" w:firstRow="1" w:lastRow="0" w:firstColumn="1" w:lastColumn="0" w:noHBand="0" w:noVBand="1"/>
      </w:tblPr>
      <w:tblGrid>
        <w:gridCol w:w="10804"/>
      </w:tblGrid>
      <w:tr w:rsidR="00170B2E" w14:paraId="1C587CA4" w14:textId="77777777">
        <w:trPr>
          <w:jc w:val="center"/>
        </w:trPr>
        <w:tc>
          <w:tcPr>
            <w:tcW w:w="10822" w:type="dxa"/>
            <w:shd w:val="clear" w:color="auto" w:fill="E2F0D9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52EFC69" w14:textId="77777777" w:rsidR="00170B2E" w:rsidRDefault="00000000">
            <w:pPr>
              <w:spacing w:after="60"/>
            </w:pPr>
            <w:r>
              <w:rPr>
                <w:b/>
                <w:color w:val="376437"/>
                <w:sz w:val="21"/>
              </w:rPr>
              <w:t>BAMBINI GIÀ FREQUENTANTI NELL’ANNO PRECEDENTE</w:t>
            </w:r>
          </w:p>
          <w:p w14:paraId="56962A86" w14:textId="77777777" w:rsidR="00170B2E" w:rsidRDefault="00000000">
            <w:pPr>
              <w:spacing w:after="40"/>
            </w:pPr>
            <w:r>
              <w:rPr>
                <w:b/>
              </w:rPr>
              <w:t xml:space="preserve">• 1° settembre: </w:t>
            </w:r>
            <w:r>
              <w:t>1 ora con la mamma o altra figura di riferimento.</w:t>
            </w:r>
          </w:p>
          <w:p w14:paraId="59EA4379" w14:textId="77777777" w:rsidR="00170B2E" w:rsidRDefault="00000000">
            <w:pPr>
              <w:spacing w:after="40"/>
            </w:pPr>
            <w:r>
              <w:rPr>
                <w:b/>
              </w:rPr>
              <w:t xml:space="preserve">• 2 settembre: </w:t>
            </w:r>
            <w:r>
              <w:t>30 minuti con la mamma o altra figura di riferimento e 30 minuti con l’educatrice.</w:t>
            </w:r>
          </w:p>
          <w:p w14:paraId="0B2B6F46" w14:textId="77777777" w:rsidR="00170B2E" w:rsidRDefault="00000000">
            <w:pPr>
              <w:spacing w:after="0"/>
            </w:pPr>
            <w:r>
              <w:rPr>
                <w:b/>
              </w:rPr>
              <w:t xml:space="preserve">• 3 settembre: </w:t>
            </w:r>
            <w:r>
              <w:t>1 ora senza la figura di riferimento, con l’educatrice.</w:t>
            </w:r>
          </w:p>
        </w:tc>
      </w:tr>
    </w:tbl>
    <w:p w14:paraId="09B25980" w14:textId="77777777" w:rsidR="00170B2E" w:rsidRDefault="00170B2E">
      <w:pPr>
        <w:spacing w:before="120" w:after="0"/>
      </w:pPr>
    </w:p>
    <w:tbl>
      <w:tblPr>
        <w:tblW w:w="0" w:type="auto"/>
        <w:jc w:val="center"/>
        <w:tblBorders>
          <w:top w:val="single" w:sz="7" w:space="0" w:color="A9C4D8"/>
          <w:left w:val="single" w:sz="7" w:space="0" w:color="A9C4D8"/>
          <w:bottom w:val="single" w:sz="7" w:space="0" w:color="A9C4D8"/>
          <w:right w:val="single" w:sz="7" w:space="0" w:color="A9C4D8"/>
          <w:insideH w:val="single" w:sz="7" w:space="0" w:color="A9C4D8"/>
          <w:insideV w:val="single" w:sz="7" w:space="0" w:color="A9C4D8"/>
        </w:tblBorders>
        <w:tblLook w:val="04A0" w:firstRow="1" w:lastRow="0" w:firstColumn="1" w:lastColumn="0" w:noHBand="0" w:noVBand="1"/>
      </w:tblPr>
      <w:tblGrid>
        <w:gridCol w:w="10804"/>
      </w:tblGrid>
      <w:tr w:rsidR="00170B2E" w14:paraId="6342AB76" w14:textId="77777777">
        <w:trPr>
          <w:jc w:val="center"/>
        </w:trPr>
        <w:tc>
          <w:tcPr>
            <w:tcW w:w="10822" w:type="dxa"/>
            <w:shd w:val="clear" w:color="auto" w:fill="D9EAF7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1A2046A3" w14:textId="77777777" w:rsidR="00170B2E" w:rsidRDefault="00000000">
            <w:pPr>
              <w:spacing w:after="0"/>
            </w:pPr>
            <w:r>
              <w:rPr>
                <w:b/>
                <w:sz w:val="19"/>
              </w:rPr>
              <w:t xml:space="preserve">Nota organizzativa: </w:t>
            </w:r>
            <w:r>
              <w:rPr>
                <w:sz w:val="19"/>
              </w:rPr>
              <w:t>gli orari indicati sono orientativi e potranno essere adattati ai tempi e alle esigenze di ciascun bambino. In caso di difficoltà di adattamento o disagio persistente, il personale educativo potrà contattare tempestivamente la famiglia per concordare un’uscita anticipata o una diversa modalità di permanenza.</w:t>
            </w:r>
          </w:p>
        </w:tc>
      </w:tr>
    </w:tbl>
    <w:p w14:paraId="0FB8BC51" w14:textId="77777777" w:rsidR="00170B2E" w:rsidRDefault="00170B2E">
      <w:pPr>
        <w:spacing w:before="200" w:after="0"/>
        <w:jc w:val="right"/>
      </w:pPr>
    </w:p>
    <w:p w14:paraId="3D1D18DD" w14:textId="77777777" w:rsidR="00170B2E" w:rsidRDefault="00000000">
      <w:r>
        <w:br w:type="page"/>
      </w:r>
    </w:p>
    <w:p w14:paraId="204F9AEC" w14:textId="77777777" w:rsidR="00170B2E" w:rsidRPr="005F308D" w:rsidRDefault="00000000">
      <w:pPr>
        <w:spacing w:after="20"/>
        <w:jc w:val="center"/>
      </w:pPr>
      <w:r w:rsidRPr="005F308D">
        <w:rPr>
          <w:b/>
          <w:sz w:val="32"/>
        </w:rPr>
        <w:lastRenderedPageBreak/>
        <w:t>SEZIONE PRIMAVERA 18-36 MESI</w:t>
      </w:r>
    </w:p>
    <w:p w14:paraId="28F711E6" w14:textId="77777777" w:rsidR="00170B2E" w:rsidRDefault="00000000">
      <w:pPr>
        <w:spacing w:after="140"/>
        <w:jc w:val="center"/>
      </w:pPr>
      <w:r>
        <w:rPr>
          <w:i/>
          <w:sz w:val="21"/>
        </w:rPr>
        <w:t>Programmazione dell’ambientamento - 4 e 7 settembre</w:t>
      </w:r>
    </w:p>
    <w:p w14:paraId="297666F1" w14:textId="77777777" w:rsidR="00170B2E" w:rsidRDefault="00000000">
      <w:pPr>
        <w:spacing w:after="120"/>
        <w:jc w:val="center"/>
      </w:pPr>
      <w:r>
        <w:rPr>
          <w:b/>
          <w:sz w:val="19"/>
        </w:rPr>
        <w:t>La suddivisione nei Gruppi A e B resta invariata.</w:t>
      </w:r>
    </w:p>
    <w:tbl>
      <w:tblPr>
        <w:tblW w:w="0" w:type="auto"/>
        <w:jc w:val="center"/>
        <w:tblBorders>
          <w:top w:val="single" w:sz="7" w:space="0" w:color="A9C4D8"/>
          <w:left w:val="single" w:sz="7" w:space="0" w:color="A9C4D8"/>
          <w:bottom w:val="single" w:sz="7" w:space="0" w:color="A9C4D8"/>
          <w:right w:val="single" w:sz="7" w:space="0" w:color="A9C4D8"/>
          <w:insideH w:val="single" w:sz="7" w:space="0" w:color="A9C4D8"/>
          <w:insideV w:val="single" w:sz="7" w:space="0" w:color="A9C4D8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4025"/>
        <w:gridCol w:w="4025"/>
      </w:tblGrid>
      <w:tr w:rsidR="00170B2E" w14:paraId="0364CFAA" w14:textId="77777777">
        <w:trPr>
          <w:tblHeader/>
          <w:jc w:val="center"/>
        </w:trPr>
        <w:tc>
          <w:tcPr>
            <w:tcW w:w="1814" w:type="dxa"/>
            <w:shd w:val="clear" w:color="auto" w:fill="D9EAF7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E5802D8" w14:textId="77777777" w:rsidR="00170B2E" w:rsidRDefault="00000000">
            <w:pPr>
              <w:spacing w:after="0"/>
              <w:jc w:val="center"/>
            </w:pPr>
            <w:r>
              <w:rPr>
                <w:b/>
                <w:color w:val="395B7D"/>
                <w:sz w:val="19"/>
              </w:rPr>
              <w:t>DATA</w:t>
            </w:r>
          </w:p>
        </w:tc>
        <w:tc>
          <w:tcPr>
            <w:tcW w:w="4025" w:type="dxa"/>
            <w:shd w:val="clear" w:color="auto" w:fill="D9EAF7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171E365" w14:textId="77777777" w:rsidR="00170B2E" w:rsidRDefault="00000000">
            <w:pPr>
              <w:spacing w:after="0"/>
              <w:jc w:val="center"/>
            </w:pPr>
            <w:r>
              <w:rPr>
                <w:b/>
                <w:color w:val="395B7D"/>
                <w:sz w:val="19"/>
              </w:rPr>
              <w:t>NUOVI ISCRITTI</w:t>
            </w:r>
          </w:p>
        </w:tc>
        <w:tc>
          <w:tcPr>
            <w:tcW w:w="4025" w:type="dxa"/>
            <w:shd w:val="clear" w:color="auto" w:fill="D9EAF7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92D8C1C" w14:textId="77777777" w:rsidR="00170B2E" w:rsidRDefault="00000000">
            <w:pPr>
              <w:spacing w:after="0"/>
              <w:jc w:val="center"/>
            </w:pPr>
            <w:r>
              <w:rPr>
                <w:b/>
                <w:color w:val="395B7D"/>
                <w:sz w:val="19"/>
              </w:rPr>
              <w:t>BAMBINI GIÀ FREQUENTANTI</w:t>
            </w:r>
          </w:p>
        </w:tc>
      </w:tr>
      <w:tr w:rsidR="00170B2E" w14:paraId="5EBD8339" w14:textId="77777777">
        <w:trPr>
          <w:jc w:val="center"/>
        </w:trPr>
        <w:tc>
          <w:tcPr>
            <w:tcW w:w="1814" w:type="dxa"/>
            <w:shd w:val="clear" w:color="auto" w:fill="F4F4F4"/>
            <w:tcMar>
              <w:top w:w="125" w:type="dxa"/>
              <w:left w:w="90" w:type="dxa"/>
              <w:bottom w:w="125" w:type="dxa"/>
              <w:right w:w="90" w:type="dxa"/>
            </w:tcMar>
            <w:vAlign w:val="center"/>
          </w:tcPr>
          <w:p w14:paraId="4D7F56CB" w14:textId="77777777" w:rsidR="00170B2E" w:rsidRDefault="00000000">
            <w:pPr>
              <w:spacing w:after="0"/>
              <w:jc w:val="center"/>
            </w:pPr>
            <w:r>
              <w:rPr>
                <w:b/>
                <w:sz w:val="19"/>
              </w:rPr>
              <w:t>4 settembre</w:t>
            </w:r>
          </w:p>
        </w:tc>
        <w:tc>
          <w:tcPr>
            <w:tcW w:w="4025" w:type="dxa"/>
            <w:shd w:val="clear" w:color="auto" w:fill="F4F4F4"/>
            <w:tcMar>
              <w:top w:w="125" w:type="dxa"/>
              <w:left w:w="90" w:type="dxa"/>
              <w:bottom w:w="125" w:type="dxa"/>
              <w:right w:w="90" w:type="dxa"/>
            </w:tcMar>
            <w:vAlign w:val="center"/>
          </w:tcPr>
          <w:p w14:paraId="29317FC4" w14:textId="77777777" w:rsidR="00170B2E" w:rsidRDefault="00000000">
            <w:pPr>
              <w:spacing w:after="0"/>
            </w:pPr>
            <w:r>
              <w:rPr>
                <w:sz w:val="19"/>
              </w:rPr>
              <w:t>Permanenza di 1 ora con l’educatrice.</w:t>
            </w:r>
          </w:p>
        </w:tc>
        <w:tc>
          <w:tcPr>
            <w:tcW w:w="4025" w:type="dxa"/>
            <w:shd w:val="clear" w:color="auto" w:fill="F4F4F4"/>
            <w:tcMar>
              <w:top w:w="125" w:type="dxa"/>
              <w:left w:w="90" w:type="dxa"/>
              <w:bottom w:w="125" w:type="dxa"/>
              <w:right w:w="90" w:type="dxa"/>
            </w:tcMar>
            <w:vAlign w:val="center"/>
          </w:tcPr>
          <w:p w14:paraId="6AFF49C2" w14:textId="77777777" w:rsidR="00170B2E" w:rsidRDefault="00000000">
            <w:pPr>
              <w:spacing w:after="0"/>
            </w:pPr>
            <w:r>
              <w:rPr>
                <w:sz w:val="19"/>
              </w:rPr>
              <w:t>Permanenza di 1 ora con l’educatrice.</w:t>
            </w:r>
          </w:p>
        </w:tc>
      </w:tr>
      <w:tr w:rsidR="00170B2E" w14:paraId="52F71A6C" w14:textId="77777777">
        <w:trPr>
          <w:jc w:val="center"/>
        </w:trPr>
        <w:tc>
          <w:tcPr>
            <w:tcW w:w="1814" w:type="dxa"/>
            <w:shd w:val="clear" w:color="auto" w:fill="E2F0D9"/>
            <w:tcMar>
              <w:top w:w="125" w:type="dxa"/>
              <w:left w:w="90" w:type="dxa"/>
              <w:bottom w:w="125" w:type="dxa"/>
              <w:right w:w="90" w:type="dxa"/>
            </w:tcMar>
            <w:vAlign w:val="center"/>
          </w:tcPr>
          <w:p w14:paraId="27600357" w14:textId="77777777" w:rsidR="00170B2E" w:rsidRDefault="00000000">
            <w:pPr>
              <w:spacing w:after="0"/>
              <w:jc w:val="center"/>
            </w:pPr>
            <w:r>
              <w:rPr>
                <w:b/>
                <w:sz w:val="19"/>
              </w:rPr>
              <w:t>7 settembre</w:t>
            </w:r>
          </w:p>
        </w:tc>
        <w:tc>
          <w:tcPr>
            <w:tcW w:w="4025" w:type="dxa"/>
            <w:shd w:val="clear" w:color="auto" w:fill="E2F0D9"/>
            <w:tcMar>
              <w:top w:w="125" w:type="dxa"/>
              <w:left w:w="90" w:type="dxa"/>
              <w:bottom w:w="125" w:type="dxa"/>
              <w:right w:w="90" w:type="dxa"/>
            </w:tcMar>
            <w:vAlign w:val="center"/>
          </w:tcPr>
          <w:p w14:paraId="296CEE15" w14:textId="77777777" w:rsidR="00170B2E" w:rsidRDefault="00000000">
            <w:pPr>
              <w:spacing w:after="0"/>
            </w:pPr>
            <w:r>
              <w:rPr>
                <w:sz w:val="19"/>
              </w:rPr>
              <w:t>Permanenza di 1 ora con l’educatrice.</w:t>
            </w:r>
          </w:p>
        </w:tc>
        <w:tc>
          <w:tcPr>
            <w:tcW w:w="4025" w:type="dxa"/>
            <w:shd w:val="clear" w:color="auto" w:fill="E2F0D9"/>
            <w:tcMar>
              <w:top w:w="125" w:type="dxa"/>
              <w:left w:w="90" w:type="dxa"/>
              <w:bottom w:w="125" w:type="dxa"/>
              <w:right w:w="90" w:type="dxa"/>
            </w:tcMar>
            <w:vAlign w:val="center"/>
          </w:tcPr>
          <w:p w14:paraId="52F66E6D" w14:textId="77777777" w:rsidR="00170B2E" w:rsidRDefault="00000000">
            <w:pPr>
              <w:spacing w:after="0"/>
            </w:pPr>
            <w:r>
              <w:rPr>
                <w:sz w:val="19"/>
              </w:rPr>
              <w:t>Giornata scolastica regolare con il pasto e uscita entro le ore 13:30.</w:t>
            </w:r>
          </w:p>
        </w:tc>
      </w:tr>
    </w:tbl>
    <w:p w14:paraId="6CBD7E5E" w14:textId="77777777" w:rsidR="00170B2E" w:rsidRDefault="00000000">
      <w:pPr>
        <w:spacing w:before="160" w:after="100"/>
      </w:pPr>
      <w:r>
        <w:rPr>
          <w:b/>
          <w:sz w:val="19"/>
        </w:rPr>
        <w:t xml:space="preserve">Nota: </w:t>
      </w:r>
      <w:r>
        <w:rPr>
          <w:sz w:val="19"/>
        </w:rPr>
        <w:t>per i nuovi iscritti, sia il 4 sia il 7 settembre, la permanenza prevista è di 1 ora esclusivamente con l’educatrice.</w:t>
      </w:r>
    </w:p>
    <w:tbl>
      <w:tblPr>
        <w:tblW w:w="0" w:type="auto"/>
        <w:jc w:val="center"/>
        <w:tblBorders>
          <w:top w:val="single" w:sz="7" w:space="0" w:color="D6B656"/>
          <w:left w:val="single" w:sz="7" w:space="0" w:color="D6B656"/>
          <w:bottom w:val="single" w:sz="7" w:space="0" w:color="D6B656"/>
          <w:right w:val="single" w:sz="7" w:space="0" w:color="D6B656"/>
          <w:insideH w:val="single" w:sz="7" w:space="0" w:color="D6B656"/>
          <w:insideV w:val="single" w:sz="7" w:space="0" w:color="D6B656"/>
        </w:tblBorders>
        <w:tblLook w:val="04A0" w:firstRow="1" w:lastRow="0" w:firstColumn="1" w:lastColumn="0" w:noHBand="0" w:noVBand="1"/>
      </w:tblPr>
      <w:tblGrid>
        <w:gridCol w:w="10804"/>
      </w:tblGrid>
      <w:tr w:rsidR="00170B2E" w14:paraId="40BE6922" w14:textId="77777777">
        <w:trPr>
          <w:jc w:val="center"/>
        </w:trPr>
        <w:tc>
          <w:tcPr>
            <w:tcW w:w="10822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5D3E2" w14:textId="77777777" w:rsidR="00170B2E" w:rsidRDefault="00000000">
            <w:pPr>
              <w:spacing w:after="0"/>
            </w:pPr>
            <w:r>
              <w:rPr>
                <w:sz w:val="18"/>
              </w:rPr>
              <w:t>Gli orari sono indicativi e potranno essere adattati ai tempi di ciascun bambino. In caso di mancato adattamento o di disagio persistente, il personale educativo potrà contattare tempestivamente la famiglia per concordare un’uscita anticipata o una diversa modalità di permanenza.</w:t>
            </w:r>
          </w:p>
        </w:tc>
      </w:tr>
    </w:tbl>
    <w:p w14:paraId="579C463A" w14:textId="77777777" w:rsidR="00170B2E" w:rsidRDefault="00000000">
      <w:r>
        <w:br w:type="page"/>
      </w:r>
    </w:p>
    <w:p w14:paraId="080532A4" w14:textId="77777777" w:rsidR="00170B2E" w:rsidRDefault="00000000">
      <w:pPr>
        <w:spacing w:after="40"/>
        <w:jc w:val="center"/>
      </w:pPr>
      <w:r>
        <w:rPr>
          <w:b/>
          <w:sz w:val="30"/>
        </w:rPr>
        <w:lastRenderedPageBreak/>
        <w:t>SEZIONE PRIMAVERA 18-36 MESI</w:t>
      </w:r>
    </w:p>
    <w:p w14:paraId="4A746165" w14:textId="77777777" w:rsidR="00170B2E" w:rsidRDefault="00000000">
      <w:pPr>
        <w:spacing w:after="160"/>
        <w:jc w:val="center"/>
      </w:pPr>
      <w:r>
        <w:rPr>
          <w:b/>
          <w:sz w:val="24"/>
        </w:rPr>
        <w:t>Programmazione dell’ambientamento - 8, 9 e 10 settembre</w:t>
      </w:r>
    </w:p>
    <w:p w14:paraId="6DC932C9" w14:textId="77777777" w:rsidR="00170B2E" w:rsidRDefault="00000000">
      <w:pPr>
        <w:spacing w:after="160"/>
        <w:jc w:val="center"/>
      </w:pPr>
      <w:r>
        <w:rPr>
          <w:i/>
          <w:sz w:val="21"/>
        </w:rPr>
        <w:t>La suddivisione nei Gruppi A e B resta invariata.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360"/>
        <w:gridCol w:w="3716"/>
        <w:gridCol w:w="3736"/>
      </w:tblGrid>
      <w:tr w:rsidR="00170B2E" w14:paraId="18364786" w14:textId="77777777">
        <w:trPr>
          <w:tblHeader/>
          <w:jc w:val="center"/>
        </w:trPr>
        <w:tc>
          <w:tcPr>
            <w:tcW w:w="3607" w:type="dxa"/>
            <w:shd w:val="clear" w:color="auto" w:fill="D9EAD3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AAE33B7" w14:textId="77777777" w:rsidR="00170B2E" w:rsidRDefault="00000000">
            <w:pPr>
              <w:jc w:val="center"/>
            </w:pPr>
            <w:r>
              <w:rPr>
                <w:b/>
              </w:rPr>
              <w:t>DATA</w:t>
            </w:r>
          </w:p>
        </w:tc>
        <w:tc>
          <w:tcPr>
            <w:tcW w:w="3607" w:type="dxa"/>
            <w:shd w:val="clear" w:color="auto" w:fill="D9EAD3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802E67E" w14:textId="77777777" w:rsidR="00170B2E" w:rsidRDefault="00000000">
            <w:pPr>
              <w:jc w:val="center"/>
            </w:pPr>
            <w:r>
              <w:rPr>
                <w:b/>
              </w:rPr>
              <w:t>NUOVI ISCRITTI</w:t>
            </w:r>
          </w:p>
        </w:tc>
        <w:tc>
          <w:tcPr>
            <w:tcW w:w="3607" w:type="dxa"/>
            <w:shd w:val="clear" w:color="auto" w:fill="D9EAD3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2516902" w14:textId="77777777" w:rsidR="00170B2E" w:rsidRDefault="00000000">
            <w:pPr>
              <w:jc w:val="center"/>
            </w:pPr>
            <w:r>
              <w:rPr>
                <w:b/>
              </w:rPr>
              <w:t>BAMBINI GIÀ FREQUENTANTI</w:t>
            </w:r>
          </w:p>
        </w:tc>
      </w:tr>
      <w:tr w:rsidR="00170B2E" w14:paraId="29C4C906" w14:textId="77777777">
        <w:trPr>
          <w:jc w:val="center"/>
        </w:trPr>
        <w:tc>
          <w:tcPr>
            <w:tcW w:w="1757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5629254" w14:textId="77777777" w:rsidR="00170B2E" w:rsidRDefault="00000000">
            <w:pPr>
              <w:jc w:val="center"/>
            </w:pPr>
            <w:r>
              <w:rPr>
                <w:b/>
                <w:sz w:val="19"/>
              </w:rPr>
              <w:t>8 settembre</w:t>
            </w:r>
          </w:p>
        </w:tc>
        <w:tc>
          <w:tcPr>
            <w:tcW w:w="3969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19498A0" w14:textId="77777777" w:rsidR="00170B2E" w:rsidRDefault="00000000">
            <w:r>
              <w:rPr>
                <w:sz w:val="19"/>
              </w:rPr>
              <w:t>Permanenza e modalità di inserimento da concordare con la famiglia e l’educatrice, in base all’andamento dei giorni precedenti.</w:t>
            </w:r>
          </w:p>
        </w:tc>
        <w:tc>
          <w:tcPr>
            <w:tcW w:w="3969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CB0128F" w14:textId="77777777" w:rsidR="00170B2E" w:rsidRDefault="00000000">
            <w:r>
              <w:rPr>
                <w:sz w:val="19"/>
              </w:rPr>
              <w:t>Giornata scolastica regolare con il pasto e uscita entro le ore 13:30.</w:t>
            </w:r>
          </w:p>
        </w:tc>
      </w:tr>
      <w:tr w:rsidR="00170B2E" w14:paraId="71296C70" w14:textId="77777777">
        <w:trPr>
          <w:jc w:val="center"/>
        </w:trPr>
        <w:tc>
          <w:tcPr>
            <w:tcW w:w="1757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D60B32F" w14:textId="77777777" w:rsidR="00170B2E" w:rsidRDefault="00000000">
            <w:pPr>
              <w:jc w:val="center"/>
            </w:pPr>
            <w:r>
              <w:rPr>
                <w:b/>
                <w:sz w:val="19"/>
              </w:rPr>
              <w:t>9 settembre</w:t>
            </w:r>
          </w:p>
        </w:tc>
        <w:tc>
          <w:tcPr>
            <w:tcW w:w="3969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1C70146" w14:textId="77777777" w:rsidR="00170B2E" w:rsidRDefault="00000000">
            <w:r>
              <w:rPr>
                <w:sz w:val="19"/>
              </w:rPr>
              <w:t>Permanenza e modalità di inserimento da concordare con la famiglia e l’educatrice, in base all’andamento dei giorni precedenti.</w:t>
            </w:r>
          </w:p>
        </w:tc>
        <w:tc>
          <w:tcPr>
            <w:tcW w:w="3969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A887CD2" w14:textId="77777777" w:rsidR="00170B2E" w:rsidRDefault="00000000">
            <w:r>
              <w:rPr>
                <w:sz w:val="19"/>
              </w:rPr>
              <w:t>Giornata scolastica regolare con il pasto e uscita entro le ore 13:30.</w:t>
            </w:r>
          </w:p>
        </w:tc>
      </w:tr>
      <w:tr w:rsidR="00170B2E" w14:paraId="7B1E4C5D" w14:textId="77777777">
        <w:trPr>
          <w:jc w:val="center"/>
        </w:trPr>
        <w:tc>
          <w:tcPr>
            <w:tcW w:w="1757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D3207F6" w14:textId="77777777" w:rsidR="00170B2E" w:rsidRDefault="00000000">
            <w:pPr>
              <w:jc w:val="center"/>
            </w:pPr>
            <w:r>
              <w:rPr>
                <w:b/>
                <w:sz w:val="19"/>
              </w:rPr>
              <w:t>10 settembre</w:t>
            </w:r>
          </w:p>
        </w:tc>
        <w:tc>
          <w:tcPr>
            <w:tcW w:w="3969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3684B32" w14:textId="77777777" w:rsidR="00170B2E" w:rsidRDefault="00000000">
            <w:r>
              <w:rPr>
                <w:sz w:val="19"/>
              </w:rPr>
              <w:t>Permanenza e modalità di inserimento da concordare con la famiglia e l’educatrice, in base all’andamento dei giorni precedenti.</w:t>
            </w:r>
          </w:p>
        </w:tc>
        <w:tc>
          <w:tcPr>
            <w:tcW w:w="3969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319AD68" w14:textId="77777777" w:rsidR="00170B2E" w:rsidRDefault="00000000">
            <w:r>
              <w:rPr>
                <w:sz w:val="19"/>
              </w:rPr>
              <w:t>Giornata scolastica regolare con il pasto e uscita entro le ore 13:30.</w:t>
            </w:r>
          </w:p>
        </w:tc>
      </w:tr>
    </w:tbl>
    <w:p w14:paraId="546486F7" w14:textId="77777777" w:rsidR="00170B2E" w:rsidRDefault="00170B2E">
      <w:pPr>
        <w:spacing w:before="140"/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0812"/>
      </w:tblGrid>
      <w:tr w:rsidR="00170B2E" w14:paraId="5A7588D8" w14:textId="77777777">
        <w:trPr>
          <w:jc w:val="center"/>
        </w:trPr>
        <w:tc>
          <w:tcPr>
            <w:tcW w:w="10822" w:type="dxa"/>
            <w:shd w:val="clear" w:color="auto" w:fill="FFF2CC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F9AA340" w14:textId="77777777" w:rsidR="00170B2E" w:rsidRDefault="00000000">
            <w:pPr>
              <w:jc w:val="both"/>
            </w:pPr>
            <w:r>
              <w:rPr>
                <w:i/>
                <w:sz w:val="19"/>
              </w:rPr>
              <w:t>Nota organizzativa: gli orari e le modalità di permanenza sono indicativi e potranno essere adattati ai tempi e alle esigenze di ciascun bambino. In caso di difficoltà di adattamento o disagio persistente, il personale educativo potrà contattare tempestivamente la famiglia per concordare un’uscita anticipata o una diversa modalità di permanenza.</w:t>
            </w:r>
          </w:p>
        </w:tc>
      </w:tr>
    </w:tbl>
    <w:p w14:paraId="6A0FA1F4" w14:textId="77777777" w:rsidR="00170B2E" w:rsidRDefault="00000000">
      <w:pPr>
        <w:pageBreakBefore/>
        <w:spacing w:before="280"/>
        <w:jc w:val="center"/>
      </w:pPr>
      <w:r>
        <w:lastRenderedPageBreak/>
        <w:br/>
      </w:r>
      <w:r>
        <w:rPr>
          <w:b/>
          <w:color w:val="1F4E79"/>
          <w:sz w:val="30"/>
        </w:rPr>
        <w:t>DALL’11 SETTEMBRE - ORGANIZZAZIONE REGOLARE</w:t>
      </w:r>
    </w:p>
    <w:p w14:paraId="74C50586" w14:textId="77777777" w:rsidR="00170B2E" w:rsidRDefault="00000000">
      <w:pPr>
        <w:jc w:val="center"/>
      </w:pPr>
      <w:r>
        <w:rPr>
          <w:b/>
          <w:sz w:val="22"/>
        </w:rPr>
        <w:t>Dall’11 settembre la giornata scolastica seguirà regolarmente i seguenti orari:</w:t>
      </w:r>
    </w:p>
    <w:tbl>
      <w:tblPr>
        <w:tblStyle w:val="Grigliatabella"/>
        <w:tblW w:w="11194" w:type="dxa"/>
        <w:jc w:val="center"/>
        <w:tblLayout w:type="fixed"/>
        <w:tblLook w:val="04A0" w:firstRow="1" w:lastRow="0" w:firstColumn="1" w:lastColumn="0" w:noHBand="0" w:noVBand="1"/>
      </w:tblPr>
      <w:tblGrid>
        <w:gridCol w:w="5411"/>
        <w:gridCol w:w="5783"/>
      </w:tblGrid>
      <w:tr w:rsidR="00170B2E" w14:paraId="2BCB5A2F" w14:textId="77777777" w:rsidTr="005F308D">
        <w:trPr>
          <w:jc w:val="center"/>
        </w:trPr>
        <w:tc>
          <w:tcPr>
            <w:tcW w:w="5411" w:type="dxa"/>
            <w:shd w:val="clear" w:color="auto" w:fill="1F4E79"/>
            <w:vAlign w:val="center"/>
          </w:tcPr>
          <w:p w14:paraId="4571D77F" w14:textId="77777777" w:rsidR="00170B2E" w:rsidRDefault="00000000">
            <w:pPr>
              <w:jc w:val="center"/>
            </w:pPr>
            <w:r>
              <w:rPr>
                <w:b/>
                <w:color w:val="FFFFFF"/>
              </w:rPr>
              <w:t>MOMENTO DELLA GIORNATA</w:t>
            </w:r>
          </w:p>
        </w:tc>
        <w:tc>
          <w:tcPr>
            <w:tcW w:w="5783" w:type="dxa"/>
            <w:shd w:val="clear" w:color="auto" w:fill="1F4E79"/>
            <w:vAlign w:val="center"/>
          </w:tcPr>
          <w:p w14:paraId="3B64F9AE" w14:textId="77777777" w:rsidR="00170B2E" w:rsidRDefault="00000000">
            <w:pPr>
              <w:jc w:val="center"/>
            </w:pPr>
            <w:r>
              <w:rPr>
                <w:b/>
                <w:color w:val="FFFFFF"/>
              </w:rPr>
              <w:t>ORARIO</w:t>
            </w:r>
          </w:p>
        </w:tc>
      </w:tr>
      <w:tr w:rsidR="00170B2E" w14:paraId="282A6891" w14:textId="77777777" w:rsidTr="005F308D">
        <w:trPr>
          <w:jc w:val="center"/>
        </w:trPr>
        <w:tc>
          <w:tcPr>
            <w:tcW w:w="5411" w:type="dxa"/>
            <w:vAlign w:val="center"/>
          </w:tcPr>
          <w:p w14:paraId="334F8BFA" w14:textId="77777777" w:rsidR="00170B2E" w:rsidRDefault="00000000">
            <w:r>
              <w:rPr>
                <w:b/>
              </w:rPr>
              <w:t>Entrata e merenda</w:t>
            </w:r>
          </w:p>
        </w:tc>
        <w:tc>
          <w:tcPr>
            <w:tcW w:w="5783" w:type="dxa"/>
            <w:vAlign w:val="center"/>
          </w:tcPr>
          <w:p w14:paraId="0DB9B391" w14:textId="77777777" w:rsidR="00170B2E" w:rsidRDefault="00000000">
            <w:r>
              <w:t>Entrata dalle ore 08:00 e non oltre le ore 09:30. La merenda si svolgerà entro le ore 09:30.</w:t>
            </w:r>
          </w:p>
        </w:tc>
      </w:tr>
      <w:tr w:rsidR="00170B2E" w14:paraId="03985B60" w14:textId="77777777" w:rsidTr="005F308D">
        <w:trPr>
          <w:jc w:val="center"/>
        </w:trPr>
        <w:tc>
          <w:tcPr>
            <w:tcW w:w="5411" w:type="dxa"/>
            <w:vAlign w:val="center"/>
          </w:tcPr>
          <w:p w14:paraId="7DFA4090" w14:textId="77777777" w:rsidR="00170B2E" w:rsidRDefault="00000000">
            <w:r>
              <w:rPr>
                <w:b/>
              </w:rPr>
              <w:t>Pranzo - Sezione Nido 0-18 mesi</w:t>
            </w:r>
          </w:p>
        </w:tc>
        <w:tc>
          <w:tcPr>
            <w:tcW w:w="5783" w:type="dxa"/>
            <w:vAlign w:val="center"/>
          </w:tcPr>
          <w:p w14:paraId="048BD5DE" w14:textId="77777777" w:rsidR="00170B2E" w:rsidRDefault="00000000">
            <w:r>
              <w:t>Ore 11:30</w:t>
            </w:r>
          </w:p>
        </w:tc>
      </w:tr>
      <w:tr w:rsidR="00170B2E" w14:paraId="46195F4F" w14:textId="77777777" w:rsidTr="005F308D">
        <w:trPr>
          <w:jc w:val="center"/>
        </w:trPr>
        <w:tc>
          <w:tcPr>
            <w:tcW w:w="5411" w:type="dxa"/>
            <w:vAlign w:val="center"/>
          </w:tcPr>
          <w:p w14:paraId="06F62E6C" w14:textId="77777777" w:rsidR="00170B2E" w:rsidRDefault="00000000">
            <w:r>
              <w:rPr>
                <w:b/>
              </w:rPr>
              <w:t>Pranzo - Sezione Primavera 18-36 mesi</w:t>
            </w:r>
          </w:p>
        </w:tc>
        <w:tc>
          <w:tcPr>
            <w:tcW w:w="5783" w:type="dxa"/>
            <w:vAlign w:val="center"/>
          </w:tcPr>
          <w:p w14:paraId="2D5F8FB8" w14:textId="77777777" w:rsidR="00170B2E" w:rsidRDefault="00000000">
            <w:r>
              <w:t>Ore 12:00</w:t>
            </w:r>
          </w:p>
        </w:tc>
      </w:tr>
      <w:tr w:rsidR="00170B2E" w14:paraId="082C4102" w14:textId="77777777" w:rsidTr="005F308D">
        <w:trPr>
          <w:jc w:val="center"/>
        </w:trPr>
        <w:tc>
          <w:tcPr>
            <w:tcW w:w="5411" w:type="dxa"/>
            <w:vAlign w:val="center"/>
          </w:tcPr>
          <w:p w14:paraId="566A2EE4" w14:textId="77777777" w:rsidR="00170B2E" w:rsidRDefault="00000000">
            <w:r>
              <w:rPr>
                <w:b/>
              </w:rPr>
              <w:t>Prima uscita</w:t>
            </w:r>
          </w:p>
        </w:tc>
        <w:tc>
          <w:tcPr>
            <w:tcW w:w="5783" w:type="dxa"/>
            <w:vAlign w:val="center"/>
          </w:tcPr>
          <w:p w14:paraId="4295CED3" w14:textId="77777777" w:rsidR="00170B2E" w:rsidRDefault="00000000">
            <w:r>
              <w:t>Dalle ore 13:00 e non oltre le ore 13:45.</w:t>
            </w:r>
          </w:p>
        </w:tc>
      </w:tr>
      <w:tr w:rsidR="00170B2E" w14:paraId="648ECF90" w14:textId="77777777" w:rsidTr="005F308D">
        <w:trPr>
          <w:jc w:val="center"/>
        </w:trPr>
        <w:tc>
          <w:tcPr>
            <w:tcW w:w="5411" w:type="dxa"/>
            <w:vAlign w:val="center"/>
          </w:tcPr>
          <w:p w14:paraId="24C6A0BA" w14:textId="77777777" w:rsidR="00170B2E" w:rsidRDefault="00000000">
            <w:r>
              <w:rPr>
                <w:b/>
              </w:rPr>
              <w:t>Riposo e uscita pomeridiana</w:t>
            </w:r>
          </w:p>
        </w:tc>
        <w:tc>
          <w:tcPr>
            <w:tcW w:w="5783" w:type="dxa"/>
            <w:vAlign w:val="center"/>
          </w:tcPr>
          <w:p w14:paraId="7310BF7B" w14:textId="77777777" w:rsidR="00170B2E" w:rsidRDefault="00000000">
            <w:r>
              <w:t>Riposo pomeridiano e uscita entro le ore 16:00.</w:t>
            </w:r>
          </w:p>
        </w:tc>
      </w:tr>
      <w:tr w:rsidR="005F308D" w14:paraId="7F9D8A7A" w14:textId="77777777" w:rsidTr="005F308D">
        <w:trPr>
          <w:jc w:val="center"/>
        </w:trPr>
        <w:tc>
          <w:tcPr>
            <w:tcW w:w="5411" w:type="dxa"/>
            <w:vAlign w:val="center"/>
          </w:tcPr>
          <w:p w14:paraId="71346536" w14:textId="77777777" w:rsidR="005F308D" w:rsidRDefault="005F308D">
            <w:pPr>
              <w:rPr>
                <w:b/>
              </w:rPr>
            </w:pPr>
          </w:p>
        </w:tc>
        <w:tc>
          <w:tcPr>
            <w:tcW w:w="5783" w:type="dxa"/>
            <w:vAlign w:val="center"/>
          </w:tcPr>
          <w:p w14:paraId="021BCD3F" w14:textId="77777777" w:rsidR="005F308D" w:rsidRDefault="005F308D"/>
        </w:tc>
      </w:tr>
    </w:tbl>
    <w:p w14:paraId="55BDA725" w14:textId="77777777" w:rsidR="00170B2E" w:rsidRPr="005F308D" w:rsidRDefault="00000000">
      <w:pPr>
        <w:spacing w:before="160" w:after="100"/>
        <w:rPr>
          <w:sz w:val="24"/>
          <w:szCs w:val="24"/>
        </w:rPr>
      </w:pPr>
      <w:r w:rsidRPr="005F308D">
        <w:rPr>
          <w:b/>
          <w:sz w:val="24"/>
          <w:szCs w:val="24"/>
        </w:rPr>
        <w:t xml:space="preserve">Nota </w:t>
      </w:r>
      <w:proofErr w:type="spellStart"/>
      <w:r w:rsidRPr="005F308D">
        <w:rPr>
          <w:b/>
          <w:sz w:val="24"/>
          <w:szCs w:val="24"/>
        </w:rPr>
        <w:t>organizzativa</w:t>
      </w:r>
      <w:proofErr w:type="spellEnd"/>
      <w:r w:rsidRPr="005F308D">
        <w:rPr>
          <w:b/>
          <w:sz w:val="24"/>
          <w:szCs w:val="24"/>
        </w:rPr>
        <w:t xml:space="preserve">: </w:t>
      </w:r>
      <w:proofErr w:type="spellStart"/>
      <w:r w:rsidRPr="005F308D">
        <w:rPr>
          <w:sz w:val="24"/>
          <w:szCs w:val="24"/>
        </w:rPr>
        <w:t>gli</w:t>
      </w:r>
      <w:proofErr w:type="spellEnd"/>
      <w:r w:rsidRPr="005F308D">
        <w:rPr>
          <w:sz w:val="24"/>
          <w:szCs w:val="24"/>
        </w:rPr>
        <w:t xml:space="preserve"> </w:t>
      </w:r>
      <w:proofErr w:type="spellStart"/>
      <w:r w:rsidRPr="005F308D">
        <w:rPr>
          <w:sz w:val="24"/>
          <w:szCs w:val="24"/>
        </w:rPr>
        <w:t>orari</w:t>
      </w:r>
      <w:proofErr w:type="spellEnd"/>
      <w:r w:rsidRPr="005F308D">
        <w:rPr>
          <w:sz w:val="24"/>
          <w:szCs w:val="24"/>
        </w:rPr>
        <w:t xml:space="preserve"> indicati sono orientativi e potranno essere adattati alle esigenze organizzative e ai tempi di ciascun bambino. In caso di difficoltà di adattamento o di disagio persistente, il personale educativo potrà contattare tempestivamente la famiglia per concordare un’uscita anticipata o una diversa modalità di permanenza.</w:t>
      </w:r>
    </w:p>
    <w:p w14:paraId="2B81661C" w14:textId="77777777" w:rsidR="005F308D" w:rsidRDefault="005F308D">
      <w:pPr>
        <w:spacing w:before="200"/>
        <w:jc w:val="right"/>
        <w:rPr>
          <w:b/>
          <w:sz w:val="32"/>
          <w:szCs w:val="32"/>
        </w:rPr>
      </w:pPr>
    </w:p>
    <w:p w14:paraId="67C21C7E" w14:textId="23771C32" w:rsidR="00170B2E" w:rsidRPr="005F308D" w:rsidRDefault="00000000">
      <w:pPr>
        <w:spacing w:before="200"/>
        <w:jc w:val="right"/>
        <w:rPr>
          <w:i/>
          <w:iCs/>
          <w:sz w:val="32"/>
          <w:szCs w:val="32"/>
        </w:rPr>
      </w:pPr>
      <w:r w:rsidRPr="005F308D">
        <w:rPr>
          <w:b/>
          <w:i/>
          <w:iCs/>
          <w:sz w:val="32"/>
          <w:szCs w:val="32"/>
        </w:rPr>
        <w:t xml:space="preserve">La </w:t>
      </w:r>
      <w:proofErr w:type="spellStart"/>
      <w:r w:rsidRPr="005F308D">
        <w:rPr>
          <w:b/>
          <w:i/>
          <w:iCs/>
          <w:sz w:val="32"/>
          <w:szCs w:val="32"/>
        </w:rPr>
        <w:t>Coordinatrice</w:t>
      </w:r>
      <w:proofErr w:type="spellEnd"/>
      <w:r w:rsidRPr="005F308D">
        <w:rPr>
          <w:b/>
          <w:i/>
          <w:iCs/>
          <w:sz w:val="32"/>
          <w:szCs w:val="32"/>
        </w:rPr>
        <w:t xml:space="preserve"> </w:t>
      </w:r>
      <w:proofErr w:type="spellStart"/>
      <w:r w:rsidRPr="005F308D">
        <w:rPr>
          <w:b/>
          <w:i/>
          <w:iCs/>
          <w:sz w:val="32"/>
          <w:szCs w:val="32"/>
        </w:rPr>
        <w:t>Didattica</w:t>
      </w:r>
      <w:proofErr w:type="spellEnd"/>
    </w:p>
    <w:sectPr w:rsidR="00170B2E" w:rsidRPr="005F308D" w:rsidSect="00034616">
      <w:headerReference w:type="default" r:id="rId9"/>
      <w:footerReference w:type="default" r:id="rId10"/>
      <w:pgSz w:w="12240" w:h="15840"/>
      <w:pgMar w:top="652" w:right="709" w:bottom="709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7D67C" w14:textId="77777777" w:rsidR="00721FC0" w:rsidRDefault="00721FC0">
      <w:pPr>
        <w:spacing w:after="0" w:line="240" w:lineRule="auto"/>
      </w:pPr>
      <w:r>
        <w:separator/>
      </w:r>
    </w:p>
  </w:endnote>
  <w:endnote w:type="continuationSeparator" w:id="0">
    <w:p w14:paraId="72904949" w14:textId="77777777" w:rsidR="00721FC0" w:rsidRDefault="00721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97389" w14:textId="77777777" w:rsidR="00170B2E" w:rsidRDefault="00170B2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1A06D" w14:textId="77777777" w:rsidR="00721FC0" w:rsidRDefault="00721FC0">
      <w:pPr>
        <w:spacing w:after="0" w:line="240" w:lineRule="auto"/>
      </w:pPr>
      <w:r>
        <w:separator/>
      </w:r>
    </w:p>
  </w:footnote>
  <w:footnote w:type="continuationSeparator" w:id="0">
    <w:p w14:paraId="321C57A6" w14:textId="77777777" w:rsidR="00721FC0" w:rsidRDefault="00721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03C3A" w14:textId="77777777" w:rsidR="00170B2E" w:rsidRDefault="00170B2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7423505">
    <w:abstractNumId w:val="8"/>
  </w:num>
  <w:num w:numId="2" w16cid:durableId="1761245877">
    <w:abstractNumId w:val="6"/>
  </w:num>
  <w:num w:numId="3" w16cid:durableId="700323872">
    <w:abstractNumId w:val="5"/>
  </w:num>
  <w:num w:numId="4" w16cid:durableId="74978331">
    <w:abstractNumId w:val="4"/>
  </w:num>
  <w:num w:numId="5" w16cid:durableId="1535342092">
    <w:abstractNumId w:val="7"/>
  </w:num>
  <w:num w:numId="6" w16cid:durableId="1063914083">
    <w:abstractNumId w:val="3"/>
  </w:num>
  <w:num w:numId="7" w16cid:durableId="271520583">
    <w:abstractNumId w:val="2"/>
  </w:num>
  <w:num w:numId="8" w16cid:durableId="961493895">
    <w:abstractNumId w:val="1"/>
  </w:num>
  <w:num w:numId="9" w16cid:durableId="450051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0B2E"/>
    <w:rsid w:val="0029639D"/>
    <w:rsid w:val="00326F90"/>
    <w:rsid w:val="005F308D"/>
    <w:rsid w:val="00721FC0"/>
    <w:rsid w:val="00AA1D8D"/>
    <w:rsid w:val="00B47730"/>
    <w:rsid w:val="00B90A4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826FD4"/>
  <w14:defaultImageDpi w14:val="300"/>
  <w15:docId w15:val="{B3291AD6-6898-4DC3-98B8-A2A1BB36E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eastAsia="Aptos" w:hAnsi="Aptos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Sezione nido 18-36 mesi - ambientamento settembre</dc:title>
  <dc:subject>Divisione gruppi e programmazione 1-7 settembre</dc:subject>
  <dc:creator>python-docx</dc:creator>
  <cp:keywords/>
  <dc:description>generated by python-docx</dc:description>
  <cp:lastModifiedBy>Grazia Petillo</cp:lastModifiedBy>
  <cp:revision>2</cp:revision>
  <dcterms:created xsi:type="dcterms:W3CDTF">2026-07-13T12:55:00Z</dcterms:created>
  <dcterms:modified xsi:type="dcterms:W3CDTF">2026-07-13T12:55:00Z</dcterms:modified>
  <cp:category/>
</cp:coreProperties>
</file>