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CB5D9" w14:textId="77777777" w:rsidR="000F63AB" w:rsidRDefault="00000000">
      <w:pPr>
        <w:spacing w:after="0"/>
        <w:jc w:val="center"/>
      </w:pPr>
      <w:r>
        <w:rPr>
          <w:noProof/>
        </w:rPr>
        <w:drawing>
          <wp:inline distT="0" distB="0" distL="0" distR="0" wp14:anchorId="065E660F" wp14:editId="517EB765">
            <wp:extent cx="1600493" cy="819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iccol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5185" cy="82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9315B" w14:textId="77777777" w:rsidR="00121DAA" w:rsidRDefault="00121DAA">
      <w:pPr>
        <w:spacing w:after="0"/>
        <w:jc w:val="center"/>
      </w:pPr>
    </w:p>
    <w:p w14:paraId="3F373CA3" w14:textId="77777777" w:rsidR="000F63AB" w:rsidRDefault="00000000">
      <w:pPr>
        <w:spacing w:after="20"/>
        <w:jc w:val="center"/>
      </w:pPr>
      <w:r>
        <w:rPr>
          <w:b/>
          <w:sz w:val="31"/>
        </w:rPr>
        <w:t>SEZIONE NIDO 0-18 MESI</w:t>
      </w:r>
    </w:p>
    <w:p w14:paraId="451E051E" w14:textId="77777777" w:rsidR="000F63AB" w:rsidRPr="00F27BD7" w:rsidRDefault="00000000">
      <w:pPr>
        <w:spacing w:after="80"/>
        <w:jc w:val="center"/>
        <w:rPr>
          <w:sz w:val="22"/>
        </w:rPr>
      </w:pPr>
      <w:proofErr w:type="spellStart"/>
      <w:r w:rsidRPr="00F27BD7">
        <w:rPr>
          <w:b/>
          <w:sz w:val="22"/>
        </w:rPr>
        <w:t>Divisione</w:t>
      </w:r>
      <w:proofErr w:type="spellEnd"/>
      <w:r w:rsidRPr="00F27BD7">
        <w:rPr>
          <w:b/>
          <w:sz w:val="22"/>
        </w:rPr>
        <w:t xml:space="preserve"> in </w:t>
      </w:r>
      <w:r w:rsidR="00545C06">
        <w:rPr>
          <w:b/>
          <w:sz w:val="22"/>
        </w:rPr>
        <w:t>4</w:t>
      </w:r>
      <w:r w:rsidRPr="00F27BD7">
        <w:rPr>
          <w:b/>
          <w:sz w:val="22"/>
        </w:rPr>
        <w:t xml:space="preserve"> </w:t>
      </w:r>
      <w:proofErr w:type="spellStart"/>
      <w:r w:rsidRPr="00F27BD7">
        <w:rPr>
          <w:b/>
          <w:sz w:val="22"/>
        </w:rPr>
        <w:t>gruppi</w:t>
      </w:r>
      <w:proofErr w:type="spellEnd"/>
      <w:r w:rsidRPr="00F27BD7">
        <w:rPr>
          <w:b/>
          <w:sz w:val="22"/>
        </w:rPr>
        <w:t xml:space="preserve"> per </w:t>
      </w:r>
      <w:proofErr w:type="spellStart"/>
      <w:r w:rsidRPr="00F27BD7">
        <w:rPr>
          <w:b/>
          <w:sz w:val="22"/>
        </w:rPr>
        <w:t>l’inserimento</w:t>
      </w:r>
      <w:proofErr w:type="spellEnd"/>
      <w:r w:rsidRPr="00F27BD7">
        <w:rPr>
          <w:b/>
          <w:sz w:val="22"/>
        </w:rPr>
        <w:t xml:space="preserve"> </w:t>
      </w:r>
    </w:p>
    <w:tbl>
      <w:tblPr>
        <w:tblW w:w="0" w:type="auto"/>
        <w:jc w:val="center"/>
        <w:tblBorders>
          <w:top w:val="single" w:sz="7" w:space="0" w:color="A9C4D8"/>
          <w:left w:val="single" w:sz="7" w:space="0" w:color="A9C4D8"/>
          <w:bottom w:val="single" w:sz="7" w:space="0" w:color="A9C4D8"/>
          <w:right w:val="single" w:sz="7" w:space="0" w:color="A9C4D8"/>
          <w:insideH w:val="single" w:sz="7" w:space="0" w:color="A9C4D8"/>
          <w:insideV w:val="single" w:sz="7" w:space="0" w:color="A9C4D8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041"/>
        <w:gridCol w:w="2041"/>
        <w:gridCol w:w="2041"/>
        <w:gridCol w:w="2041"/>
      </w:tblGrid>
      <w:tr w:rsidR="000F63AB" w:rsidRPr="00F27BD7" w14:paraId="7C70A7E1" w14:textId="77777777">
        <w:trPr>
          <w:jc w:val="center"/>
        </w:trPr>
        <w:tc>
          <w:tcPr>
            <w:tcW w:w="1701" w:type="dxa"/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BB729D0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TOTALE</w:t>
            </w:r>
          </w:p>
        </w:tc>
        <w:tc>
          <w:tcPr>
            <w:tcW w:w="2041" w:type="dxa"/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CCBE934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GRUPPO A</w:t>
            </w:r>
          </w:p>
        </w:tc>
        <w:tc>
          <w:tcPr>
            <w:tcW w:w="2041" w:type="dxa"/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25BE4529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GRUPPO B</w:t>
            </w:r>
          </w:p>
        </w:tc>
        <w:tc>
          <w:tcPr>
            <w:tcW w:w="2041" w:type="dxa"/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0F70047F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GRUPPO C</w:t>
            </w:r>
          </w:p>
        </w:tc>
        <w:tc>
          <w:tcPr>
            <w:tcW w:w="2041" w:type="dxa"/>
            <w:shd w:val="clear" w:color="auto" w:fill="D9EAF7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5769445E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GRUPPO D</w:t>
            </w:r>
          </w:p>
        </w:tc>
      </w:tr>
      <w:tr w:rsidR="000F63AB" w:rsidRPr="00F27BD7" w14:paraId="33FD32AB" w14:textId="77777777">
        <w:trPr>
          <w:jc w:val="center"/>
        </w:trPr>
        <w:tc>
          <w:tcPr>
            <w:tcW w:w="1701" w:type="dxa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08E56BDC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12 bambini</w:t>
            </w:r>
          </w:p>
        </w:tc>
        <w:tc>
          <w:tcPr>
            <w:tcW w:w="2041" w:type="dxa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646799FB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3 bambini</w:t>
            </w:r>
          </w:p>
        </w:tc>
        <w:tc>
          <w:tcPr>
            <w:tcW w:w="2041" w:type="dxa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758B21D3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3 bambini</w:t>
            </w:r>
          </w:p>
        </w:tc>
        <w:tc>
          <w:tcPr>
            <w:tcW w:w="2041" w:type="dxa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759D8E37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3 bambini</w:t>
            </w:r>
          </w:p>
        </w:tc>
        <w:tc>
          <w:tcPr>
            <w:tcW w:w="2041" w:type="dxa"/>
            <w:tcMar>
              <w:top w:w="45" w:type="dxa"/>
              <w:left w:w="40" w:type="dxa"/>
              <w:bottom w:w="45" w:type="dxa"/>
              <w:right w:w="40" w:type="dxa"/>
            </w:tcMar>
            <w:vAlign w:val="center"/>
          </w:tcPr>
          <w:p w14:paraId="3865C9D8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3 bambini</w:t>
            </w:r>
          </w:p>
        </w:tc>
      </w:tr>
    </w:tbl>
    <w:p w14:paraId="138DA3BD" w14:textId="77777777" w:rsidR="00121DAA" w:rsidRDefault="00000000">
      <w:pPr>
        <w:spacing w:before="60" w:after="20"/>
        <w:jc w:val="center"/>
        <w:rPr>
          <w:b/>
          <w:color w:val="395B7D"/>
          <w:sz w:val="28"/>
          <w:szCs w:val="28"/>
        </w:rPr>
      </w:pPr>
      <w:r w:rsidRPr="00121DAA">
        <w:rPr>
          <w:b/>
          <w:color w:val="395B7D"/>
          <w:sz w:val="28"/>
          <w:szCs w:val="28"/>
        </w:rPr>
        <w:t xml:space="preserve">ORARI </w:t>
      </w:r>
    </w:p>
    <w:p w14:paraId="3BCF466D" w14:textId="77777777" w:rsidR="000F63AB" w:rsidRDefault="00000000">
      <w:pPr>
        <w:spacing w:before="60" w:after="20"/>
        <w:jc w:val="center"/>
        <w:rPr>
          <w:b/>
          <w:sz w:val="28"/>
          <w:szCs w:val="28"/>
        </w:rPr>
      </w:pPr>
      <w:r w:rsidRPr="00121DAA">
        <w:rPr>
          <w:b/>
          <w:color w:val="395B7D"/>
          <w:sz w:val="28"/>
          <w:szCs w:val="28"/>
        </w:rPr>
        <w:t xml:space="preserve"> </w:t>
      </w:r>
      <w:r w:rsidRPr="00121DAA">
        <w:rPr>
          <w:b/>
          <w:sz w:val="28"/>
          <w:szCs w:val="28"/>
        </w:rPr>
        <w:t>1, 2 E 3 SETTEMBRE</w:t>
      </w:r>
    </w:p>
    <w:tbl>
      <w:tblPr>
        <w:tblW w:w="0" w:type="auto"/>
        <w:jc w:val="center"/>
        <w:tblBorders>
          <w:top w:val="single" w:sz="7" w:space="0" w:color="A9C4D8"/>
          <w:left w:val="single" w:sz="7" w:space="0" w:color="A9C4D8"/>
          <w:bottom w:val="single" w:sz="7" w:space="0" w:color="A9C4D8"/>
          <w:right w:val="single" w:sz="7" w:space="0" w:color="A9C4D8"/>
          <w:insideH w:val="single" w:sz="7" w:space="0" w:color="A9C4D8"/>
          <w:insideV w:val="single" w:sz="7" w:space="0" w:color="A9C4D8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969"/>
        <w:gridCol w:w="3969"/>
      </w:tblGrid>
      <w:tr w:rsidR="000F63AB" w:rsidRPr="00F27BD7" w14:paraId="09E69F09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2" w:type="dxa"/>
              <w:left w:w="40" w:type="dxa"/>
              <w:bottom w:w="42" w:type="dxa"/>
              <w:right w:w="40" w:type="dxa"/>
            </w:tcMar>
            <w:vAlign w:val="center"/>
          </w:tcPr>
          <w:p w14:paraId="19CDA95A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GIORNI</w:t>
            </w:r>
          </w:p>
        </w:tc>
        <w:tc>
          <w:tcPr>
            <w:tcW w:w="3969" w:type="dxa"/>
            <w:shd w:val="clear" w:color="auto" w:fill="D9EAF7"/>
            <w:tcMar>
              <w:top w:w="42" w:type="dxa"/>
              <w:left w:w="40" w:type="dxa"/>
              <w:bottom w:w="42" w:type="dxa"/>
              <w:right w:w="40" w:type="dxa"/>
            </w:tcMar>
            <w:vAlign w:val="center"/>
          </w:tcPr>
          <w:p w14:paraId="01E6AECD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GRUPPI A E B</w:t>
            </w:r>
          </w:p>
        </w:tc>
        <w:tc>
          <w:tcPr>
            <w:tcW w:w="3969" w:type="dxa"/>
            <w:shd w:val="clear" w:color="auto" w:fill="D9EAF7"/>
            <w:tcMar>
              <w:top w:w="42" w:type="dxa"/>
              <w:left w:w="40" w:type="dxa"/>
              <w:bottom w:w="42" w:type="dxa"/>
              <w:right w:w="40" w:type="dxa"/>
            </w:tcMar>
            <w:vAlign w:val="center"/>
          </w:tcPr>
          <w:p w14:paraId="09CC9E6E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GRUPPI C E D</w:t>
            </w:r>
          </w:p>
        </w:tc>
      </w:tr>
      <w:tr w:rsidR="000F63AB" w:rsidRPr="00F27BD7" w14:paraId="563DEE72" w14:textId="77777777">
        <w:trPr>
          <w:jc w:val="center"/>
        </w:trPr>
        <w:tc>
          <w:tcPr>
            <w:tcW w:w="2268" w:type="dxa"/>
            <w:tcMar>
              <w:top w:w="48" w:type="dxa"/>
              <w:left w:w="40" w:type="dxa"/>
              <w:bottom w:w="48" w:type="dxa"/>
              <w:right w:w="40" w:type="dxa"/>
            </w:tcMar>
            <w:vAlign w:val="center"/>
          </w:tcPr>
          <w:p w14:paraId="6F6FC1CC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1, 2 e 3 settembre</w:t>
            </w:r>
          </w:p>
        </w:tc>
        <w:tc>
          <w:tcPr>
            <w:tcW w:w="3969" w:type="dxa"/>
            <w:tcMar>
              <w:top w:w="48" w:type="dxa"/>
              <w:left w:w="40" w:type="dxa"/>
              <w:bottom w:w="48" w:type="dxa"/>
              <w:right w:w="40" w:type="dxa"/>
            </w:tcMar>
            <w:vAlign w:val="center"/>
          </w:tcPr>
          <w:p w14:paraId="2D6AA021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8:30 - 9:30/9:45</w:t>
            </w:r>
          </w:p>
        </w:tc>
        <w:tc>
          <w:tcPr>
            <w:tcW w:w="3969" w:type="dxa"/>
            <w:tcMar>
              <w:top w:w="48" w:type="dxa"/>
              <w:left w:w="40" w:type="dxa"/>
              <w:bottom w:w="48" w:type="dxa"/>
              <w:right w:w="40" w:type="dxa"/>
            </w:tcMar>
            <w:vAlign w:val="center"/>
          </w:tcPr>
          <w:p w14:paraId="6E8DF005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10:15 - 11:15/11:30</w:t>
            </w:r>
          </w:p>
        </w:tc>
      </w:tr>
    </w:tbl>
    <w:p w14:paraId="20F1645B" w14:textId="77777777" w:rsidR="00581F23" w:rsidRDefault="00581F23">
      <w:pPr>
        <w:spacing w:before="40" w:after="0" w:line="240" w:lineRule="auto"/>
        <w:rPr>
          <w:b/>
          <w:sz w:val="24"/>
          <w:szCs w:val="24"/>
        </w:rPr>
      </w:pPr>
    </w:p>
    <w:p w14:paraId="67A3C1D6" w14:textId="77777777" w:rsidR="000F63AB" w:rsidRPr="00121DAA" w:rsidRDefault="00000000">
      <w:pPr>
        <w:spacing w:before="40" w:after="0" w:line="240" w:lineRule="auto"/>
        <w:rPr>
          <w:sz w:val="24"/>
          <w:szCs w:val="24"/>
        </w:rPr>
      </w:pPr>
      <w:r w:rsidRPr="00121DAA">
        <w:rPr>
          <w:b/>
          <w:sz w:val="24"/>
          <w:szCs w:val="24"/>
        </w:rPr>
        <w:t xml:space="preserve">* Per </w:t>
      </w:r>
      <w:proofErr w:type="spellStart"/>
      <w:r w:rsidRPr="00121DAA">
        <w:rPr>
          <w:b/>
          <w:sz w:val="24"/>
          <w:szCs w:val="24"/>
        </w:rPr>
        <w:t>i</w:t>
      </w:r>
      <w:proofErr w:type="spellEnd"/>
      <w:r w:rsidRPr="00121DAA">
        <w:rPr>
          <w:b/>
          <w:sz w:val="24"/>
          <w:szCs w:val="24"/>
        </w:rPr>
        <w:t xml:space="preserve"> </w:t>
      </w:r>
      <w:proofErr w:type="spellStart"/>
      <w:r w:rsidRPr="00121DAA">
        <w:rPr>
          <w:b/>
          <w:sz w:val="24"/>
          <w:szCs w:val="24"/>
        </w:rPr>
        <w:t>nuovi</w:t>
      </w:r>
      <w:proofErr w:type="spellEnd"/>
      <w:r w:rsidRPr="00121DAA">
        <w:rPr>
          <w:b/>
          <w:sz w:val="24"/>
          <w:szCs w:val="24"/>
        </w:rPr>
        <w:t xml:space="preserve"> </w:t>
      </w:r>
      <w:proofErr w:type="spellStart"/>
      <w:r w:rsidRPr="00121DAA">
        <w:rPr>
          <w:b/>
          <w:sz w:val="24"/>
          <w:szCs w:val="24"/>
        </w:rPr>
        <w:t>iscritti</w:t>
      </w:r>
      <w:proofErr w:type="spellEnd"/>
      <w:r w:rsidRPr="00121DAA">
        <w:rPr>
          <w:b/>
          <w:sz w:val="24"/>
          <w:szCs w:val="24"/>
        </w:rPr>
        <w:t>:</w:t>
      </w:r>
      <w:r w:rsidRPr="00121DAA">
        <w:rPr>
          <w:sz w:val="24"/>
          <w:szCs w:val="24"/>
        </w:rPr>
        <w:t xml:space="preserve"> il 1° e il 2 settembre i bambini resteranno per 1 ora con la figura di riferimento (mamma o papà); il 3 settembre resteranno 30 minuti con la figura di riferimento e 30 minuti senza, affidati all’educatrice.</w:t>
      </w:r>
    </w:p>
    <w:p w14:paraId="10501339" w14:textId="77777777" w:rsidR="000F63AB" w:rsidRDefault="00000000">
      <w:pPr>
        <w:spacing w:before="40" w:after="0" w:line="240" w:lineRule="auto"/>
        <w:rPr>
          <w:sz w:val="24"/>
          <w:szCs w:val="24"/>
        </w:rPr>
      </w:pPr>
      <w:r w:rsidRPr="00121DAA">
        <w:rPr>
          <w:b/>
          <w:sz w:val="24"/>
          <w:szCs w:val="24"/>
        </w:rPr>
        <w:t>*</w:t>
      </w:r>
      <w:r w:rsidR="00121DAA" w:rsidRPr="00121DAA">
        <w:rPr>
          <w:b/>
          <w:sz w:val="24"/>
          <w:szCs w:val="24"/>
        </w:rPr>
        <w:t>*</w:t>
      </w:r>
      <w:r w:rsidRPr="00121DAA">
        <w:rPr>
          <w:b/>
          <w:sz w:val="24"/>
          <w:szCs w:val="24"/>
        </w:rPr>
        <w:t xml:space="preserve"> Per le </w:t>
      </w:r>
      <w:proofErr w:type="spellStart"/>
      <w:r w:rsidRPr="00121DAA">
        <w:rPr>
          <w:b/>
          <w:sz w:val="24"/>
          <w:szCs w:val="24"/>
        </w:rPr>
        <w:t>bambine</w:t>
      </w:r>
      <w:proofErr w:type="spellEnd"/>
      <w:r w:rsidRPr="00121DAA">
        <w:rPr>
          <w:b/>
          <w:sz w:val="24"/>
          <w:szCs w:val="24"/>
        </w:rPr>
        <w:t xml:space="preserve"> </w:t>
      </w:r>
      <w:proofErr w:type="spellStart"/>
      <w:r w:rsidRPr="00121DAA">
        <w:rPr>
          <w:b/>
          <w:sz w:val="24"/>
          <w:szCs w:val="24"/>
        </w:rPr>
        <w:t>già</w:t>
      </w:r>
      <w:proofErr w:type="spellEnd"/>
      <w:r w:rsidRPr="00121DAA">
        <w:rPr>
          <w:b/>
          <w:sz w:val="24"/>
          <w:szCs w:val="24"/>
        </w:rPr>
        <w:t xml:space="preserve"> </w:t>
      </w:r>
      <w:proofErr w:type="spellStart"/>
      <w:r w:rsidRPr="00121DAA">
        <w:rPr>
          <w:b/>
          <w:sz w:val="24"/>
          <w:szCs w:val="24"/>
        </w:rPr>
        <w:t>frequentanti</w:t>
      </w:r>
      <w:proofErr w:type="spellEnd"/>
      <w:r w:rsidRPr="00121DAA">
        <w:rPr>
          <w:b/>
          <w:sz w:val="24"/>
          <w:szCs w:val="24"/>
        </w:rPr>
        <w:t xml:space="preserve"> </w:t>
      </w:r>
      <w:proofErr w:type="spellStart"/>
      <w:r w:rsidRPr="00121DAA">
        <w:rPr>
          <w:b/>
          <w:sz w:val="24"/>
          <w:szCs w:val="24"/>
        </w:rPr>
        <w:t>nell’anno</w:t>
      </w:r>
      <w:proofErr w:type="spellEnd"/>
      <w:r w:rsidRPr="00121DAA">
        <w:rPr>
          <w:b/>
          <w:sz w:val="24"/>
          <w:szCs w:val="24"/>
        </w:rPr>
        <w:t xml:space="preserve"> precedente:</w:t>
      </w:r>
      <w:r w:rsidRPr="00121DAA">
        <w:rPr>
          <w:sz w:val="24"/>
          <w:szCs w:val="24"/>
        </w:rPr>
        <w:t xml:space="preserve"> il 1° settembre resteranno 1 ora con la mamma; il 2 settembre resteranno 30 minuti con la mamma e 30 minuti con l’educatrice; il 3 settembre resteranno 1 ora senza la mamma, </w:t>
      </w:r>
      <w:proofErr w:type="spellStart"/>
      <w:r w:rsidRPr="00121DAA">
        <w:rPr>
          <w:sz w:val="24"/>
          <w:szCs w:val="24"/>
        </w:rPr>
        <w:t>affidate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all’educatrice</w:t>
      </w:r>
      <w:proofErr w:type="spellEnd"/>
      <w:r w:rsidRPr="00121DAA">
        <w:rPr>
          <w:sz w:val="24"/>
          <w:szCs w:val="24"/>
        </w:rPr>
        <w:t>.</w:t>
      </w:r>
    </w:p>
    <w:p w14:paraId="6AFE3B6F" w14:textId="77777777" w:rsidR="004702D0" w:rsidRDefault="00000000">
      <w:pPr>
        <w:spacing w:after="80" w:line="240" w:lineRule="auto"/>
      </w:pPr>
      <w:r>
        <w:rPr>
          <w:rFonts w:ascii="Arial" w:hAnsi="Arial"/>
          <w:b/>
          <w:sz w:val="21"/>
        </w:rPr>
        <w:t xml:space="preserve">*** Nappi Santo: </w:t>
      </w:r>
      <w:r>
        <w:rPr>
          <w:rFonts w:ascii="Arial" w:hAnsi="Arial"/>
          <w:sz w:val="21"/>
        </w:rPr>
        <w:t>inizierà l’inserimento il 3 settembre e, dalla sua prima giornata, seguirà lo stesso percorso previsto per gli altri nuovi iscritti, partendo dalla fase con la figura di riferimento.</w:t>
      </w:r>
    </w:p>
    <w:p w14:paraId="363B0756" w14:textId="77777777" w:rsidR="00581F23" w:rsidRPr="00121DAA" w:rsidRDefault="00581F23">
      <w:pPr>
        <w:spacing w:before="40" w:after="0" w:line="240" w:lineRule="auto"/>
        <w:rPr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7"/>
        <w:gridCol w:w="5187"/>
      </w:tblGrid>
      <w:tr w:rsidR="000F63AB" w:rsidRPr="00F27BD7" w14:paraId="5024B07F" w14:textId="77777777">
        <w:trPr>
          <w:jc w:val="center"/>
        </w:trPr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11954B62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7F06D98C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5B9BD5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2779999D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A - 3 BAMBINI</w:t>
                  </w:r>
                </w:p>
              </w:tc>
            </w:tr>
            <w:tr w:rsidR="000F63AB" w:rsidRPr="00F27BD7" w14:paraId="0A589C55" w14:textId="77777777">
              <w:trPr>
                <w:jc w:val="center"/>
              </w:trPr>
              <w:tc>
                <w:tcPr>
                  <w:tcW w:w="425" w:type="dxa"/>
                  <w:shd w:val="clear" w:color="auto" w:fill="BDD7EE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44D4D4EF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BDD7EE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33F99F14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A</w:t>
                  </w:r>
                </w:p>
              </w:tc>
            </w:tr>
            <w:tr w:rsidR="000F63AB" w:rsidRPr="00F27BD7" w14:paraId="3C0350BD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4722919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2A9F4ABF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ALLOCCA ANTONIO</w:t>
                  </w:r>
                </w:p>
              </w:tc>
            </w:tr>
            <w:tr w:rsidR="000F63AB" w:rsidRPr="00F27BD7" w14:paraId="3C957759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663D23D9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29516B8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CALIENDO GINEVRA</w:t>
                  </w:r>
                </w:p>
              </w:tc>
            </w:tr>
            <w:tr w:rsidR="000F63AB" w:rsidRPr="00F27BD7" w14:paraId="100EFB4A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4D105764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6F56ACD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CANDURRO RANIA</w:t>
                  </w:r>
                </w:p>
              </w:tc>
            </w:tr>
          </w:tbl>
          <w:p w14:paraId="29CAFDEE" w14:textId="77777777" w:rsidR="000F63AB" w:rsidRPr="00F27BD7" w:rsidRDefault="000F63AB">
            <w:pPr>
              <w:rPr>
                <w:sz w:val="22"/>
              </w:rPr>
            </w:pPr>
          </w:p>
        </w:tc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6B7C6834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59F716EA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70AD47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1EB67D71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B - 3 BAMBINI</w:t>
                  </w:r>
                </w:p>
              </w:tc>
            </w:tr>
            <w:tr w:rsidR="000F63AB" w:rsidRPr="00F27BD7" w14:paraId="62968C21" w14:textId="77777777">
              <w:trPr>
                <w:jc w:val="center"/>
              </w:trPr>
              <w:tc>
                <w:tcPr>
                  <w:tcW w:w="425" w:type="dxa"/>
                  <w:shd w:val="clear" w:color="auto" w:fill="C6E0B4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7736F80E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C6E0B4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12D72441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B</w:t>
                  </w:r>
                </w:p>
              </w:tc>
            </w:tr>
            <w:tr w:rsidR="000F63AB" w:rsidRPr="00F27BD7" w14:paraId="5712401C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448AC8DF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1B48E8A8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CARRIERI MAURO SIRIA</w:t>
                  </w:r>
                </w:p>
              </w:tc>
            </w:tr>
            <w:tr w:rsidR="000F63AB" w:rsidRPr="00F27BD7" w14:paraId="433A4603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2324C28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EA0A082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DI FONZA LARA</w:t>
                  </w:r>
                  <w:r w:rsidR="00121DAA">
                    <w:rPr>
                      <w:b/>
                      <w:sz w:val="22"/>
                    </w:rPr>
                    <w:t>**</w:t>
                  </w:r>
                </w:p>
              </w:tc>
            </w:tr>
            <w:tr w:rsidR="000F63AB" w:rsidRPr="00F27BD7" w14:paraId="03950D99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2D9CB011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6F1B40E2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FOGLIA ANTONIO</w:t>
                  </w:r>
                </w:p>
              </w:tc>
            </w:tr>
          </w:tbl>
          <w:p w14:paraId="083764DA" w14:textId="77777777" w:rsidR="000F63AB" w:rsidRPr="00F27BD7" w:rsidRDefault="000F63AB">
            <w:pPr>
              <w:rPr>
                <w:sz w:val="22"/>
              </w:rPr>
            </w:pPr>
          </w:p>
        </w:tc>
      </w:tr>
      <w:tr w:rsidR="000F63AB" w:rsidRPr="00F27BD7" w14:paraId="5A8B7A0C" w14:textId="77777777">
        <w:trPr>
          <w:jc w:val="center"/>
        </w:trPr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2A93E5E9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069A0315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ED7D31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06E7D318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C - 3 BAMBINI</w:t>
                  </w:r>
                </w:p>
              </w:tc>
            </w:tr>
            <w:tr w:rsidR="000F63AB" w:rsidRPr="00F27BD7" w14:paraId="42967690" w14:textId="77777777">
              <w:trPr>
                <w:jc w:val="center"/>
              </w:trPr>
              <w:tc>
                <w:tcPr>
                  <w:tcW w:w="425" w:type="dxa"/>
                  <w:shd w:val="clear" w:color="auto" w:fill="F8CBA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5D74FB6B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F8CBA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6BDE19F3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C</w:t>
                  </w:r>
                </w:p>
              </w:tc>
            </w:tr>
            <w:tr w:rsidR="000F63AB" w:rsidRPr="00F27BD7" w14:paraId="049D88E1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214F52BF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B263A75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GRASSO FRANCESCA</w:t>
                  </w:r>
                  <w:r w:rsidR="00121DAA">
                    <w:rPr>
                      <w:b/>
                      <w:sz w:val="22"/>
                    </w:rPr>
                    <w:t>**</w:t>
                  </w:r>
                </w:p>
              </w:tc>
            </w:tr>
            <w:tr w:rsidR="000F63AB" w:rsidRPr="00F27BD7" w14:paraId="6AA182C4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2A98C248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416213E1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MIRANDA GABRIELE</w:t>
                  </w:r>
                </w:p>
              </w:tc>
            </w:tr>
            <w:tr w:rsidR="000F63AB" w:rsidRPr="00F27BD7" w14:paraId="240ED212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12285D9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3475BE35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PAGANO ALESSANDRO</w:t>
                  </w:r>
                </w:p>
              </w:tc>
            </w:tr>
          </w:tbl>
          <w:p w14:paraId="679DB5B5" w14:textId="77777777" w:rsidR="000F63AB" w:rsidRPr="00F27BD7" w:rsidRDefault="000F63AB">
            <w:pPr>
              <w:rPr>
                <w:sz w:val="22"/>
              </w:rPr>
            </w:pPr>
          </w:p>
        </w:tc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2850D14C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4BB89B17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A64D79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3F7A23B5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D - 3 BAMBINI</w:t>
                  </w:r>
                </w:p>
              </w:tc>
            </w:tr>
            <w:tr w:rsidR="000F63AB" w:rsidRPr="00F27BD7" w14:paraId="15798461" w14:textId="77777777">
              <w:trPr>
                <w:jc w:val="center"/>
              </w:trPr>
              <w:tc>
                <w:tcPr>
                  <w:tcW w:w="425" w:type="dxa"/>
                  <w:shd w:val="clear" w:color="auto" w:fill="E4B7C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04228E03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E4B7C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3CAEB599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D</w:t>
                  </w:r>
                </w:p>
              </w:tc>
            </w:tr>
            <w:tr w:rsidR="000F63AB" w:rsidRPr="00F27BD7" w14:paraId="030C5AD7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1D82FE3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DB20F94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SOMMESE GIUSEPPE</w:t>
                  </w:r>
                </w:p>
              </w:tc>
            </w:tr>
            <w:tr w:rsidR="000F63AB" w:rsidRPr="00F27BD7" w14:paraId="0090F9A7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C0594D1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4D2ADDEF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TELORA NICOLA</w:t>
                  </w:r>
                </w:p>
              </w:tc>
            </w:tr>
            <w:tr w:rsidR="000F63AB" w:rsidRPr="00F27BD7" w14:paraId="7291F7DE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4C62C12" w14:textId="77777777" w:rsidR="000F63AB" w:rsidRPr="00F27BD7" w:rsidRDefault="000F63AB">
                  <w:pPr>
                    <w:spacing w:after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195956B" w14:textId="77777777" w:rsidR="000F63AB" w:rsidRPr="00F27BD7" w:rsidRDefault="000F63AB">
                  <w:pPr>
                    <w:spacing w:after="0"/>
                    <w:rPr>
                      <w:sz w:val="22"/>
                    </w:rPr>
                  </w:pPr>
                  <w:r>
                    <w:rPr>
                      <w:b/>
                      <w:sz w:val="22"/>
                    </w:rPr>
                    <w:t>NAPPI SANTO***</w:t>
                  </w:r>
                </w:p>
              </w:tc>
            </w:tr>
          </w:tbl>
          <w:p w14:paraId="64DF0338" w14:textId="77777777" w:rsidR="000F63AB" w:rsidRPr="00F27BD7" w:rsidRDefault="000F63AB">
            <w:pPr>
              <w:rPr>
                <w:sz w:val="22"/>
              </w:rPr>
            </w:pPr>
          </w:p>
        </w:tc>
      </w:tr>
    </w:tbl>
    <w:p w14:paraId="33D5FE1E" w14:textId="77777777" w:rsidR="000F63AB" w:rsidRPr="00121DAA" w:rsidRDefault="00000000">
      <w:pPr>
        <w:spacing w:before="140" w:after="0"/>
        <w:jc w:val="center"/>
        <w:rPr>
          <w:color w:val="000000" w:themeColor="text1"/>
          <w:sz w:val="22"/>
        </w:rPr>
      </w:pPr>
      <w:r w:rsidRPr="00121DAA">
        <w:rPr>
          <w:b/>
          <w:color w:val="000000" w:themeColor="text1"/>
          <w:sz w:val="22"/>
        </w:rPr>
        <w:t>Segue, nella pagina successiva, la tabella per il 4 e 7 settembre.</w:t>
      </w:r>
    </w:p>
    <w:p w14:paraId="3382A3FC" w14:textId="77777777" w:rsidR="000F63AB" w:rsidRPr="00F27BD7" w:rsidRDefault="00000000">
      <w:pPr>
        <w:rPr>
          <w:sz w:val="22"/>
        </w:rPr>
      </w:pPr>
      <w:r w:rsidRPr="00F27BD7">
        <w:rPr>
          <w:sz w:val="22"/>
        </w:rPr>
        <w:br w:type="page"/>
      </w:r>
    </w:p>
    <w:p w14:paraId="35D9C148" w14:textId="77777777" w:rsidR="000F63AB" w:rsidRPr="00F27BD7" w:rsidRDefault="00000000">
      <w:pPr>
        <w:spacing w:after="0"/>
        <w:jc w:val="center"/>
        <w:rPr>
          <w:sz w:val="22"/>
        </w:rPr>
      </w:pPr>
      <w:r w:rsidRPr="00F27BD7">
        <w:rPr>
          <w:noProof/>
          <w:sz w:val="22"/>
        </w:rPr>
        <w:lastRenderedPageBreak/>
        <w:drawing>
          <wp:inline distT="0" distB="0" distL="0" distR="0" wp14:anchorId="717DC6B5" wp14:editId="5DAAAABD">
            <wp:extent cx="1861038" cy="9525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66503" cy="95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8AC9D" w14:textId="77777777" w:rsidR="00121DAA" w:rsidRDefault="00121DAA">
      <w:pPr>
        <w:spacing w:after="20"/>
        <w:jc w:val="center"/>
        <w:rPr>
          <w:b/>
          <w:sz w:val="22"/>
        </w:rPr>
      </w:pPr>
    </w:p>
    <w:p w14:paraId="7C62EB7B" w14:textId="77777777" w:rsidR="000F63AB" w:rsidRPr="00121DAA" w:rsidRDefault="00000000">
      <w:pPr>
        <w:spacing w:after="20"/>
        <w:jc w:val="center"/>
        <w:rPr>
          <w:sz w:val="31"/>
          <w:szCs w:val="31"/>
        </w:rPr>
      </w:pPr>
      <w:r w:rsidRPr="00121DAA">
        <w:rPr>
          <w:b/>
          <w:sz w:val="31"/>
          <w:szCs w:val="31"/>
        </w:rPr>
        <w:t>SEZIONE NIDO 0-18 MESI</w:t>
      </w:r>
    </w:p>
    <w:p w14:paraId="79F0D5FA" w14:textId="77777777" w:rsidR="000F63AB" w:rsidRPr="00F27BD7" w:rsidRDefault="000F63AB">
      <w:pPr>
        <w:spacing w:after="100"/>
        <w:jc w:val="center"/>
        <w:rPr>
          <w:sz w:val="22"/>
        </w:rPr>
      </w:pPr>
    </w:p>
    <w:p w14:paraId="274DC13F" w14:textId="77777777" w:rsidR="00121DAA" w:rsidRPr="00121DAA" w:rsidRDefault="00000000">
      <w:pPr>
        <w:spacing w:before="100" w:after="40"/>
        <w:jc w:val="center"/>
        <w:rPr>
          <w:b/>
          <w:color w:val="395B7D"/>
          <w:sz w:val="28"/>
          <w:szCs w:val="28"/>
        </w:rPr>
      </w:pPr>
      <w:r w:rsidRPr="00121DAA">
        <w:rPr>
          <w:b/>
          <w:color w:val="395B7D"/>
          <w:sz w:val="28"/>
          <w:szCs w:val="28"/>
        </w:rPr>
        <w:t xml:space="preserve">ORARI E ASSEGNAZIONE MAESTRE </w:t>
      </w:r>
    </w:p>
    <w:p w14:paraId="6CFB573D" w14:textId="77777777" w:rsidR="000F63AB" w:rsidRPr="00121DAA" w:rsidRDefault="00000000">
      <w:pPr>
        <w:spacing w:before="100" w:after="40"/>
        <w:jc w:val="center"/>
        <w:rPr>
          <w:sz w:val="28"/>
          <w:szCs w:val="28"/>
        </w:rPr>
      </w:pPr>
      <w:r w:rsidRPr="00121DAA">
        <w:rPr>
          <w:b/>
          <w:sz w:val="28"/>
          <w:szCs w:val="28"/>
        </w:rPr>
        <w:t xml:space="preserve"> 4 E 7 SETTEMBRE</w:t>
      </w:r>
    </w:p>
    <w:tbl>
      <w:tblPr>
        <w:tblW w:w="0" w:type="auto"/>
        <w:jc w:val="center"/>
        <w:tblBorders>
          <w:top w:val="single" w:sz="7" w:space="0" w:color="A9C4D8"/>
          <w:left w:val="single" w:sz="7" w:space="0" w:color="A9C4D8"/>
          <w:bottom w:val="single" w:sz="7" w:space="0" w:color="A9C4D8"/>
          <w:right w:val="single" w:sz="7" w:space="0" w:color="A9C4D8"/>
          <w:insideH w:val="single" w:sz="7" w:space="0" w:color="A9C4D8"/>
          <w:insideV w:val="single" w:sz="7" w:space="0" w:color="A9C4D8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969"/>
        <w:gridCol w:w="3969"/>
      </w:tblGrid>
      <w:tr w:rsidR="000F63AB" w:rsidRPr="00F27BD7" w14:paraId="2EE39D9E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014EB8B3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GIORNI</w:t>
            </w:r>
          </w:p>
        </w:tc>
        <w:tc>
          <w:tcPr>
            <w:tcW w:w="3969" w:type="dxa"/>
            <w:shd w:val="clear" w:color="auto" w:fill="D9EAF7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4410501E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GRUPPI A E B</w:t>
            </w:r>
          </w:p>
        </w:tc>
        <w:tc>
          <w:tcPr>
            <w:tcW w:w="3969" w:type="dxa"/>
            <w:shd w:val="clear" w:color="auto" w:fill="D9EAF7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40DE655E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color w:val="395B7D"/>
                <w:sz w:val="22"/>
              </w:rPr>
              <w:t>GRUPPI C E D</w:t>
            </w:r>
          </w:p>
        </w:tc>
      </w:tr>
      <w:tr w:rsidR="000F63AB" w:rsidRPr="00F27BD7" w14:paraId="29CAACA5" w14:textId="77777777">
        <w:trPr>
          <w:jc w:val="center"/>
        </w:trPr>
        <w:tc>
          <w:tcPr>
            <w:tcW w:w="2268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14:paraId="6D228166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4 e 7 settembre</w:t>
            </w:r>
          </w:p>
        </w:tc>
        <w:tc>
          <w:tcPr>
            <w:tcW w:w="3969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14:paraId="5FCB1F70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8:30 - 9:30/9:45</w:t>
            </w:r>
          </w:p>
        </w:tc>
        <w:tc>
          <w:tcPr>
            <w:tcW w:w="3969" w:type="dxa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14:paraId="0E81EF6C" w14:textId="77777777" w:rsidR="000F63AB" w:rsidRPr="00F27BD7" w:rsidRDefault="00000000">
            <w:pPr>
              <w:spacing w:after="0"/>
              <w:jc w:val="center"/>
              <w:rPr>
                <w:sz w:val="22"/>
              </w:rPr>
            </w:pPr>
            <w:r w:rsidRPr="00F27BD7">
              <w:rPr>
                <w:b/>
                <w:sz w:val="22"/>
              </w:rPr>
              <w:t>10:15 - 11:15/11:30</w:t>
            </w:r>
          </w:p>
        </w:tc>
      </w:tr>
    </w:tbl>
    <w:p w14:paraId="5F4E0870" w14:textId="77777777" w:rsidR="00581F23" w:rsidRDefault="00581F23">
      <w:pPr>
        <w:spacing w:before="100" w:after="80"/>
        <w:rPr>
          <w:sz w:val="22"/>
        </w:rPr>
      </w:pPr>
    </w:p>
    <w:p w14:paraId="4FA68A00" w14:textId="77777777" w:rsidR="000F63AB" w:rsidRDefault="00000000">
      <w:pPr>
        <w:spacing w:before="100" w:after="80"/>
        <w:rPr>
          <w:sz w:val="22"/>
        </w:rPr>
      </w:pPr>
      <w:r w:rsidRPr="00F27BD7">
        <w:rPr>
          <w:sz w:val="22"/>
        </w:rPr>
        <w:t xml:space="preserve">La </w:t>
      </w:r>
      <w:proofErr w:type="spellStart"/>
      <w:r w:rsidRPr="00F27BD7">
        <w:rPr>
          <w:sz w:val="22"/>
        </w:rPr>
        <w:t>composizione</w:t>
      </w:r>
      <w:proofErr w:type="spellEnd"/>
      <w:r w:rsidRPr="00F27BD7">
        <w:rPr>
          <w:sz w:val="22"/>
        </w:rPr>
        <w:t xml:space="preserve"> </w:t>
      </w:r>
      <w:proofErr w:type="spellStart"/>
      <w:r w:rsidRPr="00F27BD7">
        <w:rPr>
          <w:sz w:val="22"/>
        </w:rPr>
        <w:t>dei</w:t>
      </w:r>
      <w:proofErr w:type="spellEnd"/>
      <w:r w:rsidRPr="00F27BD7">
        <w:rPr>
          <w:sz w:val="22"/>
        </w:rPr>
        <w:t xml:space="preserve"> </w:t>
      </w:r>
      <w:proofErr w:type="spellStart"/>
      <w:r w:rsidRPr="00F27BD7">
        <w:rPr>
          <w:sz w:val="22"/>
        </w:rPr>
        <w:t>gruppi</w:t>
      </w:r>
      <w:proofErr w:type="spellEnd"/>
      <w:r w:rsidRPr="00F27BD7">
        <w:rPr>
          <w:sz w:val="22"/>
        </w:rPr>
        <w:t xml:space="preserve"> </w:t>
      </w:r>
      <w:proofErr w:type="spellStart"/>
      <w:r w:rsidRPr="00F27BD7">
        <w:rPr>
          <w:sz w:val="22"/>
        </w:rPr>
        <w:t>resta</w:t>
      </w:r>
      <w:proofErr w:type="spellEnd"/>
      <w:r w:rsidRPr="00F27BD7">
        <w:rPr>
          <w:sz w:val="22"/>
        </w:rPr>
        <w:t xml:space="preserve"> </w:t>
      </w:r>
      <w:proofErr w:type="spellStart"/>
      <w:r w:rsidRPr="00F27BD7">
        <w:rPr>
          <w:sz w:val="22"/>
        </w:rPr>
        <w:t>invariat</w:t>
      </w:r>
      <w:r w:rsidR="00581F23">
        <w:rPr>
          <w:sz w:val="22"/>
        </w:rPr>
        <w:t>a</w:t>
      </w:r>
      <w:proofErr w:type="spellEnd"/>
      <w:r w:rsidRPr="00F27BD7">
        <w:rPr>
          <w:sz w:val="22"/>
        </w:rPr>
        <w:t>.</w:t>
      </w:r>
    </w:p>
    <w:p w14:paraId="43090F9F" w14:textId="77777777" w:rsidR="00121DAA" w:rsidRPr="00121DAA" w:rsidRDefault="00121DAA" w:rsidP="00121DAA">
      <w:pPr>
        <w:spacing w:after="40" w:line="240" w:lineRule="auto"/>
        <w:rPr>
          <w:sz w:val="24"/>
          <w:szCs w:val="24"/>
        </w:rPr>
      </w:pPr>
      <w:r w:rsidRPr="00121DAA">
        <w:rPr>
          <w:sz w:val="24"/>
          <w:szCs w:val="24"/>
        </w:rPr>
        <w:t xml:space="preserve">• </w:t>
      </w:r>
      <w:r w:rsidRPr="00121DAA">
        <w:rPr>
          <w:b/>
          <w:bCs/>
          <w:sz w:val="24"/>
          <w:szCs w:val="24"/>
        </w:rPr>
        <w:t xml:space="preserve">4 </w:t>
      </w:r>
      <w:proofErr w:type="spellStart"/>
      <w:r w:rsidRPr="00121DAA">
        <w:rPr>
          <w:b/>
          <w:bCs/>
          <w:sz w:val="24"/>
          <w:szCs w:val="24"/>
        </w:rPr>
        <w:t>settembre</w:t>
      </w:r>
      <w:proofErr w:type="spellEnd"/>
      <w:r w:rsidRPr="00121DAA">
        <w:rPr>
          <w:sz w:val="24"/>
          <w:szCs w:val="24"/>
        </w:rPr>
        <w:t xml:space="preserve">: </w:t>
      </w:r>
      <w:proofErr w:type="spellStart"/>
      <w:r w:rsidRPr="00121DAA">
        <w:rPr>
          <w:sz w:val="24"/>
          <w:szCs w:val="24"/>
        </w:rPr>
        <w:t>sia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i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nuovi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iscritti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sia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i</w:t>
      </w:r>
      <w:proofErr w:type="spellEnd"/>
      <w:r w:rsidRPr="00121DAA">
        <w:rPr>
          <w:sz w:val="24"/>
          <w:szCs w:val="24"/>
        </w:rPr>
        <w:t xml:space="preserve"> bambini </w:t>
      </w:r>
      <w:proofErr w:type="spellStart"/>
      <w:r w:rsidRPr="00121DAA">
        <w:rPr>
          <w:sz w:val="24"/>
          <w:szCs w:val="24"/>
        </w:rPr>
        <w:t>già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frequentanti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resteranno</w:t>
      </w:r>
      <w:proofErr w:type="spellEnd"/>
      <w:r w:rsidRPr="00121DAA">
        <w:rPr>
          <w:sz w:val="24"/>
          <w:szCs w:val="24"/>
        </w:rPr>
        <w:t xml:space="preserve"> per 1 ora (</w:t>
      </w:r>
      <w:proofErr w:type="spellStart"/>
      <w:r w:rsidRPr="00121DAA">
        <w:rPr>
          <w:sz w:val="24"/>
          <w:szCs w:val="24"/>
        </w:rPr>
        <w:t>flessibile</w:t>
      </w:r>
      <w:proofErr w:type="spellEnd"/>
      <w:r w:rsidRPr="00121DAA">
        <w:rPr>
          <w:sz w:val="24"/>
          <w:szCs w:val="24"/>
        </w:rPr>
        <w:t xml:space="preserve">) con </w:t>
      </w:r>
      <w:proofErr w:type="spellStart"/>
      <w:r w:rsidRPr="00121DAA">
        <w:rPr>
          <w:sz w:val="24"/>
          <w:szCs w:val="24"/>
        </w:rPr>
        <w:t>l’educatrice</w:t>
      </w:r>
      <w:proofErr w:type="spellEnd"/>
      <w:r w:rsidRPr="00121DAA">
        <w:rPr>
          <w:sz w:val="24"/>
          <w:szCs w:val="24"/>
        </w:rPr>
        <w:t xml:space="preserve">, secondo </w:t>
      </w:r>
      <w:proofErr w:type="spellStart"/>
      <w:r w:rsidRPr="00121DAA">
        <w:rPr>
          <w:sz w:val="24"/>
          <w:szCs w:val="24"/>
        </w:rPr>
        <w:t>l’orario</w:t>
      </w:r>
      <w:proofErr w:type="spellEnd"/>
      <w:r w:rsidRPr="00121DAA">
        <w:rPr>
          <w:sz w:val="24"/>
          <w:szCs w:val="24"/>
        </w:rPr>
        <w:t xml:space="preserve"> del proprio </w:t>
      </w:r>
      <w:proofErr w:type="spellStart"/>
      <w:r w:rsidRPr="00121DAA">
        <w:rPr>
          <w:sz w:val="24"/>
          <w:szCs w:val="24"/>
        </w:rPr>
        <w:t>gruppo</w:t>
      </w:r>
      <w:proofErr w:type="spellEnd"/>
      <w:r w:rsidRPr="00121DAA">
        <w:rPr>
          <w:sz w:val="24"/>
          <w:szCs w:val="24"/>
        </w:rPr>
        <w:t>.</w:t>
      </w:r>
    </w:p>
    <w:p w14:paraId="4DA916A3" w14:textId="77777777" w:rsidR="00121DAA" w:rsidRDefault="00121DAA" w:rsidP="00121DAA">
      <w:pPr>
        <w:spacing w:after="100" w:line="240" w:lineRule="auto"/>
        <w:rPr>
          <w:sz w:val="24"/>
          <w:szCs w:val="24"/>
        </w:rPr>
      </w:pPr>
      <w:r w:rsidRPr="00121DAA">
        <w:rPr>
          <w:sz w:val="24"/>
          <w:szCs w:val="24"/>
        </w:rPr>
        <w:t xml:space="preserve">• </w:t>
      </w:r>
      <w:r w:rsidRPr="00121DAA">
        <w:rPr>
          <w:b/>
          <w:bCs/>
          <w:sz w:val="24"/>
          <w:szCs w:val="24"/>
        </w:rPr>
        <w:t xml:space="preserve">7 </w:t>
      </w:r>
      <w:proofErr w:type="spellStart"/>
      <w:r w:rsidRPr="00121DAA">
        <w:rPr>
          <w:b/>
          <w:bCs/>
          <w:sz w:val="24"/>
          <w:szCs w:val="24"/>
        </w:rPr>
        <w:t>settembre</w:t>
      </w:r>
      <w:proofErr w:type="spellEnd"/>
      <w:r w:rsidRPr="00121DAA">
        <w:rPr>
          <w:sz w:val="24"/>
          <w:szCs w:val="24"/>
        </w:rPr>
        <w:t xml:space="preserve">: </w:t>
      </w:r>
      <w:proofErr w:type="spellStart"/>
      <w:r w:rsidRPr="00121DAA">
        <w:rPr>
          <w:sz w:val="24"/>
          <w:szCs w:val="24"/>
        </w:rPr>
        <w:t>i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nuovi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iscritti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resteranno</w:t>
      </w:r>
      <w:proofErr w:type="spellEnd"/>
      <w:r w:rsidRPr="00121DAA">
        <w:rPr>
          <w:sz w:val="24"/>
          <w:szCs w:val="24"/>
        </w:rPr>
        <w:t xml:space="preserve"> per 1 ora con </w:t>
      </w:r>
      <w:proofErr w:type="spellStart"/>
      <w:r w:rsidRPr="00121DAA">
        <w:rPr>
          <w:sz w:val="24"/>
          <w:szCs w:val="24"/>
        </w:rPr>
        <w:t>l’educatrice</w:t>
      </w:r>
      <w:proofErr w:type="spellEnd"/>
      <w:r w:rsidRPr="00121DAA">
        <w:rPr>
          <w:sz w:val="24"/>
          <w:szCs w:val="24"/>
        </w:rPr>
        <w:t xml:space="preserve">, secondo </w:t>
      </w:r>
      <w:proofErr w:type="spellStart"/>
      <w:r w:rsidRPr="00121DAA">
        <w:rPr>
          <w:sz w:val="24"/>
          <w:szCs w:val="24"/>
        </w:rPr>
        <w:t>l’orario</w:t>
      </w:r>
      <w:proofErr w:type="spellEnd"/>
      <w:r w:rsidRPr="00121DAA">
        <w:rPr>
          <w:sz w:val="24"/>
          <w:szCs w:val="24"/>
        </w:rPr>
        <w:t xml:space="preserve"> del proprio </w:t>
      </w:r>
      <w:proofErr w:type="spellStart"/>
      <w:r w:rsidRPr="00121DAA">
        <w:rPr>
          <w:sz w:val="24"/>
          <w:szCs w:val="24"/>
        </w:rPr>
        <w:t>gruppo</w:t>
      </w:r>
      <w:proofErr w:type="spellEnd"/>
      <w:r w:rsidRPr="00121DAA">
        <w:rPr>
          <w:sz w:val="24"/>
          <w:szCs w:val="24"/>
        </w:rPr>
        <w:t xml:space="preserve">; </w:t>
      </w:r>
      <w:proofErr w:type="spellStart"/>
      <w:r w:rsidRPr="00121DAA">
        <w:rPr>
          <w:sz w:val="24"/>
          <w:szCs w:val="24"/>
        </w:rPr>
        <w:t>i</w:t>
      </w:r>
      <w:proofErr w:type="spellEnd"/>
      <w:r w:rsidRPr="00121DAA">
        <w:rPr>
          <w:sz w:val="24"/>
          <w:szCs w:val="24"/>
        </w:rPr>
        <w:t xml:space="preserve"> bambini </w:t>
      </w:r>
      <w:proofErr w:type="spellStart"/>
      <w:r w:rsidRPr="00121DAA">
        <w:rPr>
          <w:sz w:val="24"/>
          <w:szCs w:val="24"/>
        </w:rPr>
        <w:t>già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frequentanti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osserveranno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l’orario</w:t>
      </w:r>
      <w:proofErr w:type="spellEnd"/>
      <w:r w:rsidRPr="00121DAA">
        <w:rPr>
          <w:sz w:val="24"/>
          <w:szCs w:val="24"/>
        </w:rPr>
        <w:t xml:space="preserve"> </w:t>
      </w:r>
      <w:proofErr w:type="spellStart"/>
      <w:r w:rsidRPr="00121DAA">
        <w:rPr>
          <w:sz w:val="24"/>
          <w:szCs w:val="24"/>
        </w:rPr>
        <w:t>regolare</w:t>
      </w:r>
      <w:proofErr w:type="spellEnd"/>
      <w:r w:rsidRPr="00121DAA">
        <w:rPr>
          <w:sz w:val="24"/>
          <w:szCs w:val="24"/>
        </w:rPr>
        <w:t xml:space="preserve"> con il </w:t>
      </w:r>
      <w:proofErr w:type="spellStart"/>
      <w:r w:rsidRPr="00121DAA">
        <w:rPr>
          <w:sz w:val="24"/>
          <w:szCs w:val="24"/>
        </w:rPr>
        <w:t>pasto</w:t>
      </w:r>
      <w:proofErr w:type="spellEnd"/>
      <w:r w:rsidRPr="00121DAA">
        <w:rPr>
          <w:sz w:val="24"/>
          <w:szCs w:val="24"/>
        </w:rPr>
        <w:t>.</w:t>
      </w:r>
    </w:p>
    <w:p w14:paraId="6AD636D1" w14:textId="77777777" w:rsidR="004702D0" w:rsidRDefault="00000000">
      <w:pPr>
        <w:spacing w:after="80" w:line="240" w:lineRule="auto"/>
      </w:pPr>
      <w:r>
        <w:rPr>
          <w:rFonts w:ascii="Arial" w:hAnsi="Arial"/>
          <w:b/>
          <w:sz w:val="20"/>
        </w:rPr>
        <w:t xml:space="preserve">• Percorso di Nappi Santo: </w:t>
      </w:r>
      <w:r>
        <w:rPr>
          <w:rFonts w:ascii="Arial" w:hAnsi="Arial"/>
          <w:sz w:val="20"/>
        </w:rPr>
        <w:t>poiché inizierà il 3 settembre, seguirà le stesse fasi degli altri nuovi iscritti a partire dalla prima: il 3 e il 4 settembre resterà per 1 ora con la figura di riferimento; il 7 settembre resterà 30 minuti con la figura di riferimento e 30 minuti con l’educatrice; l’8 settembre resterà per 1 ora con l’educatrice. In seguito, orario e avvio del pasto saranno concordati in base all’ambientamento.</w:t>
      </w:r>
    </w:p>
    <w:p w14:paraId="3701D455" w14:textId="77777777" w:rsidR="00581F23" w:rsidRPr="00121DAA" w:rsidRDefault="00581F23" w:rsidP="00121DAA">
      <w:pPr>
        <w:spacing w:after="100" w:line="240" w:lineRule="auto"/>
        <w:rPr>
          <w:sz w:val="24"/>
          <w:szCs w:val="2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7"/>
        <w:gridCol w:w="5187"/>
      </w:tblGrid>
      <w:tr w:rsidR="000F63AB" w:rsidRPr="00F27BD7" w14:paraId="24834484" w14:textId="77777777">
        <w:trPr>
          <w:jc w:val="center"/>
        </w:trPr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5C3B83A3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1C6B7905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5B9BD5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7235FE58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A - 3 BAMBINI</w:t>
                  </w:r>
                </w:p>
              </w:tc>
            </w:tr>
            <w:tr w:rsidR="000F63AB" w:rsidRPr="00F27BD7" w14:paraId="3A773C0E" w14:textId="77777777">
              <w:trPr>
                <w:jc w:val="center"/>
              </w:trPr>
              <w:tc>
                <w:tcPr>
                  <w:tcW w:w="425" w:type="dxa"/>
                  <w:shd w:val="clear" w:color="auto" w:fill="BDD7EE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620E82D1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BDD7EE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61BD6923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A</w:t>
                  </w:r>
                </w:p>
              </w:tc>
            </w:tr>
            <w:tr w:rsidR="000F63AB" w:rsidRPr="00F27BD7" w14:paraId="44AC1B51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B47C4D9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B57718D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ALLOCCA ANTONIO</w:t>
                  </w:r>
                </w:p>
              </w:tc>
            </w:tr>
            <w:tr w:rsidR="000F63AB" w:rsidRPr="00F27BD7" w14:paraId="48A26806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19A0DE40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4B7AFF56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CALIENDO GINEVRA</w:t>
                  </w:r>
                </w:p>
              </w:tc>
            </w:tr>
            <w:tr w:rsidR="000F63AB" w:rsidRPr="00F27BD7" w14:paraId="2751B981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197D8998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01456C7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CANDURRO RANIA</w:t>
                  </w:r>
                </w:p>
              </w:tc>
            </w:tr>
          </w:tbl>
          <w:p w14:paraId="05465FF6" w14:textId="77777777" w:rsidR="000F63AB" w:rsidRPr="00F27BD7" w:rsidRDefault="000F63AB">
            <w:pPr>
              <w:rPr>
                <w:sz w:val="22"/>
              </w:rPr>
            </w:pPr>
          </w:p>
        </w:tc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77DC162A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4CF56C27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70AD47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514B3321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B - 3 BAMBINI</w:t>
                  </w:r>
                </w:p>
              </w:tc>
            </w:tr>
            <w:tr w:rsidR="000F63AB" w:rsidRPr="00F27BD7" w14:paraId="0F2B5E5B" w14:textId="77777777">
              <w:trPr>
                <w:jc w:val="center"/>
              </w:trPr>
              <w:tc>
                <w:tcPr>
                  <w:tcW w:w="425" w:type="dxa"/>
                  <w:shd w:val="clear" w:color="auto" w:fill="C6E0B4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7E42F4F9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C6E0B4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69BCE85E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B</w:t>
                  </w:r>
                </w:p>
              </w:tc>
            </w:tr>
            <w:tr w:rsidR="000F63AB" w:rsidRPr="00F27BD7" w14:paraId="7FEA635B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DCF745F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6AB01389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CARRIERI MAURO SIRIA</w:t>
                  </w:r>
                </w:p>
              </w:tc>
            </w:tr>
            <w:tr w:rsidR="000F63AB" w:rsidRPr="00F27BD7" w14:paraId="207D3EE8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DF28C2C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3CF86666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DI FONZA LARA</w:t>
                  </w:r>
                  <w:r w:rsidR="00121DAA">
                    <w:rPr>
                      <w:b/>
                      <w:sz w:val="22"/>
                    </w:rPr>
                    <w:t>**</w:t>
                  </w:r>
                </w:p>
              </w:tc>
            </w:tr>
            <w:tr w:rsidR="000F63AB" w:rsidRPr="00F27BD7" w14:paraId="384FADFE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FE31AAD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46835B3B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FOGLIA ANTONIO</w:t>
                  </w:r>
                </w:p>
              </w:tc>
            </w:tr>
          </w:tbl>
          <w:p w14:paraId="63D2AEA8" w14:textId="77777777" w:rsidR="000F63AB" w:rsidRPr="00F27BD7" w:rsidRDefault="000F63AB">
            <w:pPr>
              <w:rPr>
                <w:sz w:val="22"/>
              </w:rPr>
            </w:pPr>
          </w:p>
        </w:tc>
      </w:tr>
      <w:tr w:rsidR="000F63AB" w:rsidRPr="00F27BD7" w14:paraId="76EE2693" w14:textId="77777777">
        <w:trPr>
          <w:jc w:val="center"/>
        </w:trPr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5AE83B7E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048098A4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ED7D31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1A3F2BD0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C - 3 BAMBINI</w:t>
                  </w:r>
                </w:p>
              </w:tc>
            </w:tr>
            <w:tr w:rsidR="000F63AB" w:rsidRPr="00F27BD7" w14:paraId="3C38B9C7" w14:textId="77777777">
              <w:trPr>
                <w:jc w:val="center"/>
              </w:trPr>
              <w:tc>
                <w:tcPr>
                  <w:tcW w:w="425" w:type="dxa"/>
                  <w:shd w:val="clear" w:color="auto" w:fill="F8CBA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546C8965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F8CBA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62DFBBE9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C</w:t>
                  </w:r>
                </w:p>
              </w:tc>
            </w:tr>
            <w:tr w:rsidR="000F63AB" w:rsidRPr="00F27BD7" w14:paraId="23BFEE0E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673BE2DA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F7AC40C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GRASSO FRANCESCA</w:t>
                  </w:r>
                  <w:r w:rsidR="00121DAA">
                    <w:rPr>
                      <w:b/>
                      <w:sz w:val="22"/>
                    </w:rPr>
                    <w:t>**</w:t>
                  </w:r>
                </w:p>
              </w:tc>
            </w:tr>
            <w:tr w:rsidR="000F63AB" w:rsidRPr="00F27BD7" w14:paraId="116C5C55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151C65EE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D7F22F0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MIRANDA GABRIELE</w:t>
                  </w:r>
                </w:p>
              </w:tc>
            </w:tr>
            <w:tr w:rsidR="000F63AB" w:rsidRPr="00F27BD7" w14:paraId="62191A0C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51EE832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DBE8C4D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PAGANO ALESSANDRO</w:t>
                  </w:r>
                </w:p>
              </w:tc>
            </w:tr>
          </w:tbl>
          <w:p w14:paraId="78092169" w14:textId="77777777" w:rsidR="000F63AB" w:rsidRPr="00F27BD7" w:rsidRDefault="000F63AB">
            <w:pPr>
              <w:rPr>
                <w:sz w:val="22"/>
              </w:rPr>
            </w:pPr>
          </w:p>
        </w:tc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1153BE4C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34F8F568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A64D79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54B8148B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D - 3 BAMBINI</w:t>
                  </w:r>
                </w:p>
              </w:tc>
            </w:tr>
            <w:tr w:rsidR="000F63AB" w:rsidRPr="00F27BD7" w14:paraId="2877FF98" w14:textId="77777777">
              <w:trPr>
                <w:jc w:val="center"/>
              </w:trPr>
              <w:tc>
                <w:tcPr>
                  <w:tcW w:w="425" w:type="dxa"/>
                  <w:shd w:val="clear" w:color="auto" w:fill="E4B7C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4DEB799C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E4B7C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5DA545EA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D</w:t>
                  </w:r>
                </w:p>
              </w:tc>
            </w:tr>
            <w:tr w:rsidR="000F63AB" w:rsidRPr="00F27BD7" w14:paraId="420958FA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1E953F0A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EA02DC9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SOMMESE GIUSEPPE</w:t>
                  </w:r>
                </w:p>
              </w:tc>
            </w:tr>
            <w:tr w:rsidR="000F63AB" w:rsidRPr="00F27BD7" w14:paraId="69F57828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BA74A4E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BDA8A38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TELORA NICOLA</w:t>
                  </w:r>
                </w:p>
              </w:tc>
            </w:tr>
            <w:tr w:rsidR="000F63AB" w:rsidRPr="00F27BD7" w14:paraId="353E1568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90F935E" w14:textId="77777777" w:rsidR="000F63AB" w:rsidRPr="00F27BD7" w:rsidRDefault="000F63AB">
                  <w:pPr>
                    <w:spacing w:after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359521CA" w14:textId="77777777" w:rsidR="000F63AB" w:rsidRPr="00F27BD7" w:rsidRDefault="000F63AB">
                  <w:pPr>
                    <w:spacing w:after="0"/>
                    <w:rPr>
                      <w:sz w:val="22"/>
                    </w:rPr>
                  </w:pPr>
                  <w:r>
                    <w:rPr>
                      <w:b/>
                      <w:sz w:val="22"/>
                    </w:rPr>
                    <w:t>NAPPI SANTO***</w:t>
                  </w:r>
                </w:p>
              </w:tc>
            </w:tr>
          </w:tbl>
          <w:p w14:paraId="29C7F426" w14:textId="77777777" w:rsidR="000F63AB" w:rsidRPr="00F27BD7" w:rsidRDefault="000F63AB">
            <w:pPr>
              <w:rPr>
                <w:sz w:val="22"/>
              </w:rPr>
            </w:pPr>
          </w:p>
        </w:tc>
      </w:tr>
    </w:tbl>
    <w:p w14:paraId="294ACE43" w14:textId="77777777" w:rsidR="000F63AB" w:rsidRPr="00F27BD7" w:rsidRDefault="00000000">
      <w:pPr>
        <w:spacing w:before="140" w:after="0"/>
        <w:jc w:val="center"/>
        <w:rPr>
          <w:sz w:val="22"/>
        </w:rPr>
      </w:pPr>
      <w:r w:rsidRPr="00F27BD7">
        <w:rPr>
          <w:b/>
          <w:sz w:val="22"/>
        </w:rPr>
        <w:t xml:space="preserve">Segue, </w:t>
      </w:r>
      <w:proofErr w:type="spellStart"/>
      <w:r w:rsidRPr="00F27BD7">
        <w:rPr>
          <w:b/>
          <w:sz w:val="22"/>
        </w:rPr>
        <w:t>nella</w:t>
      </w:r>
      <w:proofErr w:type="spellEnd"/>
      <w:r w:rsidRPr="00F27BD7">
        <w:rPr>
          <w:b/>
          <w:sz w:val="22"/>
        </w:rPr>
        <w:t xml:space="preserve"> </w:t>
      </w:r>
      <w:proofErr w:type="spellStart"/>
      <w:r w:rsidRPr="00F27BD7">
        <w:rPr>
          <w:b/>
          <w:sz w:val="22"/>
        </w:rPr>
        <w:t>pagina</w:t>
      </w:r>
      <w:proofErr w:type="spellEnd"/>
      <w:r w:rsidRPr="00F27BD7">
        <w:rPr>
          <w:b/>
          <w:sz w:val="22"/>
        </w:rPr>
        <w:t xml:space="preserve"> </w:t>
      </w:r>
      <w:proofErr w:type="spellStart"/>
      <w:r w:rsidRPr="00F27BD7">
        <w:rPr>
          <w:b/>
          <w:sz w:val="22"/>
        </w:rPr>
        <w:t>successiva</w:t>
      </w:r>
      <w:proofErr w:type="spellEnd"/>
      <w:r w:rsidRPr="00F27BD7">
        <w:rPr>
          <w:b/>
          <w:sz w:val="22"/>
        </w:rPr>
        <w:t>, la tabella per l’8, 9 e 10 settembre.</w:t>
      </w:r>
    </w:p>
    <w:p w14:paraId="35D7B9BB" w14:textId="77777777" w:rsidR="000F63AB" w:rsidRPr="00F27BD7" w:rsidRDefault="00000000">
      <w:pPr>
        <w:rPr>
          <w:sz w:val="22"/>
        </w:rPr>
      </w:pPr>
      <w:r w:rsidRPr="00F27BD7">
        <w:rPr>
          <w:sz w:val="22"/>
        </w:rPr>
        <w:br w:type="page"/>
      </w:r>
    </w:p>
    <w:p w14:paraId="2FFD0929" w14:textId="77777777" w:rsidR="000F63AB" w:rsidRDefault="00000000">
      <w:pPr>
        <w:spacing w:after="0"/>
        <w:jc w:val="center"/>
        <w:rPr>
          <w:sz w:val="22"/>
        </w:rPr>
      </w:pPr>
      <w:r w:rsidRPr="00F27BD7">
        <w:rPr>
          <w:noProof/>
          <w:sz w:val="22"/>
        </w:rPr>
        <w:lastRenderedPageBreak/>
        <w:drawing>
          <wp:inline distT="0" distB="0" distL="0" distR="0" wp14:anchorId="1EA93D9D" wp14:editId="01C2EA2C">
            <wp:extent cx="1693545" cy="866775"/>
            <wp:effectExtent l="0" t="0" r="1905" b="9525"/>
            <wp:docPr id="9544276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6338" cy="86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535A6" w14:textId="77777777" w:rsidR="00121DAA" w:rsidRPr="00F27BD7" w:rsidRDefault="00121DAA">
      <w:pPr>
        <w:spacing w:after="0"/>
        <w:jc w:val="center"/>
        <w:rPr>
          <w:sz w:val="22"/>
        </w:rPr>
      </w:pPr>
    </w:p>
    <w:p w14:paraId="74F7ED47" w14:textId="77777777" w:rsidR="000F63AB" w:rsidRPr="00121DAA" w:rsidRDefault="00000000">
      <w:pPr>
        <w:spacing w:after="20"/>
        <w:jc w:val="center"/>
        <w:rPr>
          <w:sz w:val="31"/>
          <w:szCs w:val="31"/>
        </w:rPr>
      </w:pPr>
      <w:r w:rsidRPr="00121DAA">
        <w:rPr>
          <w:b/>
          <w:sz w:val="31"/>
          <w:szCs w:val="31"/>
        </w:rPr>
        <w:t>SEZIONE NIDO 0-18 MESI</w:t>
      </w:r>
    </w:p>
    <w:p w14:paraId="6656C409" w14:textId="77777777" w:rsidR="00121DAA" w:rsidRPr="00121DAA" w:rsidRDefault="00000000">
      <w:pPr>
        <w:spacing w:before="100" w:after="40"/>
        <w:jc w:val="center"/>
        <w:rPr>
          <w:rFonts w:ascii="Arial" w:hAnsi="Arial"/>
          <w:b/>
          <w:color w:val="365F91"/>
          <w:sz w:val="28"/>
          <w:szCs w:val="28"/>
        </w:rPr>
      </w:pPr>
      <w:r w:rsidRPr="00121DAA">
        <w:rPr>
          <w:rFonts w:ascii="Arial" w:hAnsi="Arial"/>
          <w:b/>
          <w:color w:val="365F91"/>
          <w:sz w:val="28"/>
          <w:szCs w:val="28"/>
        </w:rPr>
        <w:t xml:space="preserve">ORGANIZZAZIONE DELL’INSERIMENTO E DEL PASTO </w:t>
      </w:r>
      <w:r w:rsidR="00121DAA" w:rsidRPr="00121DAA">
        <w:rPr>
          <w:rFonts w:ascii="Arial" w:hAnsi="Arial"/>
          <w:b/>
          <w:color w:val="365F91"/>
          <w:sz w:val="28"/>
          <w:szCs w:val="28"/>
        </w:rPr>
        <w:t>–</w:t>
      </w:r>
      <w:r w:rsidRPr="00121DAA">
        <w:rPr>
          <w:rFonts w:ascii="Arial" w:hAnsi="Arial"/>
          <w:b/>
          <w:color w:val="365F91"/>
          <w:sz w:val="28"/>
          <w:szCs w:val="28"/>
        </w:rPr>
        <w:t xml:space="preserve"> </w:t>
      </w:r>
    </w:p>
    <w:p w14:paraId="29AB883B" w14:textId="77777777" w:rsidR="000F63AB" w:rsidRDefault="00000000">
      <w:pPr>
        <w:spacing w:before="100" w:after="40"/>
        <w:jc w:val="center"/>
        <w:rPr>
          <w:rFonts w:ascii="Arial" w:hAnsi="Arial"/>
          <w:b/>
          <w:sz w:val="28"/>
          <w:szCs w:val="28"/>
        </w:rPr>
      </w:pPr>
      <w:r w:rsidRPr="00121DAA">
        <w:rPr>
          <w:rFonts w:ascii="Arial" w:hAnsi="Arial"/>
          <w:b/>
          <w:sz w:val="28"/>
          <w:szCs w:val="28"/>
        </w:rPr>
        <w:t>8, 9 E 10 SETTEMBRE</w:t>
      </w:r>
    </w:p>
    <w:p w14:paraId="3495F5AF" w14:textId="77777777" w:rsidR="00121DAA" w:rsidRPr="00121DAA" w:rsidRDefault="00121DAA">
      <w:pPr>
        <w:spacing w:before="100" w:after="40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7" w:space="0" w:color="A9C4D8"/>
          <w:left w:val="single" w:sz="7" w:space="0" w:color="A9C4D8"/>
          <w:bottom w:val="single" w:sz="7" w:space="0" w:color="A9C4D8"/>
          <w:right w:val="single" w:sz="7" w:space="0" w:color="A9C4D8"/>
          <w:insideH w:val="single" w:sz="7" w:space="0" w:color="A9C4D8"/>
          <w:insideV w:val="single" w:sz="7" w:space="0" w:color="A9C4D8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2721"/>
        <w:gridCol w:w="4819"/>
      </w:tblGrid>
      <w:tr w:rsidR="000F63AB" w:rsidRPr="00F27BD7" w14:paraId="02603E52" w14:textId="77777777">
        <w:trPr>
          <w:trHeight w:val="420"/>
          <w:jc w:val="center"/>
        </w:trPr>
        <w:tc>
          <w:tcPr>
            <w:tcW w:w="1247" w:type="dxa"/>
            <w:shd w:val="clear" w:color="auto" w:fill="D9EAF7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77FF0187" w14:textId="77777777" w:rsidR="000F63AB" w:rsidRPr="00F27BD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27BD7">
              <w:rPr>
                <w:rFonts w:ascii="Arial" w:hAnsi="Arial"/>
                <w:b/>
                <w:color w:val="365F91"/>
                <w:sz w:val="22"/>
              </w:rPr>
              <w:t>GIORNO</w:t>
            </w:r>
          </w:p>
        </w:tc>
        <w:tc>
          <w:tcPr>
            <w:tcW w:w="2721" w:type="dxa"/>
            <w:shd w:val="clear" w:color="auto" w:fill="D9EAF7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0CEA98C6" w14:textId="77777777" w:rsidR="000F63AB" w:rsidRPr="00F27BD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27BD7">
              <w:rPr>
                <w:rFonts w:ascii="Arial" w:hAnsi="Arial"/>
                <w:b/>
                <w:color w:val="365F91"/>
                <w:sz w:val="22"/>
              </w:rPr>
              <w:t>BAMBINI GIÀ FREQUENTANTI</w:t>
            </w:r>
          </w:p>
        </w:tc>
        <w:tc>
          <w:tcPr>
            <w:tcW w:w="4819" w:type="dxa"/>
            <w:shd w:val="clear" w:color="auto" w:fill="D9EAF7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1EF399CE" w14:textId="77777777" w:rsidR="000F63AB" w:rsidRPr="00F27BD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27BD7">
              <w:rPr>
                <w:rFonts w:ascii="Arial" w:hAnsi="Arial"/>
                <w:b/>
                <w:color w:val="365F91"/>
                <w:sz w:val="22"/>
              </w:rPr>
              <w:t>NUOVI ISCRITTI</w:t>
            </w:r>
          </w:p>
        </w:tc>
      </w:tr>
      <w:tr w:rsidR="000F63AB" w:rsidRPr="00F27BD7" w14:paraId="48FA5597" w14:textId="77777777">
        <w:trPr>
          <w:trHeight w:val="420"/>
          <w:jc w:val="center"/>
        </w:trPr>
        <w:tc>
          <w:tcPr>
            <w:tcW w:w="1247" w:type="dxa"/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14:paraId="41437208" w14:textId="77777777" w:rsidR="000F63AB" w:rsidRPr="00F27BD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27BD7">
              <w:rPr>
                <w:rFonts w:ascii="Arial" w:hAnsi="Arial"/>
                <w:b/>
                <w:sz w:val="22"/>
              </w:rPr>
              <w:t>8 settembre</w:t>
            </w:r>
          </w:p>
        </w:tc>
        <w:tc>
          <w:tcPr>
            <w:tcW w:w="2721" w:type="dxa"/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14:paraId="537A771F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sz w:val="22"/>
              </w:rPr>
              <w:t>Giornata scolastica regolare, con il pasto.</w:t>
            </w:r>
          </w:p>
        </w:tc>
        <w:tc>
          <w:tcPr>
            <w:tcW w:w="4819" w:type="dxa"/>
            <w:shd w:val="clear" w:color="auto" w:fill="FFFFFF"/>
            <w:tcMar>
              <w:top w:w="60" w:type="dxa"/>
              <w:left w:w="45" w:type="dxa"/>
              <w:bottom w:w="60" w:type="dxa"/>
              <w:right w:w="45" w:type="dxa"/>
            </w:tcMar>
            <w:vAlign w:val="center"/>
          </w:tcPr>
          <w:p w14:paraId="1C38C56B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proofErr w:type="spellStart"/>
            <w:r w:rsidRPr="00F27BD7">
              <w:rPr>
                <w:rFonts w:ascii="Arial" w:hAnsi="Arial"/>
                <w:sz w:val="22"/>
              </w:rPr>
              <w:t>L’avvio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del </w:t>
            </w:r>
            <w:proofErr w:type="spellStart"/>
            <w:r w:rsidRPr="00F27BD7">
              <w:rPr>
                <w:rFonts w:ascii="Arial" w:hAnsi="Arial"/>
                <w:sz w:val="22"/>
              </w:rPr>
              <w:t>pasto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per 3</w:t>
            </w:r>
            <w:r w:rsidR="00121DAA">
              <w:rPr>
                <w:rFonts w:ascii="Arial" w:hAnsi="Arial"/>
                <w:sz w:val="22"/>
              </w:rPr>
              <w:t>*</w:t>
            </w:r>
            <w:r w:rsidRPr="00F27BD7">
              <w:rPr>
                <w:rFonts w:ascii="Arial" w:hAnsi="Arial"/>
                <w:sz w:val="22"/>
              </w:rPr>
              <w:t xml:space="preserve"> </w:t>
            </w:r>
            <w:proofErr w:type="spellStart"/>
            <w:r w:rsidRPr="00F27BD7">
              <w:rPr>
                <w:rFonts w:ascii="Arial" w:hAnsi="Arial"/>
                <w:sz w:val="22"/>
              </w:rPr>
              <w:t>nuovi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</w:t>
            </w:r>
            <w:proofErr w:type="spellStart"/>
            <w:r w:rsidRPr="00F27BD7">
              <w:rPr>
                <w:rFonts w:ascii="Arial" w:hAnsi="Arial"/>
                <w:sz w:val="22"/>
              </w:rPr>
              <w:t>iscritti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</w:t>
            </w:r>
            <w:proofErr w:type="spellStart"/>
            <w:r w:rsidRPr="00F27BD7">
              <w:rPr>
                <w:rFonts w:ascii="Arial" w:hAnsi="Arial"/>
                <w:sz w:val="22"/>
              </w:rPr>
              <w:t>sarà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</w:t>
            </w:r>
            <w:proofErr w:type="spellStart"/>
            <w:r w:rsidRPr="00F27BD7">
              <w:rPr>
                <w:rFonts w:ascii="Arial" w:hAnsi="Arial"/>
                <w:sz w:val="22"/>
              </w:rPr>
              <w:t>concordato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tra genitori ed educatrice, in base all’andamento dei giorni precedenti. Gli altri proseguiranno il percorso di ambientamento.</w:t>
            </w:r>
          </w:p>
        </w:tc>
      </w:tr>
      <w:tr w:rsidR="000F63AB" w:rsidRPr="00F27BD7" w14:paraId="7288CDF2" w14:textId="77777777">
        <w:trPr>
          <w:trHeight w:val="420"/>
          <w:jc w:val="center"/>
        </w:trPr>
        <w:tc>
          <w:tcPr>
            <w:tcW w:w="1247" w:type="dxa"/>
            <w:shd w:val="clear" w:color="auto" w:fill="F2F2F2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46B252C7" w14:textId="77777777" w:rsidR="000F63AB" w:rsidRPr="00F27BD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27BD7">
              <w:rPr>
                <w:rFonts w:ascii="Arial" w:hAnsi="Arial"/>
                <w:b/>
                <w:sz w:val="22"/>
              </w:rPr>
              <w:t>9 settembre</w:t>
            </w:r>
          </w:p>
        </w:tc>
        <w:tc>
          <w:tcPr>
            <w:tcW w:w="2721" w:type="dxa"/>
            <w:shd w:val="clear" w:color="auto" w:fill="F2F2F2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421E7CBA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sz w:val="22"/>
              </w:rPr>
              <w:t>Giornata scolastica regolare, con il pasto.</w:t>
            </w:r>
          </w:p>
        </w:tc>
        <w:tc>
          <w:tcPr>
            <w:tcW w:w="4819" w:type="dxa"/>
            <w:shd w:val="clear" w:color="auto" w:fill="F2F2F2"/>
            <w:tcMar>
              <w:top w:w="50" w:type="dxa"/>
              <w:left w:w="45" w:type="dxa"/>
              <w:bottom w:w="50" w:type="dxa"/>
              <w:right w:w="45" w:type="dxa"/>
            </w:tcMar>
            <w:vAlign w:val="center"/>
          </w:tcPr>
          <w:p w14:paraId="26A3BCA5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proofErr w:type="spellStart"/>
            <w:r w:rsidRPr="00F27BD7">
              <w:rPr>
                <w:rFonts w:ascii="Arial" w:hAnsi="Arial"/>
                <w:sz w:val="22"/>
              </w:rPr>
              <w:t>L’avvio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del </w:t>
            </w:r>
            <w:proofErr w:type="spellStart"/>
            <w:r w:rsidRPr="00F27BD7">
              <w:rPr>
                <w:rFonts w:ascii="Arial" w:hAnsi="Arial"/>
                <w:sz w:val="22"/>
              </w:rPr>
              <w:t>pasto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per </w:t>
            </w:r>
            <w:proofErr w:type="spellStart"/>
            <w:r w:rsidRPr="00F27BD7">
              <w:rPr>
                <w:rFonts w:ascii="Arial" w:hAnsi="Arial"/>
                <w:sz w:val="22"/>
              </w:rPr>
              <w:t>altri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4</w:t>
            </w:r>
            <w:r w:rsidR="00121DAA">
              <w:rPr>
                <w:rFonts w:ascii="Arial" w:hAnsi="Arial"/>
                <w:sz w:val="22"/>
              </w:rPr>
              <w:t>*</w:t>
            </w:r>
            <w:r w:rsidRPr="00F27BD7">
              <w:rPr>
                <w:rFonts w:ascii="Arial" w:hAnsi="Arial"/>
                <w:sz w:val="22"/>
              </w:rPr>
              <w:t xml:space="preserve"> </w:t>
            </w:r>
            <w:proofErr w:type="spellStart"/>
            <w:r w:rsidRPr="00F27BD7">
              <w:rPr>
                <w:rFonts w:ascii="Arial" w:hAnsi="Arial"/>
                <w:sz w:val="22"/>
              </w:rPr>
              <w:t>nuovi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</w:t>
            </w:r>
            <w:proofErr w:type="spellStart"/>
            <w:r w:rsidRPr="00F27BD7">
              <w:rPr>
                <w:rFonts w:ascii="Arial" w:hAnsi="Arial"/>
                <w:sz w:val="22"/>
              </w:rPr>
              <w:t>iscritti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</w:t>
            </w:r>
            <w:proofErr w:type="spellStart"/>
            <w:r w:rsidRPr="00F27BD7">
              <w:rPr>
                <w:rFonts w:ascii="Arial" w:hAnsi="Arial"/>
                <w:sz w:val="22"/>
              </w:rPr>
              <w:t>sarà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</w:t>
            </w:r>
            <w:proofErr w:type="spellStart"/>
            <w:r w:rsidRPr="00F27BD7">
              <w:rPr>
                <w:rFonts w:ascii="Arial" w:hAnsi="Arial"/>
                <w:sz w:val="22"/>
              </w:rPr>
              <w:t>concordato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</w:t>
            </w:r>
            <w:proofErr w:type="spellStart"/>
            <w:r w:rsidRPr="00F27BD7">
              <w:rPr>
                <w:rFonts w:ascii="Arial" w:hAnsi="Arial"/>
                <w:sz w:val="22"/>
              </w:rPr>
              <w:t>tra</w:t>
            </w:r>
            <w:proofErr w:type="spellEnd"/>
            <w:r w:rsidRPr="00F27BD7">
              <w:rPr>
                <w:rFonts w:ascii="Arial" w:hAnsi="Arial"/>
                <w:sz w:val="22"/>
              </w:rPr>
              <w:t xml:space="preserve"> genitori ed educatrice, in base all’andamento dei giorni precedenti. I bambini già inseriti proseguiranno regolarmente.</w:t>
            </w:r>
          </w:p>
        </w:tc>
      </w:tr>
      <w:tr w:rsidR="000F63AB" w:rsidRPr="00F27BD7" w14:paraId="27943F29" w14:textId="77777777">
        <w:trPr>
          <w:trHeight w:val="420"/>
          <w:jc w:val="center"/>
        </w:trPr>
        <w:tc>
          <w:tcPr>
            <w:tcW w:w="1247" w:type="dxa"/>
            <w:shd w:val="clear" w:color="auto" w:fill="FFFFFF"/>
            <w:vAlign w:val="center"/>
          </w:tcPr>
          <w:p w14:paraId="0551AC1D" w14:textId="77777777" w:rsidR="000F63AB" w:rsidRPr="00F27BD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27BD7">
              <w:rPr>
                <w:rFonts w:ascii="Arial" w:hAnsi="Arial"/>
                <w:b/>
                <w:sz w:val="22"/>
              </w:rPr>
              <w:t>10 settembre</w:t>
            </w:r>
          </w:p>
        </w:tc>
        <w:tc>
          <w:tcPr>
            <w:tcW w:w="2721" w:type="dxa"/>
            <w:shd w:val="clear" w:color="auto" w:fill="FFFFFF"/>
            <w:vAlign w:val="center"/>
          </w:tcPr>
          <w:p w14:paraId="294476EE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sz w:val="22"/>
              </w:rPr>
              <w:t>Giornata scolastica regolare, con il pasto.</w:t>
            </w:r>
          </w:p>
        </w:tc>
        <w:tc>
          <w:tcPr>
            <w:tcW w:w="4819" w:type="dxa"/>
            <w:shd w:val="clear" w:color="auto" w:fill="FFFFFF"/>
            <w:vAlign w:val="center"/>
          </w:tcPr>
          <w:p w14:paraId="42934A40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sz w:val="22"/>
              </w:rPr>
              <w:t>Prosegue il percorso già avviato. Per gli altri bambini l’orario sarà definito dall’educatrice in base all’ambientamento.</w:t>
            </w:r>
          </w:p>
        </w:tc>
      </w:tr>
    </w:tbl>
    <w:p w14:paraId="7D47CD6D" w14:textId="77777777" w:rsidR="00121DAA" w:rsidRDefault="00121DAA">
      <w:pPr>
        <w:spacing w:before="80" w:after="80"/>
        <w:rPr>
          <w:rFonts w:ascii="Arial" w:hAnsi="Arial"/>
          <w:i/>
          <w:sz w:val="22"/>
        </w:rPr>
      </w:pPr>
    </w:p>
    <w:p w14:paraId="46A0BE04" w14:textId="77777777" w:rsidR="000F63AB" w:rsidRPr="00F27BD7" w:rsidRDefault="00000000">
      <w:pPr>
        <w:spacing w:before="80" w:after="80"/>
        <w:rPr>
          <w:sz w:val="22"/>
        </w:rPr>
      </w:pPr>
      <w:r w:rsidRPr="00F27BD7">
        <w:rPr>
          <w:rFonts w:ascii="Arial" w:hAnsi="Arial"/>
          <w:i/>
          <w:sz w:val="22"/>
        </w:rPr>
        <w:t xml:space="preserve">* La </w:t>
      </w:r>
      <w:proofErr w:type="spellStart"/>
      <w:r w:rsidRPr="00F27BD7">
        <w:rPr>
          <w:rFonts w:ascii="Arial" w:hAnsi="Arial"/>
          <w:i/>
          <w:sz w:val="22"/>
        </w:rPr>
        <w:t>scelta</w:t>
      </w:r>
      <w:proofErr w:type="spellEnd"/>
      <w:r w:rsidRPr="00F27BD7">
        <w:rPr>
          <w:rFonts w:ascii="Arial" w:hAnsi="Arial"/>
          <w:i/>
          <w:sz w:val="22"/>
        </w:rPr>
        <w:t xml:space="preserve"> </w:t>
      </w:r>
      <w:proofErr w:type="spellStart"/>
      <w:r w:rsidRPr="00F27BD7">
        <w:rPr>
          <w:rFonts w:ascii="Arial" w:hAnsi="Arial"/>
          <w:i/>
          <w:sz w:val="22"/>
        </w:rPr>
        <w:t>dei</w:t>
      </w:r>
      <w:proofErr w:type="spellEnd"/>
      <w:r w:rsidRPr="00F27BD7">
        <w:rPr>
          <w:rFonts w:ascii="Arial" w:hAnsi="Arial"/>
          <w:i/>
          <w:sz w:val="22"/>
        </w:rPr>
        <w:t xml:space="preserve"> 3 bambini dell’8 settembre e dei 4 bambini del 9 settembre sarà condivisa con le famiglie e definita dall’educatrice in base all’andamento dell’ambientamento nei giorni precedenti.</w:t>
      </w:r>
    </w:p>
    <w:p w14:paraId="1FA67D31" w14:textId="77777777" w:rsidR="004702D0" w:rsidRDefault="00000000">
      <w:pPr>
        <w:spacing w:after="60" w:line="240" w:lineRule="auto"/>
      </w:pPr>
      <w:r>
        <w:rPr>
          <w:rFonts w:ascii="Arial" w:hAnsi="Arial"/>
          <w:b/>
          <w:i/>
          <w:sz w:val="20"/>
        </w:rPr>
        <w:t xml:space="preserve">*** Per Nappi Santo, </w:t>
      </w:r>
      <w:r>
        <w:rPr>
          <w:rFonts w:ascii="Arial" w:hAnsi="Arial"/>
          <w:i/>
          <w:sz w:val="20"/>
        </w:rPr>
        <w:t>che avrà iniziato l’inserimento il 3 settembre, l’avvio del pasto sarà valutato separatamente dopo le prime fasi del percorso, in base all’andamento dell’ambientamento.</w:t>
      </w:r>
    </w:p>
    <w:p w14:paraId="511D7D31" w14:textId="77777777" w:rsidR="00121DAA" w:rsidRDefault="00000000">
      <w:pPr>
        <w:spacing w:before="60" w:after="60"/>
        <w:rPr>
          <w:rFonts w:ascii="Arial" w:hAnsi="Arial"/>
          <w:sz w:val="22"/>
        </w:rPr>
      </w:pPr>
      <w:r w:rsidRPr="00F27BD7">
        <w:rPr>
          <w:rFonts w:ascii="Arial" w:hAnsi="Arial"/>
          <w:sz w:val="22"/>
        </w:rPr>
        <w:t xml:space="preserve">La composizione dei gruppi resta invariata.  </w:t>
      </w:r>
    </w:p>
    <w:p w14:paraId="7358AA12" w14:textId="77777777" w:rsidR="000F63AB" w:rsidRPr="00F27BD7" w:rsidRDefault="000F63AB">
      <w:pPr>
        <w:spacing w:before="60" w:after="60"/>
        <w:rPr>
          <w:sz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7"/>
        <w:gridCol w:w="5187"/>
      </w:tblGrid>
      <w:tr w:rsidR="000F63AB" w:rsidRPr="00F27BD7" w14:paraId="0D24C835" w14:textId="77777777">
        <w:trPr>
          <w:jc w:val="center"/>
        </w:trPr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2B817C9C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1C4CEA93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5B9BD5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2196411E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A - 3 BAMBINI</w:t>
                  </w:r>
                </w:p>
              </w:tc>
            </w:tr>
            <w:tr w:rsidR="000F63AB" w:rsidRPr="00F27BD7" w14:paraId="7F060213" w14:textId="77777777">
              <w:trPr>
                <w:jc w:val="center"/>
              </w:trPr>
              <w:tc>
                <w:tcPr>
                  <w:tcW w:w="425" w:type="dxa"/>
                  <w:shd w:val="clear" w:color="auto" w:fill="BDD7EE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4DCFD89A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BDD7EE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39B5658F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A</w:t>
                  </w:r>
                </w:p>
              </w:tc>
            </w:tr>
            <w:tr w:rsidR="000F63AB" w:rsidRPr="00F27BD7" w14:paraId="1B23806F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248A9F05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5035011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ALLOCCA ANTONIO</w:t>
                  </w:r>
                </w:p>
              </w:tc>
            </w:tr>
            <w:tr w:rsidR="000F63AB" w:rsidRPr="00F27BD7" w14:paraId="2E5A09A5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3C02D74D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40A688F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CALIENDO GINEVRA</w:t>
                  </w:r>
                </w:p>
              </w:tc>
            </w:tr>
            <w:tr w:rsidR="000F63AB" w:rsidRPr="00F27BD7" w14:paraId="0751A9EC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4F30D4A9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1F5B2971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CANDURRO RANIA</w:t>
                  </w:r>
                </w:p>
              </w:tc>
            </w:tr>
          </w:tbl>
          <w:p w14:paraId="62F07C5A" w14:textId="77777777" w:rsidR="000F63AB" w:rsidRPr="00F27BD7" w:rsidRDefault="000F63AB">
            <w:pPr>
              <w:rPr>
                <w:sz w:val="22"/>
              </w:rPr>
            </w:pPr>
          </w:p>
        </w:tc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3EDF7CAF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262D6B49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70AD47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1EBF264F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B - 3 BAMBINI</w:t>
                  </w:r>
                </w:p>
              </w:tc>
            </w:tr>
            <w:tr w:rsidR="000F63AB" w:rsidRPr="00F27BD7" w14:paraId="140E0030" w14:textId="77777777">
              <w:trPr>
                <w:jc w:val="center"/>
              </w:trPr>
              <w:tc>
                <w:tcPr>
                  <w:tcW w:w="425" w:type="dxa"/>
                  <w:shd w:val="clear" w:color="auto" w:fill="C6E0B4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3779870B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C6E0B4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4C3E7B53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B</w:t>
                  </w:r>
                </w:p>
              </w:tc>
            </w:tr>
            <w:tr w:rsidR="000F63AB" w:rsidRPr="00F27BD7" w14:paraId="02F19C1B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829ED87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B8A47CE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CARRIERI MAURO SIRIA</w:t>
                  </w:r>
                </w:p>
              </w:tc>
            </w:tr>
            <w:tr w:rsidR="000F63AB" w:rsidRPr="00F27BD7" w14:paraId="58CF98F7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9FE6B70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06C60F0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DI FONZA LARA</w:t>
                  </w:r>
                  <w:r w:rsidR="00121DAA">
                    <w:rPr>
                      <w:b/>
                      <w:sz w:val="22"/>
                    </w:rPr>
                    <w:t>**</w:t>
                  </w:r>
                </w:p>
              </w:tc>
            </w:tr>
            <w:tr w:rsidR="000F63AB" w:rsidRPr="00F27BD7" w14:paraId="1FEC35D3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2F2C18BF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49BE2DB4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FOGLIA ANTONIO</w:t>
                  </w:r>
                </w:p>
              </w:tc>
            </w:tr>
          </w:tbl>
          <w:p w14:paraId="43D9948D" w14:textId="77777777" w:rsidR="000F63AB" w:rsidRPr="00F27BD7" w:rsidRDefault="000F63AB">
            <w:pPr>
              <w:rPr>
                <w:sz w:val="22"/>
              </w:rPr>
            </w:pPr>
          </w:p>
        </w:tc>
      </w:tr>
      <w:tr w:rsidR="000F63AB" w:rsidRPr="00F27BD7" w14:paraId="432C8DD8" w14:textId="77777777">
        <w:trPr>
          <w:jc w:val="center"/>
        </w:trPr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57214AB5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19B7AFA7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ED7D31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333BD719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C - 3 BAMBINI</w:t>
                  </w:r>
                </w:p>
              </w:tc>
            </w:tr>
            <w:tr w:rsidR="000F63AB" w:rsidRPr="00F27BD7" w14:paraId="7ADA43A6" w14:textId="77777777">
              <w:trPr>
                <w:jc w:val="center"/>
              </w:trPr>
              <w:tc>
                <w:tcPr>
                  <w:tcW w:w="425" w:type="dxa"/>
                  <w:shd w:val="clear" w:color="auto" w:fill="F8CBA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36DA5DC7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F8CBA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724C7966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C</w:t>
                  </w:r>
                </w:p>
              </w:tc>
            </w:tr>
            <w:tr w:rsidR="000F63AB" w:rsidRPr="00F27BD7" w14:paraId="0139DB41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2262326A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2C34D0C5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GRASSO FRANCESCA</w:t>
                  </w:r>
                  <w:r w:rsidR="00121DAA">
                    <w:rPr>
                      <w:b/>
                      <w:sz w:val="22"/>
                    </w:rPr>
                    <w:t>**</w:t>
                  </w:r>
                </w:p>
              </w:tc>
            </w:tr>
            <w:tr w:rsidR="000F63AB" w:rsidRPr="00F27BD7" w14:paraId="5ADFED96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239CFD3E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8AC08F1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MIRANDA GABRIELE</w:t>
                  </w:r>
                </w:p>
              </w:tc>
            </w:tr>
            <w:tr w:rsidR="000F63AB" w:rsidRPr="00F27BD7" w14:paraId="3A9F4BEC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BAA8887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3844989B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PAGANO ALESSANDRO</w:t>
                  </w:r>
                </w:p>
              </w:tc>
            </w:tr>
          </w:tbl>
          <w:p w14:paraId="0C307FDE" w14:textId="77777777" w:rsidR="000F63AB" w:rsidRPr="00F27BD7" w:rsidRDefault="000F63AB">
            <w:pPr>
              <w:rPr>
                <w:sz w:val="22"/>
              </w:rPr>
            </w:pPr>
          </w:p>
        </w:tc>
        <w:tc>
          <w:tcPr>
            <w:tcW w:w="5187" w:type="dxa"/>
            <w:tcMar>
              <w:top w:w="0" w:type="dxa"/>
              <w:left w:w="40" w:type="dxa"/>
              <w:bottom w:w="40" w:type="dxa"/>
              <w:right w:w="40" w:type="dxa"/>
            </w:tcMar>
          </w:tcPr>
          <w:p w14:paraId="3BA6270A" w14:textId="77777777" w:rsidR="000F63AB" w:rsidRPr="00F27BD7" w:rsidRDefault="000F63AB">
            <w:pPr>
              <w:spacing w:after="0" w:line="24" w:lineRule="auto"/>
              <w:rPr>
                <w:sz w:val="22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6" w:space="0" w:color="A6A6A6"/>
                <w:insideV w:val="single" w:sz="6" w:space="0" w:color="A6A6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5"/>
              <w:gridCol w:w="4761"/>
            </w:tblGrid>
            <w:tr w:rsidR="000F63AB" w:rsidRPr="00F27BD7" w14:paraId="27E23D9E" w14:textId="77777777">
              <w:trPr>
                <w:jc w:val="center"/>
              </w:trPr>
              <w:tc>
                <w:tcPr>
                  <w:tcW w:w="5186" w:type="dxa"/>
                  <w:gridSpan w:val="2"/>
                  <w:shd w:val="clear" w:color="auto" w:fill="A64D79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  <w:vAlign w:val="center"/>
                </w:tcPr>
                <w:p w14:paraId="703477BB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color w:val="FFFFFF"/>
                      <w:sz w:val="22"/>
                    </w:rPr>
                    <w:t>GRUPPO D - 3 BAMBINI</w:t>
                  </w:r>
                </w:p>
              </w:tc>
            </w:tr>
            <w:tr w:rsidR="000F63AB" w:rsidRPr="00F27BD7" w14:paraId="19521FC2" w14:textId="77777777">
              <w:trPr>
                <w:jc w:val="center"/>
              </w:trPr>
              <w:tc>
                <w:tcPr>
                  <w:tcW w:w="425" w:type="dxa"/>
                  <w:shd w:val="clear" w:color="auto" w:fill="E4B7C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2D629377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N.</w:t>
                  </w:r>
                </w:p>
              </w:tc>
              <w:tc>
                <w:tcPr>
                  <w:tcW w:w="4365" w:type="dxa"/>
                  <w:shd w:val="clear" w:color="auto" w:fill="E4B7CD"/>
                  <w:tcMar>
                    <w:top w:w="38" w:type="dxa"/>
                    <w:left w:w="35" w:type="dxa"/>
                    <w:bottom w:w="38" w:type="dxa"/>
                    <w:right w:w="35" w:type="dxa"/>
                  </w:tcMar>
                  <w:vAlign w:val="center"/>
                </w:tcPr>
                <w:p w14:paraId="39C0177E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GRUPPO D</w:t>
                  </w:r>
                </w:p>
              </w:tc>
            </w:tr>
            <w:tr w:rsidR="000F63AB" w:rsidRPr="00F27BD7" w14:paraId="08378D7C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7E9906ED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1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4FABADCE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SOMMESE GIUSEPPE</w:t>
                  </w:r>
                </w:p>
              </w:tc>
            </w:tr>
            <w:tr w:rsidR="000F63AB" w:rsidRPr="00F27BD7" w14:paraId="5DF7B09F" w14:textId="77777777">
              <w:trPr>
                <w:trHeight w:val="315"/>
                <w:jc w:val="center"/>
              </w:trPr>
              <w:tc>
                <w:tcPr>
                  <w:tcW w:w="42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563B72C3" w14:textId="77777777" w:rsidR="000F63AB" w:rsidRPr="00F27BD7" w:rsidRDefault="00000000">
                  <w:pPr>
                    <w:spacing w:after="0"/>
                    <w:jc w:val="center"/>
                    <w:rPr>
                      <w:sz w:val="22"/>
                    </w:rPr>
                  </w:pPr>
                  <w:r w:rsidRPr="00F27BD7">
                    <w:rPr>
                      <w:sz w:val="22"/>
                    </w:rPr>
                    <w:t>2</w:t>
                  </w:r>
                </w:p>
              </w:tc>
              <w:tc>
                <w:tcPr>
                  <w:tcW w:w="4365" w:type="dxa"/>
                  <w:shd w:val="clear" w:color="auto" w:fill="F7F7F7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41AE7CD4" w14:textId="77777777" w:rsidR="000F63AB" w:rsidRPr="00F27BD7" w:rsidRDefault="00000000">
                  <w:pPr>
                    <w:spacing w:after="0"/>
                    <w:rPr>
                      <w:sz w:val="22"/>
                    </w:rPr>
                  </w:pPr>
                  <w:r w:rsidRPr="00F27BD7">
                    <w:rPr>
                      <w:b/>
                      <w:sz w:val="22"/>
                    </w:rPr>
                    <w:t>TELORA NICOLA</w:t>
                  </w:r>
                </w:p>
              </w:tc>
            </w:tr>
            <w:tr w:rsidR="000F63AB" w:rsidRPr="00F27BD7" w14:paraId="3DF3C97E" w14:textId="77777777">
              <w:trPr>
                <w:trHeight w:val="315"/>
                <w:jc w:val="center"/>
              </w:trPr>
              <w:tc>
                <w:tcPr>
                  <w:tcW w:w="42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023FBB47" w14:textId="77777777" w:rsidR="000F63AB" w:rsidRPr="00F27BD7" w:rsidRDefault="000F63AB">
                  <w:pPr>
                    <w:spacing w:after="0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3</w:t>
                  </w:r>
                </w:p>
              </w:tc>
              <w:tc>
                <w:tcPr>
                  <w:tcW w:w="4365" w:type="dxa"/>
                  <w:tcMar>
                    <w:top w:w="45" w:type="dxa"/>
                    <w:left w:w="35" w:type="dxa"/>
                    <w:bottom w:w="45" w:type="dxa"/>
                    <w:right w:w="35" w:type="dxa"/>
                  </w:tcMar>
                  <w:vAlign w:val="center"/>
                </w:tcPr>
                <w:p w14:paraId="62003B67" w14:textId="77777777" w:rsidR="000F63AB" w:rsidRPr="00F27BD7" w:rsidRDefault="000F63AB">
                  <w:pPr>
                    <w:spacing w:after="0"/>
                    <w:rPr>
                      <w:sz w:val="22"/>
                    </w:rPr>
                  </w:pPr>
                  <w:r>
                    <w:rPr>
                      <w:b/>
                      <w:sz w:val="22"/>
                    </w:rPr>
                    <w:t>NAPPI SANTO***</w:t>
                  </w:r>
                </w:p>
              </w:tc>
            </w:tr>
          </w:tbl>
          <w:p w14:paraId="4C85C6E8" w14:textId="77777777" w:rsidR="000F63AB" w:rsidRPr="00F27BD7" w:rsidRDefault="000F63AB">
            <w:pPr>
              <w:rPr>
                <w:sz w:val="22"/>
              </w:rPr>
            </w:pPr>
          </w:p>
        </w:tc>
      </w:tr>
    </w:tbl>
    <w:p w14:paraId="1F4A6FF6" w14:textId="77777777" w:rsidR="000F63AB" w:rsidRPr="00F27BD7" w:rsidRDefault="00000000">
      <w:pPr>
        <w:pageBreakBefore/>
        <w:spacing w:after="100"/>
        <w:jc w:val="center"/>
        <w:rPr>
          <w:sz w:val="22"/>
        </w:rPr>
      </w:pPr>
      <w:r w:rsidRPr="00F27BD7">
        <w:rPr>
          <w:noProof/>
          <w:sz w:val="22"/>
        </w:rPr>
        <w:lastRenderedPageBreak/>
        <w:drawing>
          <wp:inline distT="0" distB="0" distL="0" distR="0" wp14:anchorId="64056544" wp14:editId="276BCCED">
            <wp:extent cx="1712157" cy="87630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6805" cy="878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5F7B4" w14:textId="77777777" w:rsidR="000F63AB" w:rsidRPr="00121DAA" w:rsidRDefault="00000000">
      <w:pPr>
        <w:spacing w:after="80"/>
        <w:jc w:val="center"/>
        <w:rPr>
          <w:sz w:val="28"/>
          <w:szCs w:val="28"/>
        </w:rPr>
      </w:pPr>
      <w:r w:rsidRPr="00121DAA">
        <w:rPr>
          <w:rFonts w:ascii="Arial" w:hAnsi="Arial"/>
          <w:b/>
          <w:sz w:val="28"/>
          <w:szCs w:val="28"/>
        </w:rPr>
        <w:t>ORGANIZZAZIONE REGOLARE DEL NIDO</w:t>
      </w:r>
    </w:p>
    <w:p w14:paraId="30EC64DF" w14:textId="77777777" w:rsidR="000F63AB" w:rsidRPr="00121DAA" w:rsidRDefault="00000000">
      <w:pPr>
        <w:jc w:val="center"/>
        <w:rPr>
          <w:sz w:val="28"/>
          <w:szCs w:val="28"/>
        </w:rPr>
      </w:pPr>
      <w:r w:rsidRPr="00121DAA">
        <w:rPr>
          <w:rFonts w:ascii="Arial" w:hAnsi="Arial"/>
          <w:b/>
          <w:color w:val="365F91"/>
          <w:sz w:val="28"/>
          <w:szCs w:val="28"/>
        </w:rPr>
        <w:t>A partire dall’11 settembre</w:t>
      </w:r>
    </w:p>
    <w:p w14:paraId="77E6867D" w14:textId="77777777" w:rsidR="000F63AB" w:rsidRPr="00121DAA" w:rsidRDefault="00000000">
      <w:pPr>
        <w:spacing w:after="160"/>
        <w:rPr>
          <w:sz w:val="24"/>
          <w:szCs w:val="24"/>
        </w:rPr>
      </w:pPr>
      <w:r w:rsidRPr="00121DAA">
        <w:rPr>
          <w:rFonts w:ascii="Arial" w:hAnsi="Arial"/>
          <w:sz w:val="24"/>
          <w:szCs w:val="24"/>
        </w:rPr>
        <w:t>Dall’11 settembre la giornata scolastica seguirà regolarmente la seguente organizzazione:</w:t>
      </w:r>
    </w:p>
    <w:tbl>
      <w:tblPr>
        <w:tblW w:w="0" w:type="auto"/>
        <w:jc w:val="center"/>
        <w:tblBorders>
          <w:top w:val="single" w:sz="8" w:space="0" w:color="9CC2E5"/>
          <w:left w:val="single" w:sz="8" w:space="0" w:color="9CC2E5"/>
          <w:bottom w:val="single" w:sz="8" w:space="0" w:color="9CC2E5"/>
          <w:right w:val="single" w:sz="8" w:space="0" w:color="9CC2E5"/>
          <w:insideH w:val="single" w:sz="8" w:space="0" w:color="9CC2E5"/>
          <w:insideV w:val="single" w:sz="8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350"/>
      </w:tblGrid>
      <w:tr w:rsidR="000F63AB" w:rsidRPr="00F27BD7" w14:paraId="60C0A60D" w14:textId="77777777">
        <w:trPr>
          <w:jc w:val="center"/>
        </w:trPr>
        <w:tc>
          <w:tcPr>
            <w:tcW w:w="294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C2748D" w14:textId="77777777" w:rsidR="000F63AB" w:rsidRPr="00F27BD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27BD7">
              <w:rPr>
                <w:rFonts w:ascii="Arial" w:hAnsi="Arial"/>
                <w:b/>
                <w:color w:val="365F91"/>
                <w:sz w:val="22"/>
              </w:rPr>
              <w:t>MOMENTO DELLA GIORNATA</w:t>
            </w:r>
          </w:p>
        </w:tc>
        <w:tc>
          <w:tcPr>
            <w:tcW w:w="635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FE2AE6" w14:textId="77777777" w:rsidR="000F63AB" w:rsidRPr="00F27BD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27BD7">
              <w:rPr>
                <w:rFonts w:ascii="Arial" w:hAnsi="Arial"/>
                <w:b/>
                <w:color w:val="365F91"/>
                <w:sz w:val="22"/>
              </w:rPr>
              <w:t>ORARIO E INDICAZIONI</w:t>
            </w:r>
          </w:p>
        </w:tc>
      </w:tr>
      <w:tr w:rsidR="000F63AB" w:rsidRPr="00F27BD7" w14:paraId="1A900710" w14:textId="77777777">
        <w:trPr>
          <w:jc w:val="center"/>
        </w:trPr>
        <w:tc>
          <w:tcPr>
            <w:tcW w:w="2948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9AF1B29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b/>
                <w:sz w:val="22"/>
              </w:rPr>
              <w:t>Entrata e merenda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DB1D6F4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sz w:val="22"/>
              </w:rPr>
              <w:t>Entrata dalle ore 08:00 e, al massimo, entro le ore 09:30, orario della merenda.</w:t>
            </w:r>
          </w:p>
        </w:tc>
      </w:tr>
      <w:tr w:rsidR="000F63AB" w:rsidRPr="00F27BD7" w14:paraId="5D0B6391" w14:textId="77777777">
        <w:trPr>
          <w:jc w:val="center"/>
        </w:trPr>
        <w:tc>
          <w:tcPr>
            <w:tcW w:w="2948" w:type="dxa"/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26BC209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b/>
                <w:sz w:val="22"/>
              </w:rPr>
              <w:t>Pranzo - sezione 0-18 mesi</w:t>
            </w:r>
          </w:p>
        </w:tc>
        <w:tc>
          <w:tcPr>
            <w:tcW w:w="6350" w:type="dxa"/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AFFA937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sz w:val="22"/>
              </w:rPr>
              <w:t>Ore 11:30.</w:t>
            </w:r>
          </w:p>
        </w:tc>
      </w:tr>
      <w:tr w:rsidR="000F63AB" w:rsidRPr="00F27BD7" w14:paraId="028B2760" w14:textId="77777777">
        <w:trPr>
          <w:jc w:val="center"/>
        </w:trPr>
        <w:tc>
          <w:tcPr>
            <w:tcW w:w="2948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8F7A18C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b/>
                <w:sz w:val="22"/>
              </w:rPr>
              <w:t>Pranzo - sezione 18-36 mesi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EFD329A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sz w:val="22"/>
              </w:rPr>
              <w:t>Ore 12:00.</w:t>
            </w:r>
          </w:p>
        </w:tc>
      </w:tr>
      <w:tr w:rsidR="000F63AB" w:rsidRPr="00F27BD7" w14:paraId="306C6599" w14:textId="77777777">
        <w:trPr>
          <w:jc w:val="center"/>
        </w:trPr>
        <w:tc>
          <w:tcPr>
            <w:tcW w:w="2948" w:type="dxa"/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F7230DE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b/>
                <w:sz w:val="22"/>
              </w:rPr>
              <w:t>Prima uscita</w:t>
            </w:r>
          </w:p>
        </w:tc>
        <w:tc>
          <w:tcPr>
            <w:tcW w:w="6350" w:type="dxa"/>
            <w:shd w:val="clear" w:color="auto" w:fill="F2F2F2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AC987D2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sz w:val="22"/>
              </w:rPr>
              <w:t>Dalle ore 13:00 e, al massimo, entro le ore 13:45.</w:t>
            </w:r>
          </w:p>
        </w:tc>
      </w:tr>
      <w:tr w:rsidR="000F63AB" w:rsidRPr="00F27BD7" w14:paraId="33EF3C29" w14:textId="77777777">
        <w:trPr>
          <w:jc w:val="center"/>
        </w:trPr>
        <w:tc>
          <w:tcPr>
            <w:tcW w:w="2948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9825E0C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b/>
                <w:sz w:val="22"/>
              </w:rPr>
              <w:t>Riposo e uscita pomeridiana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95EC66E" w14:textId="77777777" w:rsidR="000F63AB" w:rsidRPr="00F27BD7" w:rsidRDefault="00000000">
            <w:pPr>
              <w:spacing w:after="0" w:line="240" w:lineRule="auto"/>
              <w:rPr>
                <w:sz w:val="22"/>
              </w:rPr>
            </w:pPr>
            <w:r w:rsidRPr="00F27BD7">
              <w:rPr>
                <w:rFonts w:ascii="Arial" w:hAnsi="Arial"/>
                <w:sz w:val="22"/>
              </w:rPr>
              <w:t>Per i bambini che restano dopo il pranzo: riposo e uscita entro le ore 16:00.</w:t>
            </w:r>
          </w:p>
        </w:tc>
      </w:tr>
    </w:tbl>
    <w:p w14:paraId="7BE3AE55" w14:textId="77777777" w:rsidR="00121DAA" w:rsidRDefault="00121DAA" w:rsidP="00E814F4">
      <w:pPr>
        <w:spacing w:before="200" w:after="0"/>
        <w:rPr>
          <w:rFonts w:ascii="Times New Roman" w:hAnsi="Times New Roman"/>
          <w:i/>
          <w:sz w:val="22"/>
        </w:rPr>
      </w:pPr>
    </w:p>
    <w:p w14:paraId="68A3F0FB" w14:textId="77777777" w:rsidR="00E814F4" w:rsidRPr="00E814F4" w:rsidRDefault="00E814F4">
      <w:pPr>
        <w:spacing w:before="200" w:after="0"/>
        <w:jc w:val="right"/>
        <w:rPr>
          <w:sz w:val="24"/>
          <w:szCs w:val="24"/>
        </w:rPr>
      </w:pPr>
      <w:r w:rsidRPr="00E814F4">
        <w:rPr>
          <w:rStyle w:val="Enfasigrassetto"/>
          <w:sz w:val="24"/>
          <w:szCs w:val="24"/>
        </w:rPr>
        <w:t xml:space="preserve">Nota </w:t>
      </w:r>
      <w:proofErr w:type="spellStart"/>
      <w:r w:rsidRPr="00E814F4">
        <w:rPr>
          <w:rStyle w:val="Enfasigrassetto"/>
          <w:sz w:val="24"/>
          <w:szCs w:val="24"/>
        </w:rPr>
        <w:t>organizzativa</w:t>
      </w:r>
      <w:proofErr w:type="spellEnd"/>
      <w:r w:rsidRPr="00E814F4">
        <w:rPr>
          <w:rStyle w:val="Enfasigrassetto"/>
          <w:sz w:val="24"/>
          <w:szCs w:val="24"/>
        </w:rPr>
        <w:t>:</w:t>
      </w:r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gli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orari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indicati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sono</w:t>
      </w:r>
      <w:proofErr w:type="spellEnd"/>
      <w:r w:rsidRPr="00E814F4">
        <w:rPr>
          <w:sz w:val="24"/>
          <w:szCs w:val="24"/>
        </w:rPr>
        <w:t xml:space="preserve"> da </w:t>
      </w:r>
      <w:proofErr w:type="spellStart"/>
      <w:r w:rsidRPr="00E814F4">
        <w:rPr>
          <w:sz w:val="24"/>
          <w:szCs w:val="24"/>
        </w:rPr>
        <w:t>considerarsi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orientativi</w:t>
      </w:r>
      <w:proofErr w:type="spellEnd"/>
      <w:r w:rsidRPr="00E814F4">
        <w:rPr>
          <w:sz w:val="24"/>
          <w:szCs w:val="24"/>
        </w:rPr>
        <w:t xml:space="preserve"> e </w:t>
      </w:r>
      <w:proofErr w:type="spellStart"/>
      <w:r w:rsidRPr="00E814F4">
        <w:rPr>
          <w:sz w:val="24"/>
          <w:szCs w:val="24"/>
        </w:rPr>
        <w:t>potranno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essere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adattati</w:t>
      </w:r>
      <w:proofErr w:type="spellEnd"/>
      <w:r w:rsidRPr="00E814F4">
        <w:rPr>
          <w:sz w:val="24"/>
          <w:szCs w:val="24"/>
        </w:rPr>
        <w:t xml:space="preserve"> in base alle </w:t>
      </w:r>
      <w:proofErr w:type="spellStart"/>
      <w:r w:rsidRPr="00E814F4">
        <w:rPr>
          <w:sz w:val="24"/>
          <w:szCs w:val="24"/>
        </w:rPr>
        <w:t>esigenze</w:t>
      </w:r>
      <w:proofErr w:type="spellEnd"/>
      <w:r w:rsidRPr="00E814F4">
        <w:rPr>
          <w:sz w:val="24"/>
          <w:szCs w:val="24"/>
        </w:rPr>
        <w:t xml:space="preserve"> e ai tempi di </w:t>
      </w:r>
      <w:proofErr w:type="spellStart"/>
      <w:r w:rsidRPr="00E814F4">
        <w:rPr>
          <w:sz w:val="24"/>
          <w:szCs w:val="24"/>
        </w:rPr>
        <w:t>ambientamento</w:t>
      </w:r>
      <w:proofErr w:type="spellEnd"/>
      <w:r w:rsidRPr="00E814F4">
        <w:rPr>
          <w:sz w:val="24"/>
          <w:szCs w:val="24"/>
        </w:rPr>
        <w:t xml:space="preserve"> di </w:t>
      </w:r>
      <w:proofErr w:type="spellStart"/>
      <w:r w:rsidRPr="00E814F4">
        <w:rPr>
          <w:sz w:val="24"/>
          <w:szCs w:val="24"/>
        </w:rPr>
        <w:t>ciascun</w:t>
      </w:r>
      <w:proofErr w:type="spellEnd"/>
      <w:r w:rsidRPr="00E814F4">
        <w:rPr>
          <w:sz w:val="24"/>
          <w:szCs w:val="24"/>
        </w:rPr>
        <w:t xml:space="preserve"> bambino. </w:t>
      </w:r>
      <w:proofErr w:type="spellStart"/>
      <w:r w:rsidRPr="00E814F4">
        <w:rPr>
          <w:sz w:val="24"/>
          <w:szCs w:val="24"/>
        </w:rPr>
        <w:t>Qualora</w:t>
      </w:r>
      <w:proofErr w:type="spellEnd"/>
      <w:r w:rsidRPr="00E814F4">
        <w:rPr>
          <w:sz w:val="24"/>
          <w:szCs w:val="24"/>
        </w:rPr>
        <w:t xml:space="preserve"> il </w:t>
      </w:r>
      <w:proofErr w:type="spellStart"/>
      <w:r w:rsidRPr="00E814F4">
        <w:rPr>
          <w:sz w:val="24"/>
          <w:szCs w:val="24"/>
        </w:rPr>
        <w:t>personale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educativo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rilevi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particolari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difficoltà</w:t>
      </w:r>
      <w:proofErr w:type="spellEnd"/>
      <w:r w:rsidRPr="00E814F4">
        <w:rPr>
          <w:sz w:val="24"/>
          <w:szCs w:val="24"/>
        </w:rPr>
        <w:t xml:space="preserve"> di </w:t>
      </w:r>
      <w:proofErr w:type="spellStart"/>
      <w:r w:rsidRPr="00E814F4">
        <w:rPr>
          <w:sz w:val="24"/>
          <w:szCs w:val="24"/>
        </w:rPr>
        <w:t>adattamento</w:t>
      </w:r>
      <w:proofErr w:type="spellEnd"/>
      <w:r w:rsidRPr="00E814F4">
        <w:rPr>
          <w:sz w:val="24"/>
          <w:szCs w:val="24"/>
        </w:rPr>
        <w:t xml:space="preserve"> o un disagio </w:t>
      </w:r>
      <w:proofErr w:type="spellStart"/>
      <w:r w:rsidRPr="00E814F4">
        <w:rPr>
          <w:sz w:val="24"/>
          <w:szCs w:val="24"/>
        </w:rPr>
        <w:t>persistente</w:t>
      </w:r>
      <w:proofErr w:type="spellEnd"/>
      <w:r w:rsidRPr="00E814F4">
        <w:rPr>
          <w:sz w:val="24"/>
          <w:szCs w:val="24"/>
        </w:rPr>
        <w:t xml:space="preserve">, </w:t>
      </w:r>
      <w:proofErr w:type="spellStart"/>
      <w:r w:rsidRPr="00E814F4">
        <w:rPr>
          <w:sz w:val="24"/>
          <w:szCs w:val="24"/>
        </w:rPr>
        <w:t>si</w:t>
      </w:r>
      <w:proofErr w:type="spellEnd"/>
      <w:r w:rsidRPr="00E814F4">
        <w:rPr>
          <w:sz w:val="24"/>
          <w:szCs w:val="24"/>
        </w:rPr>
        <w:t xml:space="preserve"> riserva la </w:t>
      </w:r>
      <w:proofErr w:type="spellStart"/>
      <w:r w:rsidRPr="00E814F4">
        <w:rPr>
          <w:sz w:val="24"/>
          <w:szCs w:val="24"/>
        </w:rPr>
        <w:t>facoltà</w:t>
      </w:r>
      <w:proofErr w:type="spellEnd"/>
      <w:r w:rsidRPr="00E814F4">
        <w:rPr>
          <w:sz w:val="24"/>
          <w:szCs w:val="24"/>
        </w:rPr>
        <w:t xml:space="preserve"> di </w:t>
      </w:r>
      <w:proofErr w:type="spellStart"/>
      <w:r w:rsidRPr="00E814F4">
        <w:rPr>
          <w:sz w:val="24"/>
          <w:szCs w:val="24"/>
        </w:rPr>
        <w:t>contattare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tempestivamente</w:t>
      </w:r>
      <w:proofErr w:type="spellEnd"/>
      <w:r w:rsidRPr="00E814F4">
        <w:rPr>
          <w:sz w:val="24"/>
          <w:szCs w:val="24"/>
        </w:rPr>
        <w:t xml:space="preserve"> la </w:t>
      </w:r>
      <w:proofErr w:type="spellStart"/>
      <w:r w:rsidRPr="00E814F4">
        <w:rPr>
          <w:sz w:val="24"/>
          <w:szCs w:val="24"/>
        </w:rPr>
        <w:t>famiglia</w:t>
      </w:r>
      <w:proofErr w:type="spellEnd"/>
      <w:r w:rsidRPr="00E814F4">
        <w:rPr>
          <w:sz w:val="24"/>
          <w:szCs w:val="24"/>
        </w:rPr>
        <w:t xml:space="preserve"> per </w:t>
      </w:r>
      <w:proofErr w:type="spellStart"/>
      <w:r w:rsidRPr="00E814F4">
        <w:rPr>
          <w:sz w:val="24"/>
          <w:szCs w:val="24"/>
        </w:rPr>
        <w:t>concordare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un’uscita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anticipata</w:t>
      </w:r>
      <w:proofErr w:type="spellEnd"/>
      <w:r w:rsidRPr="00E814F4">
        <w:rPr>
          <w:sz w:val="24"/>
          <w:szCs w:val="24"/>
        </w:rPr>
        <w:t xml:space="preserve"> o </w:t>
      </w:r>
      <w:proofErr w:type="spellStart"/>
      <w:r w:rsidRPr="00E814F4">
        <w:rPr>
          <w:sz w:val="24"/>
          <w:szCs w:val="24"/>
        </w:rPr>
        <w:t>una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diversa</w:t>
      </w:r>
      <w:proofErr w:type="spellEnd"/>
      <w:r w:rsidRPr="00E814F4">
        <w:rPr>
          <w:sz w:val="24"/>
          <w:szCs w:val="24"/>
        </w:rPr>
        <w:t xml:space="preserve"> </w:t>
      </w:r>
      <w:proofErr w:type="spellStart"/>
      <w:r w:rsidRPr="00E814F4">
        <w:rPr>
          <w:sz w:val="24"/>
          <w:szCs w:val="24"/>
        </w:rPr>
        <w:t>modalità</w:t>
      </w:r>
      <w:proofErr w:type="spellEnd"/>
      <w:r w:rsidRPr="00E814F4">
        <w:rPr>
          <w:sz w:val="24"/>
          <w:szCs w:val="24"/>
        </w:rPr>
        <w:t xml:space="preserve"> di </w:t>
      </w:r>
      <w:proofErr w:type="spellStart"/>
      <w:r w:rsidRPr="00E814F4">
        <w:rPr>
          <w:sz w:val="24"/>
          <w:szCs w:val="24"/>
        </w:rPr>
        <w:t>permanenza</w:t>
      </w:r>
      <w:proofErr w:type="spellEnd"/>
      <w:r w:rsidRPr="00E814F4">
        <w:rPr>
          <w:sz w:val="24"/>
          <w:szCs w:val="24"/>
        </w:rPr>
        <w:t>.</w:t>
      </w:r>
    </w:p>
    <w:p w14:paraId="7460C1FE" w14:textId="77777777" w:rsidR="00E814F4" w:rsidRDefault="00E814F4">
      <w:pPr>
        <w:spacing w:before="200" w:after="0"/>
        <w:jc w:val="right"/>
      </w:pPr>
    </w:p>
    <w:p w14:paraId="3EFF344B" w14:textId="77777777" w:rsidR="00E814F4" w:rsidRDefault="00E814F4" w:rsidP="00E814F4">
      <w:pPr>
        <w:spacing w:before="200" w:after="0"/>
        <w:jc w:val="center"/>
      </w:pPr>
    </w:p>
    <w:p w14:paraId="5F86075F" w14:textId="77777777" w:rsidR="000F63AB" w:rsidRPr="00E814F4" w:rsidRDefault="00000000">
      <w:pPr>
        <w:spacing w:before="200" w:after="0"/>
        <w:jc w:val="right"/>
        <w:rPr>
          <w:sz w:val="32"/>
          <w:szCs w:val="32"/>
        </w:rPr>
      </w:pPr>
      <w:r w:rsidRPr="00E814F4">
        <w:rPr>
          <w:rFonts w:ascii="Times New Roman" w:hAnsi="Times New Roman"/>
          <w:i/>
          <w:sz w:val="32"/>
          <w:szCs w:val="32"/>
        </w:rPr>
        <w:t xml:space="preserve">La </w:t>
      </w:r>
      <w:proofErr w:type="spellStart"/>
      <w:r w:rsidRPr="00E814F4">
        <w:rPr>
          <w:rFonts w:ascii="Times New Roman" w:hAnsi="Times New Roman"/>
          <w:i/>
          <w:sz w:val="32"/>
          <w:szCs w:val="32"/>
        </w:rPr>
        <w:t>Coordinatrice</w:t>
      </w:r>
      <w:proofErr w:type="spellEnd"/>
      <w:r w:rsidRPr="00E814F4">
        <w:rPr>
          <w:rFonts w:ascii="Times New Roman" w:hAnsi="Times New Roman"/>
          <w:i/>
          <w:sz w:val="32"/>
          <w:szCs w:val="32"/>
        </w:rPr>
        <w:t xml:space="preserve"> </w:t>
      </w:r>
      <w:proofErr w:type="spellStart"/>
      <w:r w:rsidRPr="00E814F4">
        <w:rPr>
          <w:rFonts w:ascii="Times New Roman" w:hAnsi="Times New Roman"/>
          <w:i/>
          <w:sz w:val="32"/>
          <w:szCs w:val="32"/>
        </w:rPr>
        <w:t>Didattica</w:t>
      </w:r>
      <w:proofErr w:type="spellEnd"/>
    </w:p>
    <w:sectPr w:rsidR="000F63AB" w:rsidRPr="00E814F4" w:rsidSect="00034616">
      <w:pgSz w:w="12240" w:h="15840"/>
      <w:pgMar w:top="369" w:right="680" w:bottom="39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0423239">
    <w:abstractNumId w:val="8"/>
  </w:num>
  <w:num w:numId="2" w16cid:durableId="814298452">
    <w:abstractNumId w:val="6"/>
  </w:num>
  <w:num w:numId="3" w16cid:durableId="302078322">
    <w:abstractNumId w:val="5"/>
  </w:num>
  <w:num w:numId="4" w16cid:durableId="876966522">
    <w:abstractNumId w:val="4"/>
  </w:num>
  <w:num w:numId="5" w16cid:durableId="256837265">
    <w:abstractNumId w:val="7"/>
  </w:num>
  <w:num w:numId="6" w16cid:durableId="453905750">
    <w:abstractNumId w:val="3"/>
  </w:num>
  <w:num w:numId="7" w16cid:durableId="1250239852">
    <w:abstractNumId w:val="2"/>
  </w:num>
  <w:num w:numId="8" w16cid:durableId="157577554">
    <w:abstractNumId w:val="1"/>
  </w:num>
  <w:num w:numId="9" w16cid:durableId="64200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3AB"/>
    <w:rsid w:val="00121DAA"/>
    <w:rsid w:val="0015074B"/>
    <w:rsid w:val="0029639D"/>
    <w:rsid w:val="00326F90"/>
    <w:rsid w:val="004702D0"/>
    <w:rsid w:val="00493F9A"/>
    <w:rsid w:val="00545C06"/>
    <w:rsid w:val="00581F23"/>
    <w:rsid w:val="00594B59"/>
    <w:rsid w:val="006363AD"/>
    <w:rsid w:val="006634E5"/>
    <w:rsid w:val="00AA1D8D"/>
    <w:rsid w:val="00B47730"/>
    <w:rsid w:val="00CB0664"/>
    <w:rsid w:val="00CC6D22"/>
    <w:rsid w:val="00DA784C"/>
    <w:rsid w:val="00E615F8"/>
    <w:rsid w:val="00E814F4"/>
    <w:rsid w:val="00F27B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861E2D"/>
  <w14:defaultImageDpi w14:val="300"/>
  <w15:docId w15:val="{645C5F80-16E9-4040-8CA8-1AA894A6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eastAsia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816</Words>
  <Characters>4653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Inserimento sezione nido 0-18 mesi - settembre</vt:lpstr>
      <vt:lpstr/>
    </vt:vector>
  </TitlesOfParts>
  <Manager/>
  <Company/>
  <LinksUpToDate>false</LinksUpToDate>
  <CharactersWithSpaces>5459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Inserimento sezione nido 0-18 mesi - settembre</dc:title>
  <dc:subject/>
  <dc:creator>python-docx</dc:creator>
  <cp:keywords/>
  <dc:description>generated by python-docx</dc:description>
  <cp:lastModifiedBy>Grazia Petillo</cp:lastModifiedBy>
  <cp:revision>2</cp:revision>
  <dcterms:created xsi:type="dcterms:W3CDTF">2026-07-21T09:51:00Z</dcterms:created>
  <dcterms:modified xsi:type="dcterms:W3CDTF">2026-07-21T09:51:00Z</dcterms:modified>
  <cp:category/>
</cp:coreProperties>
</file>